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754620" cy="106807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680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2220" w:h="16820"/>
      <w:pgMar w:top="1440" w:right="1440" w:bottom="1440" w:left="1440" w:header="720" w:footer="720" w:gutter="0"/>
      <w:cols w:space="720" w:num="1" w:equalWidth="0">
        <w:col w:w="1222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2025-05-09T18:13:39Z</dcterms:created>
  <dcterms:modified xsi:type="dcterms:W3CDTF">2025-05-09T18:13:39Z</dcterms:modified>
  <cp:category/>
</cp:coreProperties>
</file>