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widowControl/>
        <w:wordWrap w:val="0"/>
        <w:autoSpaceDE w:val="0"/>
        <w:autoSpaceDN w:val="0"/>
        <w:spacing w:line="14" w:lineRule="exact" w:before="0" w:after="133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wrapNone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widowControl/>
        <w:wordWrap w:val="0"/>
        <w:autoSpaceDE w:val="0"/>
        <w:autoSpaceDN w:val="0"/>
        <w:spacing w:line="390" w:lineRule="exact" w:before="293" w:after="12"/>
        <w:ind w:left="9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9"/>
        </w:rPr>
        <w:t>;</w:t>
      </w:r>
      <w:r>
        <w:rPr>
          <w:rFonts w:ascii="Times New Roman" w:hAnsi="Times New Roman" w:eastAsia="Times New Roman"/>
          <w:b w:val="0"/>
          <w:color w:val="000000"/>
          <w:spacing w:val="474"/>
          <w:sz w:val="3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9"/>
        </w:rPr>
        <w:t>L</w:t>
      </w:r>
      <w:r>
        <w:rPr>
          <w:rFonts w:ascii="Arial" w:hAnsi="Arial" w:eastAsia="Arial"/>
          <w:b w:val="0"/>
          <w:i w:val="0"/>
          <w:color w:val="000000"/>
          <w:sz w:val="39"/>
        </w:rPr>
        <w:t>'</w:t>
      </w:r>
      <w:r>
        <w:rPr>
          <w:rFonts w:ascii="Arial" w:hAnsi="Arial" w:eastAsia="Arial"/>
          <w:b w:val="0"/>
          <w:i w:val="0"/>
          <w:color w:val="000000"/>
          <w:sz w:val="39"/>
        </w:rPr>
        <w:t>àõl</w:t>
      </w:r>
      <w:r>
        <w:rPr>
          <w:rFonts w:ascii="Arial" w:hAnsi="Arial" w:eastAsia="Arial"/>
          <w:b w:val="0"/>
          <w:i w:val="0"/>
          <w:color w:val="000000"/>
          <w:sz w:val="39"/>
        </w:rPr>
        <w:t>..</w:t>
      </w:r>
      <w:r>
        <w:rPr>
          <w:rFonts w:ascii="Arial" w:hAnsi="Arial" w:eastAsia="Arial"/>
          <w:b w:val="0"/>
          <w:i w:val="0"/>
          <w:color w:val="000000"/>
          <w:sz w:val="39"/>
        </w:rPr>
        <w:t>n</w:t>
      </w:r>
    </w:p>
    <w:p>
      <w:pPr>
        <w:widowControl/>
        <w:wordWrap w:val="0"/>
        <w:autoSpaceDE w:val="0"/>
        <w:autoSpaceDN w:val="0"/>
        <w:spacing w:line="500" w:lineRule="exact" w:before="24" w:after="5"/>
        <w:ind w:left="11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7"/>
        </w:rPr>
        <w:t>ONG</w:t>
      </w:r>
      <w:r>
        <w:rPr>
          <w:rFonts w:ascii="Times New Roman" w:hAnsi="Times New Roman" w:eastAsia="Times New Roman"/>
          <w:b w:val="0"/>
          <w:color w:val="000000"/>
          <w:spacing w:val="-28"/>
          <w:sz w:val="5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50"/>
        </w:rPr>
        <w:t>-</w:t>
      </w:r>
      <w:r>
        <w:rPr>
          <w:rFonts w:ascii="Times New Roman" w:hAnsi="Times New Roman" w:eastAsia="Times New Roman"/>
          <w:b w:val="0"/>
          <w:color w:val="000000"/>
          <w:spacing w:val="54"/>
          <w:sz w:val="4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0"/>
        </w:rPr>
        <w:t>INSTITUTO</w:t>
      </w:r>
      <w:r>
        <w:rPr>
          <w:rFonts w:ascii="Times New Roman" w:hAnsi="Times New Roman" w:eastAsia="Times New Roman"/>
          <w:b w:val="0"/>
          <w:color w:val="000000"/>
          <w:spacing w:val="31"/>
          <w:sz w:val="3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9"/>
        </w:rPr>
        <w:t>DE</w:t>
      </w:r>
      <w:r>
        <w:rPr>
          <w:rFonts w:ascii="Times New Roman" w:hAnsi="Times New Roman" w:eastAsia="Times New Roman"/>
          <w:b w:val="0"/>
          <w:color w:val="000000"/>
          <w:spacing w:val="-4"/>
          <w:sz w:val="4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1"/>
        </w:rPr>
        <w:t>CH</w:t>
      </w:r>
      <w:r>
        <w:rPr>
          <w:rFonts w:ascii="Arial" w:hAnsi="Arial" w:eastAsia="Arial"/>
          <w:b w:val="0"/>
          <w:i w:val="0"/>
          <w:color w:val="000000"/>
          <w:sz w:val="41"/>
        </w:rPr>
        <w:t>)</w:t>
      </w:r>
      <w:r>
        <w:rPr>
          <w:rFonts w:ascii="Arial" w:hAnsi="Arial" w:eastAsia="Arial"/>
          <w:b w:val="0"/>
          <w:i w:val="0"/>
          <w:color w:val="000000"/>
          <w:sz w:val="41"/>
        </w:rPr>
        <w:t>ADANIA</w:t>
      </w:r>
      <w:r>
        <w:rPr>
          <w:rFonts w:ascii="Times New Roman" w:hAnsi="Times New Roman" w:eastAsia="Times New Roman"/>
          <w:b w:val="0"/>
          <w:color w:val="000000"/>
          <w:sz w:val="4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2"/>
        </w:rPr>
        <w:t>PORTELINlIA</w:t>
      </w:r>
    </w:p>
    <w:p>
      <w:pPr>
        <w:widowControl/>
        <w:wordWrap w:val="0"/>
        <w:autoSpaceDE w:val="0"/>
        <w:autoSpaceDN w:val="0"/>
        <w:spacing w:line="180" w:lineRule="exact" w:before="10" w:after="3"/>
        <w:ind w:left="21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8"/>
        </w:rPr>
        <w:t>DÓCIIÚetItÕ</w:t>
      </w:r>
      <w:r>
        <w:rPr>
          <w:rFonts w:ascii="Arial" w:hAnsi="Arial" w:eastAsia="Arial"/>
          <w:b w:val="0"/>
          <w:i w:val="0"/>
          <w:color w:val="000000"/>
          <w:sz w:val="18"/>
        </w:rPr>
        <w:t>:</w:t>
      </w:r>
      <w:r>
        <w:rPr>
          <w:rFonts w:ascii="Arial" w:hAnsi="Arial" w:eastAsia="Arial"/>
          <w:b w:val="0"/>
          <w:i w:val="0"/>
          <w:color w:val="000000"/>
          <w:spacing w:val="-4"/>
          <w:sz w:val="18"/>
        </w:rPr>
        <w:t>ÊlàbbÜÜÓ</w:t>
      </w:r>
      <w:r>
        <w:rPr>
          <w:rFonts w:ascii="Arial" w:hAnsi="Arial" w:eastAsia="Arial"/>
          <w:b w:val="0"/>
          <w:i w:val="0"/>
          <w:color w:val="000000"/>
          <w:spacing w:val="-20"/>
          <w:sz w:val="18"/>
        </w:rPr>
        <w:t>:</w:t>
      </w:r>
      <w:r>
        <w:rPr>
          <w:rFonts w:ascii="Arial" w:hAnsi="Arial" w:eastAsia="Arial"/>
          <w:b w:val="0"/>
          <w:i w:val="0"/>
          <w:color w:val="000000"/>
          <w:sz w:val="18"/>
        </w:rPr>
        <w:t>bêIà</w:t>
      </w:r>
      <w:r>
        <w:rPr>
          <w:rFonts w:ascii="Arial" w:hAnsi="Arial" w:eastAsia="Arial"/>
          <w:b w:val="0"/>
          <w:i w:val="0"/>
          <w:color w:val="000000"/>
          <w:spacing w:val="-10"/>
          <w:sz w:val="18"/>
        </w:rPr>
        <w:t>::</w:t>
      </w:r>
      <w:r>
        <w:rPr>
          <w:rFonts w:ascii="Arial" w:hAnsi="Arial" w:eastAsia="Arial"/>
          <w:b w:val="0"/>
          <w:i w:val="0"/>
          <w:color w:val="000000"/>
          <w:spacing w:val="-30"/>
          <w:sz w:val="18"/>
        </w:rPr>
        <w:t>I</w:t>
      </w:r>
      <w:r>
        <w:rPr>
          <w:rFonts w:ascii="Times New Roman" w:hAnsi="Times New Roman" w:eastAsia="Times New Roman"/>
          <w:b w:val="0"/>
          <w:color w:val="000000"/>
          <w:spacing w:val="-1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ÓNÓIU</w:t>
      </w:r>
      <w:r>
        <w:rPr>
          <w:rFonts w:ascii="Arial" w:hAnsi="Arial" w:eastAsia="Arial"/>
          <w:b w:val="0"/>
          <w:i w:val="0"/>
          <w:color w:val="000000"/>
          <w:sz w:val="18"/>
        </w:rPr>
        <w:t>$</w:t>
      </w:r>
      <w:r>
        <w:rPr>
          <w:rFonts w:ascii="Arial" w:hAnsi="Arial" w:eastAsia="Arial"/>
          <w:b w:val="0"/>
          <w:i w:val="0"/>
          <w:color w:val="000000"/>
          <w:sz w:val="18"/>
        </w:rPr>
        <w:t>ABG</w:t>
      </w:r>
      <w:r>
        <w:rPr>
          <w:rFonts w:ascii="Arial" w:hAnsi="Arial" w:eastAsia="Arial"/>
          <w:b w:val="0"/>
          <w:i w:val="0"/>
          <w:color w:val="000000"/>
          <w:sz w:val="18"/>
        </w:rPr>
        <w:t>8NRRO</w:t>
      </w:r>
      <w:r>
        <w:rPr>
          <w:rFonts w:ascii="Arial" w:hAnsi="Arial" w:eastAsia="Arial"/>
          <w:b w:val="0"/>
          <w:i w:val="0"/>
          <w:color w:val="000000"/>
          <w:sz w:val="18"/>
        </w:rPr>
        <w:t>$</w:t>
      </w:r>
      <w:r>
        <w:rPr>
          <w:rFonts w:ascii="Times New Roman" w:hAnsi="Times New Roman" w:eastAsia="Times New Roman"/>
          <w:b w:val="0"/>
          <w:color w:val="000000"/>
          <w:spacing w:val="12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ê18</w:t>
      </w:r>
      <w:r>
        <w:rPr>
          <w:rFonts w:ascii="Times New Roman" w:hAnsi="Times New Roman" w:eastAsia="Times New Roman"/>
          <w:b w:val="0"/>
          <w:color w:val="000000"/>
          <w:spacing w:val="-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ONG</w:t>
      </w:r>
      <w:r>
        <w:rPr>
          <w:rFonts w:ascii="Times New Roman" w:hAnsi="Times New Roman" w:eastAsia="Times New Roman"/>
          <w:b w:val="0"/>
          <w:color w:val="000000"/>
          <w:spacing w:val="-1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CABEM</w:t>
      </w:r>
      <w:r>
        <w:rPr>
          <w:rFonts w:ascii="Arial" w:hAnsi="Arial" w:eastAsia="Arial"/>
          <w:b w:val="0"/>
          <w:i w:val="0"/>
          <w:color w:val="000000"/>
          <w:sz w:val="18"/>
        </w:rPr>
        <w:t>EDIL</w:t>
      </w:r>
      <w:r>
        <w:rPr>
          <w:rFonts w:ascii="Arial" w:hAnsi="Arial" w:eastAsia="Arial"/>
          <w:b w:val="0"/>
          <w:i w:val="0"/>
          <w:color w:val="000000"/>
          <w:sz w:val="18"/>
        </w:rPr>
        <w:t>$</w:t>
      </w:r>
      <w:r>
        <w:rPr>
          <w:rFonts w:ascii="Arial" w:hAnsi="Arial" w:eastAsia="Arial"/>
          <w:b w:val="0"/>
          <w:i w:val="0"/>
          <w:color w:val="000000"/>
          <w:sz w:val="18"/>
        </w:rPr>
        <w:t>ON</w:t>
      </w:r>
      <w:r>
        <w:rPr>
          <w:rFonts w:ascii="Times New Roman" w:hAnsi="Times New Roman" w:eastAsia="Times New Roman"/>
          <w:b w:val="0"/>
          <w:color w:val="000000"/>
          <w:spacing w:val="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CEAÍ</w:t>
      </w:r>
      <w:r>
        <w:rPr>
          <w:rFonts w:ascii="Arial" w:hAnsi="Arial" w:eastAsia="Arial"/>
          <w:b w:val="0"/>
          <w:i w:val="0"/>
          <w:color w:val="000000"/>
          <w:sz w:val="18"/>
        </w:rPr>
        <w:t>{</w:t>
      </w:r>
      <w:r>
        <w:rPr>
          <w:rFonts w:ascii="Arial" w:hAnsi="Arial" w:eastAsia="Arial"/>
          <w:b w:val="0"/>
          <w:i w:val="0"/>
          <w:color w:val="000000"/>
          <w:sz w:val="18"/>
        </w:rPr>
        <w:t>A</w:t>
      </w:r>
    </w:p>
    <w:p>
      <w:pPr>
        <w:widowControl/>
        <w:wordWrap w:val="0"/>
        <w:autoSpaceDE w:val="0"/>
        <w:autoSpaceDN w:val="0"/>
        <w:spacing w:line="300" w:lineRule="exact" w:before="6" w:after="494"/>
        <w:ind w:left="24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0"/>
        </w:rPr>
        <w:t>Cel</w:t>
      </w:r>
      <w:r>
        <w:rPr>
          <w:rFonts w:ascii="Arial" w:hAnsi="Arial" w:eastAsia="Arial"/>
          <w:b w:val="0"/>
          <w:i w:val="0"/>
          <w:color w:val="000000"/>
          <w:sz w:val="30"/>
        </w:rPr>
        <w:t>.</w:t>
      </w:r>
      <w:r>
        <w:rPr>
          <w:rFonts w:ascii="Times New Roman" w:hAnsi="Times New Roman" w:eastAsia="Times New Roman"/>
          <w:b w:val="0"/>
          <w:color w:val="000000"/>
          <w:spacing w:val="-2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11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Arial" w:hAnsi="Arial" w:eastAsia="Arial"/>
          <w:b w:val="0"/>
          <w:i w:val="0"/>
          <w:color w:val="000000"/>
          <w:spacing w:val="-42"/>
          <w:sz w:val="30"/>
        </w:rPr>
        <w:t>9613</w:t>
      </w:r>
      <w:r>
        <w:rPr>
          <w:rFonts w:ascii="Times New Roman" w:hAnsi="Times New Roman" w:eastAsia="Times New Roman"/>
          <w:b w:val="0"/>
          <w:color w:val="000000"/>
          <w:spacing w:val="51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6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Arial" w:hAnsi="Arial" w:eastAsia="Arial"/>
          <w:b w:val="0"/>
          <w:i w:val="0"/>
          <w:color w:val="000000"/>
          <w:spacing w:val="-83"/>
          <w:sz w:val="30"/>
        </w:rPr>
        <w:t>17</w:t>
      </w:r>
      <w:r>
        <w:rPr>
          <w:rFonts w:ascii="Times New Roman" w:hAnsi="Times New Roman" w:eastAsia="Times New Roman"/>
          <w:b w:val="0"/>
          <w:color w:val="000000"/>
          <w:spacing w:val="32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96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Arial" w:hAnsi="Arial" w:eastAsia="Arial"/>
          <w:b w:val="0"/>
          <w:i w:val="0"/>
          <w:color w:val="000000"/>
          <w:sz w:val="30"/>
        </w:rPr>
        <w:t>11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Arial" w:hAnsi="Arial" w:eastAsia="Arial"/>
          <w:b w:val="0"/>
          <w:i w:val="0"/>
          <w:color w:val="000000"/>
          <w:sz w:val="30"/>
        </w:rPr>
        <w:t>98602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Arial" w:hAnsi="Arial" w:eastAsia="Arial"/>
          <w:b w:val="0"/>
          <w:i w:val="0"/>
          <w:color w:val="000000"/>
          <w:sz w:val="30"/>
        </w:rPr>
        <w:t>9746</w:t>
      </w:r>
      <w:r>
        <w:rPr>
          <w:rFonts w:ascii="Arial" w:hAnsi="Arial" w:eastAsia="Arial"/>
          <w:b w:val="0"/>
          <w:i w:val="0"/>
          <w:color w:val="000000"/>
          <w:spacing w:val="-99"/>
          <w:sz w:val="30"/>
        </w:rPr>
        <w:t>-</w:t>
      </w:r>
      <w:r>
        <w:rPr>
          <w:rFonts w:ascii="Times New Roman" w:hAnsi="Times New Roman" w:eastAsia="Times New Roman"/>
          <w:b w:val="0"/>
          <w:color w:val="000000"/>
          <w:spacing w:val="84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cel</w:t>
      </w:r>
      <w:r>
        <w:rPr>
          <w:rFonts w:ascii="Arial" w:hAnsi="Arial" w:eastAsia="Arial"/>
          <w:b w:val="0"/>
          <w:i w:val="0"/>
          <w:color w:val="000000"/>
          <w:sz w:val="30"/>
        </w:rPr>
        <w:t>.</w:t>
      </w:r>
      <w:r>
        <w:rPr>
          <w:rFonts w:ascii="Times New Roman" w:hAnsi="Times New Roman" w:eastAsia="Times New Roman"/>
          <w:b w:val="0"/>
          <w:color w:val="000000"/>
          <w:spacing w:val="-2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11"/>
          <w:sz w:val="30"/>
        </w:rPr>
        <w:t>971561019</w:t>
      </w:r>
      <w:r>
        <w:rPr>
          <w:rFonts w:ascii="Arial" w:hAnsi="Arial" w:eastAsia="Arial"/>
          <w:b w:val="0"/>
          <w:i w:val="0"/>
          <w:color w:val="000000"/>
          <w:spacing w:val="1"/>
          <w:sz w:val="30"/>
        </w:rPr>
        <w:t>-</w:t>
      </w:r>
      <w:r>
        <w:rPr>
          <w:rFonts w:ascii="Times New Roman" w:hAnsi="Times New Roman" w:eastAsia="Times New Roman"/>
          <w:b w:val="0"/>
          <w:color w:val="000000"/>
          <w:spacing w:val="64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Whbapp</w:t>
      </w:r>
    </w:p>
    <w:p>
      <w:pPr>
        <w:widowControl/>
        <w:wordWrap w:val="0"/>
        <w:autoSpaceDE w:val="0"/>
        <w:autoSpaceDN w:val="0"/>
        <w:spacing w:line="290" w:lineRule="exact" w:before="988" w:after="51"/>
        <w:ind w:left="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'</w:t>
      </w:r>
      <w:r>
        <w:rPr>
          <w:rFonts w:ascii="Times New Roman" w:hAnsi="Times New Roman" w:eastAsia="Times New Roman"/>
          <w:b w:val="0"/>
          <w:color w:val="000000"/>
          <w:spacing w:val="192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ELMO</w:t>
      </w:r>
      <w:r>
        <w:rPr>
          <w:rFonts w:ascii="Times New Roman" w:hAnsi="Times New Roman" w:eastAsia="Times New Roman"/>
          <w:b w:val="0"/>
          <w:color w:val="000000"/>
          <w:spacing w:val="2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SR</w:t>
      </w:r>
      <w:r>
        <w:rPr>
          <w:rFonts w:ascii="Times New Roman" w:hAnsi="Times New Roman" w:eastAsia="Times New Roman"/>
          <w:b w:val="0"/>
          <w:color w:val="000000"/>
          <w:spacing w:val="10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OFICIAL</w:t>
      </w:r>
      <w:r>
        <w:rPr>
          <w:rFonts w:ascii="Arial" w:hAnsi="Arial" w:eastAsia="Arial"/>
          <w:b w:val="0"/>
          <w:i w:val="0"/>
          <w:color w:val="000000"/>
          <w:sz w:val="29"/>
        </w:rPr>
        <w:t>.</w:t>
      </w:r>
      <w:r>
        <w:rPr>
          <w:rFonts w:ascii="Times New Roman" w:hAnsi="Times New Roman" w:eastAsia="Times New Roman"/>
          <w:b w:val="0"/>
          <w:color w:val="000000"/>
          <w:spacing w:val="119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D0</w:t>
      </w:r>
      <w:r>
        <w:rPr>
          <w:rFonts w:ascii="Times New Roman" w:hAnsi="Times New Roman" w:eastAsia="Times New Roman"/>
          <w:b w:val="0"/>
          <w:color w:val="000000"/>
          <w:spacing w:val="157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2o</w:t>
      </w:r>
      <w:r>
        <w:rPr>
          <w:rFonts w:ascii="Times New Roman" w:hAnsi="Times New Roman" w:eastAsia="Times New Roman"/>
          <w:b w:val="0"/>
          <w:color w:val="000000"/>
          <w:spacing w:val="6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REGl</w:t>
      </w:r>
      <w:r>
        <w:rPr>
          <w:rFonts w:ascii="Arial" w:hAnsi="Arial" w:eastAsia="Arial"/>
          <w:b w:val="0"/>
          <w:i w:val="0"/>
          <w:color w:val="000000"/>
          <w:sz w:val="29"/>
        </w:rPr>
        <w:t>$</w:t>
      </w:r>
      <w:r>
        <w:rPr>
          <w:rFonts w:ascii="Arial" w:hAnsi="Arial" w:eastAsia="Arial"/>
          <w:b w:val="0"/>
          <w:i w:val="0"/>
          <w:color w:val="000000"/>
          <w:sz w:val="29"/>
        </w:rPr>
        <w:t>TRO</w:t>
      </w:r>
      <w:r>
        <w:rPr>
          <w:rFonts w:ascii="Times New Roman" w:hAnsi="Times New Roman" w:eastAsia="Times New Roman"/>
          <w:b w:val="0"/>
          <w:color w:val="000000"/>
          <w:spacing w:val="181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CIVIL</w:t>
      </w:r>
      <w:r>
        <w:rPr>
          <w:rFonts w:ascii="Times New Roman" w:hAnsi="Times New Roman" w:eastAsia="Times New Roman"/>
          <w:b w:val="0"/>
          <w:color w:val="000000"/>
          <w:spacing w:val="202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DE</w:t>
      </w:r>
      <w:r>
        <w:rPr>
          <w:rFonts w:ascii="Times New Roman" w:hAnsi="Times New Roman" w:eastAsia="Times New Roman"/>
          <w:b w:val="0"/>
          <w:color w:val="000000"/>
          <w:spacing w:val="10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PESSOA</w:t>
      </w:r>
      <w:r>
        <w:rPr>
          <w:rFonts w:ascii="Times New Roman" w:hAnsi="Times New Roman" w:eastAsia="Times New Roman"/>
          <w:b w:val="0"/>
          <w:color w:val="000000"/>
          <w:spacing w:val="9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JURÍDICA</w:t>
      </w:r>
      <w:r>
        <w:rPr>
          <w:rFonts w:ascii="Times New Roman" w:hAnsi="Times New Roman" w:eastAsia="Times New Roman"/>
          <w:b w:val="0"/>
          <w:color w:val="000000"/>
          <w:spacing w:val="230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DA</w:t>
      </w:r>
    </w:p>
    <w:p>
      <w:pPr>
        <w:widowControl/>
        <w:wordWrap w:val="0"/>
        <w:autoSpaceDE w:val="0"/>
        <w:autoSpaceDN w:val="0"/>
        <w:spacing w:line="300" w:lineRule="exact" w:before="102" w:after="88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0"/>
        </w:rPr>
        <w:t>COMARCA</w:t>
      </w:r>
      <w:r>
        <w:rPr>
          <w:rFonts w:ascii="Times New Roman" w:hAnsi="Times New Roman" w:eastAsia="Times New Roman"/>
          <w:b w:val="0"/>
          <w:color w:val="000000"/>
          <w:spacing w:val="12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DE</w:t>
      </w:r>
      <w:r>
        <w:rPr>
          <w:rFonts w:ascii="Times New Roman" w:hAnsi="Times New Roman" w:eastAsia="Times New Roman"/>
          <w:b w:val="0"/>
          <w:color w:val="000000"/>
          <w:spacing w:val="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GUARULHO</w:t>
      </w:r>
      <w:r>
        <w:rPr>
          <w:rFonts w:ascii="Arial" w:hAnsi="Arial" w:eastAsia="Arial"/>
          <w:b w:val="0"/>
          <w:i w:val="0"/>
          <w:color w:val="000000"/>
          <w:sz w:val="30"/>
        </w:rPr>
        <w:t>$</w:t>
      </w:r>
      <w:r>
        <w:rPr>
          <w:rFonts w:ascii="Times New Roman" w:hAnsi="Times New Roman" w:eastAsia="Times New Roman"/>
          <w:b w:val="0"/>
          <w:color w:val="000000"/>
          <w:spacing w:val="5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Times New Roman" w:hAnsi="Times New Roman" w:eastAsia="Times New Roman"/>
          <w:b w:val="0"/>
          <w:color w:val="000000"/>
          <w:spacing w:val="65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11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DE</w:t>
      </w:r>
      <w:r>
        <w:rPr>
          <w:rFonts w:ascii="Times New Roman" w:hAnsi="Times New Roman" w:eastAsia="Times New Roman"/>
          <w:b w:val="0"/>
          <w:color w:val="000000"/>
          <w:spacing w:val="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$</w:t>
      </w:r>
      <w:r>
        <w:rPr>
          <w:rFonts w:ascii="Arial" w:hAnsi="Arial" w:eastAsia="Arial"/>
          <w:b w:val="0"/>
          <w:i w:val="0"/>
          <w:color w:val="000000"/>
          <w:sz w:val="30"/>
        </w:rPr>
        <w:t>ÃO</w:t>
      </w:r>
      <w:r>
        <w:rPr>
          <w:rFonts w:ascii="Times New Roman" w:hAnsi="Times New Roman" w:eastAsia="Times New Roman"/>
          <w:b w:val="0"/>
          <w:color w:val="000000"/>
          <w:spacing w:val="45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PAULO</w:t>
      </w:r>
      <w:r>
        <w:rPr>
          <w:rFonts w:ascii="Arial" w:hAnsi="Arial" w:eastAsia="Arial"/>
          <w:b w:val="0"/>
          <w:i w:val="0"/>
          <w:color w:val="000000"/>
          <w:sz w:val="30"/>
        </w:rPr>
        <w:t>.</w:t>
      </w:r>
    </w:p>
    <w:p>
      <w:pPr>
        <w:widowControl/>
        <w:wordWrap w:val="0"/>
        <w:autoSpaceDE w:val="0"/>
        <w:autoSpaceDN w:val="0"/>
        <w:spacing w:line="330" w:lineRule="exact" w:before="176" w:after="135"/>
        <w:ind w:left="69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ckPJ</w:t>
      </w:r>
      <w:r>
        <w:rPr>
          <w:rFonts w:ascii="Arial" w:hAnsi="Arial" w:eastAsia="Arial"/>
          <w:b w:val="0"/>
          <w:i w:val="0"/>
          <w:color w:val="000000"/>
          <w:sz w:val="29"/>
        </w:rPr>
        <w:t>.</w:t>
      </w:r>
      <w:r>
        <w:rPr>
          <w:rFonts w:ascii="Times New Roman" w:hAnsi="Times New Roman" w:eastAsia="Times New Roman"/>
          <w:b w:val="0"/>
          <w:color w:val="000000"/>
          <w:spacing w:val="-12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Ê8</w:t>
      </w:r>
      <w:r>
        <w:rPr>
          <w:rFonts w:ascii="Arial" w:hAnsi="Arial" w:eastAsia="Arial"/>
          <w:b w:val="0"/>
          <w:i w:val="0"/>
          <w:color w:val="000000"/>
          <w:sz w:val="33"/>
        </w:rPr>
        <w:t>.</w:t>
      </w:r>
      <w:r>
        <w:rPr>
          <w:rFonts w:ascii="Arial" w:hAnsi="Arial" w:eastAsia="Arial"/>
          <w:b w:val="0"/>
          <w:i w:val="0"/>
          <w:color w:val="000000"/>
          <w:sz w:val="33"/>
        </w:rPr>
        <w:t>655</w:t>
      </w:r>
      <w:r>
        <w:rPr>
          <w:rFonts w:ascii="Arial" w:hAnsi="Arial" w:eastAsia="Arial"/>
          <w:b w:val="0"/>
          <w:i w:val="0"/>
          <w:color w:val="000000"/>
          <w:sz w:val="33"/>
        </w:rPr>
        <w:t>.</w:t>
      </w:r>
      <w:r>
        <w:rPr>
          <w:rFonts w:ascii="Arial" w:hAnsi="Arial" w:eastAsia="Arial"/>
          <w:b w:val="0"/>
          <w:i w:val="0"/>
          <w:color w:val="000000"/>
          <w:sz w:val="33"/>
        </w:rPr>
        <w:t>071</w:t>
      </w:r>
      <w:r>
        <w:rPr>
          <w:rFonts w:ascii="Arial" w:hAnsi="Arial" w:eastAsia="Arial"/>
          <w:b w:val="0"/>
          <w:i w:val="0"/>
          <w:color w:val="000000"/>
          <w:sz w:val="33"/>
        </w:rPr>
        <w:t>/</w:t>
      </w:r>
      <w:r>
        <w:rPr>
          <w:rFonts w:ascii="Arial" w:hAnsi="Arial" w:eastAsia="Arial"/>
          <w:b w:val="0"/>
          <w:i w:val="0"/>
          <w:color w:val="000000"/>
          <w:sz w:val="33"/>
        </w:rPr>
        <w:t>000141</w:t>
      </w:r>
    </w:p>
    <w:p>
      <w:pPr>
        <w:widowControl/>
        <w:wordWrap w:val="0"/>
        <w:autoSpaceDE w:val="0"/>
        <w:autoSpaceDN w:val="0"/>
        <w:spacing w:line="380" w:lineRule="exact" w:before="271" w:after="29"/>
        <w:ind w:left="14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6"/>
        </w:rPr>
        <w:t>Eu</w:t>
      </w:r>
      <w:r>
        <w:rPr>
          <w:rFonts w:ascii="Times New Roman" w:hAnsi="Times New Roman" w:eastAsia="Times New Roman"/>
          <w:b w:val="0"/>
          <w:color w:val="000000"/>
          <w:spacing w:val="5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aluno</w:t>
      </w:r>
      <w:r>
        <w:rPr>
          <w:rFonts w:ascii="Times New Roman" w:hAnsi="Times New Roman" w:eastAsia="Times New Roman"/>
          <w:b w:val="0"/>
          <w:color w:val="000000"/>
          <w:spacing w:val="109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dã</w:t>
      </w:r>
      <w:r>
        <w:rPr>
          <w:rFonts w:ascii="Times New Roman" w:hAnsi="Times New Roman" w:eastAsia="Times New Roman"/>
          <w:b w:val="0"/>
          <w:color w:val="000000"/>
          <w:spacing w:val="72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Sopa</w:t>
      </w:r>
      <w:r>
        <w:rPr>
          <w:rFonts w:ascii="Times New Roman" w:hAnsi="Times New Roman" w:eastAsia="Times New Roman"/>
          <w:b w:val="0"/>
          <w:color w:val="000000"/>
          <w:spacing w:val="3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Z</w:t>
      </w:r>
      <w:r>
        <w:rPr>
          <w:rFonts w:ascii="Arial" w:hAnsi="Arial" w:eastAsia="Arial"/>
          <w:b w:val="0"/>
          <w:i w:val="0"/>
          <w:color w:val="000000"/>
          <w:sz w:val="32"/>
        </w:rPr>
        <w:t>.</w:t>
      </w:r>
      <w:r>
        <w:rPr>
          <w:rFonts w:ascii="Arial" w:hAnsi="Arial" w:eastAsia="Arial"/>
          <w:b w:val="0"/>
          <w:i w:val="0"/>
          <w:color w:val="000000"/>
          <w:sz w:val="32"/>
        </w:rPr>
        <w:t>ánap</w:t>
      </w:r>
      <w:r>
        <w:rPr>
          <w:rFonts w:ascii="Times New Roman" w:hAnsi="Times New Roman" w:eastAsia="Times New Roman"/>
          <w:b w:val="0"/>
          <w:color w:val="000000"/>
          <w:spacing w:val="111"/>
          <w:sz w:val="3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7"/>
        </w:rPr>
        <w:t>Data</w:t>
      </w:r>
      <w:r>
        <w:rPr>
          <w:rFonts w:ascii="Times New Roman" w:hAnsi="Times New Roman" w:eastAsia="Times New Roman"/>
          <w:b w:val="0"/>
          <w:color w:val="000000"/>
          <w:spacing w:val="4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de</w:t>
      </w:r>
      <w:r>
        <w:rPr>
          <w:rFonts w:ascii="Times New Roman" w:hAnsi="Times New Roman" w:eastAsia="Times New Roman"/>
          <w:b w:val="0"/>
          <w:color w:val="000000"/>
          <w:spacing w:val="250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Nascimento</w:t>
      </w:r>
      <w:r>
        <w:rPr>
          <w:rFonts w:ascii="Times New Roman" w:hAnsi="Times New Roman" w:eastAsia="Times New Roman"/>
          <w:b w:val="0"/>
          <w:color w:val="000000"/>
          <w:spacing w:val="32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31</w:t>
      </w:r>
      <w:r>
        <w:rPr>
          <w:rFonts w:ascii="Arial" w:hAnsi="Arial" w:eastAsia="Arial"/>
          <w:b w:val="0"/>
          <w:i w:val="0"/>
          <w:color w:val="000000"/>
          <w:sz w:val="32"/>
        </w:rPr>
        <w:t>/</w:t>
      </w:r>
      <w:r>
        <w:rPr>
          <w:rFonts w:ascii="Arial" w:hAnsi="Arial" w:eastAsia="Arial"/>
          <w:b w:val="0"/>
          <w:i w:val="0"/>
          <w:color w:val="000000"/>
          <w:sz w:val="32"/>
        </w:rPr>
        <w:t>08</w:t>
      </w:r>
      <w:r>
        <w:rPr>
          <w:rFonts w:ascii="Arial" w:hAnsi="Arial" w:eastAsia="Arial"/>
          <w:b w:val="0"/>
          <w:i w:val="0"/>
          <w:color w:val="000000"/>
          <w:sz w:val="32"/>
        </w:rPr>
        <w:t>/</w:t>
      </w:r>
      <w:r>
        <w:rPr>
          <w:rFonts w:ascii="Arial" w:hAnsi="Arial" w:eastAsia="Arial"/>
          <w:b w:val="0"/>
          <w:i w:val="0"/>
          <w:color w:val="000000"/>
          <w:sz w:val="32"/>
        </w:rPr>
        <w:t>1989</w:t>
      </w:r>
      <w:r>
        <w:rPr>
          <w:rFonts w:ascii="Arial" w:hAnsi="Arial" w:eastAsia="Arial"/>
          <w:b w:val="0"/>
          <w:i w:val="0"/>
          <w:color w:val="000000"/>
          <w:sz w:val="32"/>
        </w:rPr>
        <w:t>,</w:t>
      </w:r>
    </w:p>
    <w:p>
      <w:pPr>
        <w:widowControl/>
        <w:wordWrap w:val="0"/>
        <w:autoSpaceDE w:val="0"/>
        <w:autoSpaceDN w:val="0"/>
        <w:spacing w:line="330" w:lineRule="exact" w:before="59" w:after="5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Nasceu</w:t>
      </w:r>
      <w:r>
        <w:rPr>
          <w:rFonts w:ascii="Times New Roman" w:hAnsi="Times New Roman" w:eastAsia="Times New Roman"/>
          <w:b w:val="0"/>
          <w:color w:val="000000"/>
          <w:spacing w:val="19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na</w:t>
      </w:r>
      <w:r>
        <w:rPr>
          <w:rFonts w:ascii="Times New Roman" w:hAnsi="Times New Roman" w:eastAsia="Times New Roman"/>
          <w:b w:val="0"/>
          <w:color w:val="000000"/>
          <w:spacing w:val="11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Cidade</w:t>
      </w:r>
      <w:r>
        <w:rPr>
          <w:rFonts w:ascii="Times New Roman" w:hAnsi="Times New Roman" w:eastAsia="Times New Roman"/>
          <w:b w:val="0"/>
          <w:color w:val="000000"/>
          <w:spacing w:val="-8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de</w:t>
      </w:r>
      <w:r>
        <w:rPr>
          <w:rFonts w:ascii="Times New Roman" w:hAnsi="Times New Roman" w:eastAsia="Times New Roman"/>
          <w:b w:val="0"/>
          <w:color w:val="000000"/>
          <w:spacing w:val="31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lbirajuba</w:t>
      </w:r>
      <w:r>
        <w:rPr>
          <w:rFonts w:ascii="Arial" w:hAnsi="Arial" w:eastAsia="Arial"/>
          <w:b w:val="0"/>
          <w:i w:val="0"/>
          <w:color w:val="000000"/>
          <w:sz w:val="33"/>
        </w:rPr>
        <w:t>,</w:t>
      </w:r>
      <w:r>
        <w:rPr>
          <w:rFonts w:ascii="Times New Roman" w:hAnsi="Times New Roman" w:eastAsia="Times New Roman"/>
          <w:b w:val="0"/>
          <w:color w:val="000000"/>
          <w:spacing w:val="199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Nacionalidade</w:t>
      </w:r>
      <w:r>
        <w:rPr>
          <w:rFonts w:ascii="Arial" w:hAnsi="Arial" w:eastAsia="Arial"/>
          <w:b w:val="0"/>
          <w:i w:val="0"/>
          <w:color w:val="000000"/>
          <w:sz w:val="33"/>
        </w:rPr>
        <w:t>:</w:t>
      </w:r>
      <w:r>
        <w:rPr>
          <w:rFonts w:ascii="Times New Roman" w:hAnsi="Times New Roman" w:eastAsia="Times New Roman"/>
          <w:b w:val="0"/>
          <w:color w:val="000000"/>
          <w:spacing w:val="35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Brasileiro</w:t>
      </w:r>
      <w:r>
        <w:rPr>
          <w:rFonts w:ascii="Arial" w:hAnsi="Arial" w:eastAsia="Arial"/>
          <w:b w:val="0"/>
          <w:i w:val="0"/>
          <w:color w:val="000000"/>
          <w:sz w:val="33"/>
        </w:rPr>
        <w:t>,</w:t>
      </w:r>
      <w:r>
        <w:rPr>
          <w:rFonts w:ascii="Times New Roman" w:hAnsi="Times New Roman" w:eastAsia="Times New Roman"/>
          <w:b w:val="0"/>
          <w:color w:val="000000"/>
          <w:spacing w:val="71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30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CIvIl</w:t>
      </w:r>
      <w:r>
        <w:rPr>
          <w:rFonts w:ascii="Arial" w:hAnsi="Arial" w:eastAsia="Arial"/>
          <w:b w:val="0"/>
          <w:i w:val="0"/>
          <w:color w:val="000000"/>
          <w:sz w:val="33"/>
        </w:rPr>
        <w:t>:</w:t>
      </w:r>
    </w:p>
    <w:p>
      <w:pPr>
        <w:widowControl/>
        <w:wordWrap w:val="0"/>
        <w:autoSpaceDE w:val="0"/>
        <w:autoSpaceDN w:val="0"/>
        <w:spacing w:line="380" w:lineRule="exact" w:before="11" w:after="14"/>
        <w:ind w:left="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8"/>
        </w:rPr>
        <w:t>-</w:t>
      </w:r>
      <w:r>
        <w:rPr>
          <w:rFonts w:ascii="Times New Roman" w:hAnsi="Times New Roman" w:eastAsia="Times New Roman"/>
          <w:b w:val="0"/>
          <w:color w:val="000000"/>
          <w:spacing w:val="98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Solteiro</w:t>
      </w:r>
      <w:r>
        <w:rPr>
          <w:rFonts w:ascii="Arial" w:hAnsi="Arial" w:eastAsia="Arial"/>
          <w:b w:val="0"/>
          <w:i w:val="0"/>
          <w:color w:val="000000"/>
          <w:sz w:val="38"/>
        </w:rPr>
        <w:t>,</w:t>
      </w:r>
      <w:r>
        <w:rPr>
          <w:rFonts w:ascii="Arial" w:hAnsi="Arial" w:eastAsia="Arial"/>
          <w:b w:val="0"/>
          <w:i w:val="0"/>
          <w:color w:val="000000"/>
          <w:sz w:val="38"/>
        </w:rPr>
        <w:t>Profissão</w:t>
      </w:r>
      <w:r>
        <w:rPr>
          <w:rFonts w:ascii="Arial" w:hAnsi="Arial" w:eastAsia="Arial"/>
          <w:b w:val="0"/>
          <w:i w:val="0"/>
          <w:color w:val="000000"/>
          <w:spacing w:val="-29"/>
          <w:sz w:val="38"/>
        </w:rPr>
        <w:t>:</w:t>
      </w:r>
      <w:r>
        <w:rPr>
          <w:rFonts w:ascii="Arial" w:hAnsi="Arial" w:eastAsia="Arial"/>
          <w:b w:val="0"/>
          <w:i w:val="0"/>
          <w:color w:val="000000"/>
          <w:spacing w:val="-224"/>
          <w:sz w:val="38"/>
        </w:rPr>
        <w:t>A</w:t>
      </w:r>
      <w:r>
        <w:rPr>
          <w:rFonts w:ascii="Times New Roman" w:hAnsi="Times New Roman" w:eastAsia="Times New Roman"/>
          <w:b w:val="0"/>
          <w:color w:val="000000"/>
          <w:spacing w:val="129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utónomo</w:t>
      </w:r>
      <w:r>
        <w:rPr>
          <w:rFonts w:ascii="Arial" w:hAnsi="Arial" w:eastAsia="Arial"/>
          <w:b w:val="0"/>
          <w:i w:val="0"/>
          <w:color w:val="000000"/>
          <w:sz w:val="38"/>
        </w:rPr>
        <w:t>,</w:t>
      </w:r>
      <w:r>
        <w:rPr>
          <w:rFonts w:ascii="Times New Roman" w:hAnsi="Times New Roman" w:eastAsia="Times New Roman"/>
          <w:b w:val="0"/>
          <w:color w:val="000000"/>
          <w:spacing w:val="47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Inserlto</w:t>
      </w:r>
      <w:r>
        <w:rPr>
          <w:rFonts w:ascii="Times New Roman" w:hAnsi="Times New Roman" w:eastAsia="Times New Roman"/>
          <w:b w:val="0"/>
          <w:color w:val="000000"/>
          <w:spacing w:val="-21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no</w:t>
      </w:r>
      <w:r>
        <w:rPr>
          <w:rFonts w:ascii="Times New Roman" w:hAnsi="Times New Roman" w:eastAsia="Times New Roman"/>
          <w:b w:val="0"/>
          <w:color w:val="000000"/>
          <w:spacing w:val="42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RG</w:t>
      </w:r>
      <w:r>
        <w:rPr>
          <w:rFonts w:ascii="Arial" w:hAnsi="Arial" w:eastAsia="Arial"/>
          <w:b w:val="0"/>
          <w:i w:val="0"/>
          <w:color w:val="000000"/>
          <w:sz w:val="38"/>
        </w:rPr>
        <w:t>de</w:t>
      </w:r>
      <w:r>
        <w:rPr>
          <w:rFonts w:ascii="Times New Roman" w:hAnsi="Times New Roman" w:eastAsia="Times New Roman"/>
          <w:b w:val="0"/>
          <w:color w:val="000000"/>
          <w:spacing w:val="42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70"/>
          <w:sz w:val="38"/>
        </w:rPr>
        <w:t>NO4</w:t>
      </w:r>
      <w:r>
        <w:rPr>
          <w:rFonts w:ascii="Times New Roman" w:hAnsi="Times New Roman" w:eastAsia="Times New Roman"/>
          <w:b w:val="0"/>
          <w:color w:val="000000"/>
          <w:spacing w:val="46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5014159</w:t>
      </w:r>
      <w:r>
        <w:rPr>
          <w:rFonts w:ascii="Arial" w:hAnsi="Arial" w:eastAsia="Arial"/>
          <w:b w:val="0"/>
          <w:i w:val="0"/>
          <w:color w:val="000000"/>
          <w:sz w:val="38"/>
        </w:rPr>
        <w:t>-</w:t>
      </w:r>
      <w:r>
        <w:rPr>
          <w:rFonts w:ascii="Arial" w:hAnsi="Arial" w:eastAsia="Arial"/>
          <w:b w:val="0"/>
          <w:i w:val="0"/>
          <w:color w:val="000000"/>
          <w:spacing w:val="-28"/>
          <w:sz w:val="38"/>
        </w:rPr>
        <w:t>7</w:t>
      </w:r>
      <w:r>
        <w:rPr>
          <w:rFonts w:ascii="Arial" w:hAnsi="Arial" w:eastAsia="Arial"/>
          <w:b w:val="0"/>
          <w:i w:val="0"/>
          <w:color w:val="000000"/>
          <w:spacing w:val="-49"/>
          <w:sz w:val="38"/>
        </w:rPr>
        <w:t>-.</w:t>
      </w:r>
    </w:p>
    <w:p>
      <w:pPr>
        <w:widowControl/>
        <w:wordWrap w:val="0"/>
        <w:autoSpaceDE w:val="0"/>
        <w:autoSpaceDN w:val="0"/>
        <w:spacing w:line="370" w:lineRule="exact" w:before="28" w:after="18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-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onde</w:t>
      </w:r>
      <w:r>
        <w:rPr>
          <w:rFonts w:ascii="Times New Roman" w:hAnsi="Times New Roman" w:eastAsia="Times New Roman"/>
          <w:b w:val="0"/>
          <w:color w:val="000000"/>
          <w:spacing w:val="-9"/>
          <w:sz w:val="3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7"/>
        </w:rPr>
        <w:t>tirou</w:t>
      </w:r>
      <w:r>
        <w:rPr>
          <w:rFonts w:ascii="Times New Roman" w:hAnsi="Times New Roman" w:eastAsia="Times New Roman"/>
          <w:b w:val="0"/>
          <w:color w:val="000000"/>
          <w:spacing w:val="20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(</w:t>
      </w:r>
      <w:r>
        <w:rPr>
          <w:rFonts w:ascii="Arial" w:hAnsi="Arial" w:eastAsia="Arial"/>
          <w:b w:val="0"/>
          <w:i w:val="0"/>
          <w:color w:val="000000"/>
          <w:sz w:val="32"/>
        </w:rPr>
        <w:t>UF</w:t>
      </w:r>
      <w:r>
        <w:rPr>
          <w:rFonts w:ascii="Times New Roman" w:hAnsi="Times New Roman" w:eastAsia="Times New Roman"/>
          <w:b w:val="0"/>
          <w:color w:val="000000"/>
          <w:spacing w:val="7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S</w:t>
      </w:r>
      <w:r>
        <w:rPr>
          <w:rFonts w:ascii="Arial" w:hAnsi="Arial" w:eastAsia="Arial"/>
          <w:b w:val="0"/>
          <w:i w:val="0"/>
          <w:color w:val="000000"/>
          <w:sz w:val="32"/>
        </w:rPr>
        <w:t>$</w:t>
      </w:r>
      <w:r>
        <w:rPr>
          <w:rFonts w:ascii="Arial" w:hAnsi="Arial" w:eastAsia="Arial"/>
          <w:b w:val="0"/>
          <w:i w:val="0"/>
          <w:color w:val="000000"/>
          <w:sz w:val="32"/>
        </w:rPr>
        <w:t>P</w:t>
      </w:r>
      <w:r>
        <w:rPr>
          <w:rFonts w:ascii="Arial" w:hAnsi="Arial" w:eastAsia="Arial"/>
          <w:b w:val="0"/>
          <w:i w:val="0"/>
          <w:color w:val="000000"/>
          <w:sz w:val="32"/>
        </w:rPr>
        <w:t>-</w:t>
      </w:r>
      <w:r>
        <w:rPr>
          <w:rFonts w:ascii="Times New Roman" w:hAnsi="Times New Roman" w:eastAsia="Times New Roman"/>
          <w:b w:val="0"/>
          <w:color w:val="000000"/>
          <w:spacing w:val="4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$</w:t>
      </w:r>
      <w:r>
        <w:rPr>
          <w:rFonts w:ascii="Arial" w:hAnsi="Arial" w:eastAsia="Arial"/>
          <w:b w:val="0"/>
          <w:i w:val="0"/>
          <w:color w:val="000000"/>
          <w:sz w:val="34"/>
        </w:rPr>
        <w:t>P</w:t>
      </w:r>
      <w:r>
        <w:rPr>
          <w:rFonts w:ascii="Arial" w:hAnsi="Arial" w:eastAsia="Arial"/>
          <w:b w:val="0"/>
          <w:i w:val="0"/>
          <w:color w:val="000000"/>
          <w:sz w:val="34"/>
        </w:rPr>
        <w:t>)</w:t>
      </w:r>
      <w:r>
        <w:rPr>
          <w:rFonts w:ascii="Arial" w:hAnsi="Arial" w:eastAsia="Arial"/>
          <w:b w:val="0"/>
          <w:i w:val="0"/>
          <w:color w:val="000000"/>
          <w:sz w:val="34"/>
        </w:rPr>
        <w:t>s</w:t>
      </w:r>
      <w:r>
        <w:rPr>
          <w:rFonts w:ascii="Times New Roman" w:hAnsi="Times New Roman" w:eastAsia="Times New Roman"/>
          <w:b w:val="0"/>
          <w:color w:val="000000"/>
          <w:spacing w:val="53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Inserlto</w:t>
      </w:r>
      <w:r>
        <w:rPr>
          <w:rFonts w:ascii="Times New Roman" w:hAnsi="Times New Roman" w:eastAsia="Times New Roman"/>
          <w:b w:val="0"/>
          <w:color w:val="000000"/>
          <w:spacing w:val="2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no</w:t>
      </w:r>
      <w:r>
        <w:rPr>
          <w:rFonts w:ascii="Times New Roman" w:hAnsi="Times New Roman" w:eastAsia="Times New Roman"/>
          <w:b w:val="0"/>
          <w:color w:val="000000"/>
          <w:spacing w:val="22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CPF</w:t>
      </w:r>
      <w:r>
        <w:rPr>
          <w:rFonts w:ascii="Times New Roman" w:hAnsi="Times New Roman" w:eastAsia="Times New Roman"/>
          <w:b w:val="0"/>
          <w:color w:val="000000"/>
          <w:spacing w:val="-8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de</w:t>
      </w:r>
      <w:r>
        <w:rPr>
          <w:rFonts w:ascii="Times New Roman" w:hAnsi="Times New Roman" w:eastAsia="Times New Roman"/>
          <w:b w:val="0"/>
          <w:color w:val="000000"/>
          <w:spacing w:val="26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NO</w:t>
      </w:r>
      <w:r>
        <w:rPr>
          <w:rFonts w:ascii="Times New Roman" w:hAnsi="Times New Roman" w:eastAsia="Times New Roman"/>
          <w:b w:val="0"/>
          <w:color w:val="000000"/>
          <w:spacing w:val="-10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353</w:t>
      </w:r>
      <w:r>
        <w:rPr>
          <w:rFonts w:ascii="Arial" w:hAnsi="Arial" w:eastAsia="Arial"/>
          <w:b w:val="0"/>
          <w:i w:val="0"/>
          <w:color w:val="000000"/>
          <w:sz w:val="32"/>
        </w:rPr>
        <w:t>.</w:t>
      </w:r>
      <w:r>
        <w:rPr>
          <w:rFonts w:ascii="Arial" w:hAnsi="Arial" w:eastAsia="Arial"/>
          <w:b w:val="0"/>
          <w:i w:val="0"/>
          <w:color w:val="000000"/>
          <w:sz w:val="32"/>
        </w:rPr>
        <w:t>449</w:t>
      </w:r>
      <w:r>
        <w:rPr>
          <w:rFonts w:ascii="Arial" w:hAnsi="Arial" w:eastAsia="Arial"/>
          <w:b w:val="0"/>
          <w:i w:val="0"/>
          <w:color w:val="000000"/>
          <w:sz w:val="32"/>
        </w:rPr>
        <w:t>.</w:t>
      </w:r>
      <w:r>
        <w:rPr>
          <w:rFonts w:ascii="Arial" w:hAnsi="Arial" w:eastAsia="Arial"/>
          <w:b w:val="0"/>
          <w:i w:val="0"/>
          <w:color w:val="000000"/>
          <w:sz w:val="32"/>
        </w:rPr>
        <w:t>298</w:t>
      </w:r>
      <w:r>
        <w:rPr>
          <w:rFonts w:ascii="Arial" w:hAnsi="Arial" w:eastAsia="Arial"/>
          <w:b w:val="0"/>
          <w:i w:val="0"/>
          <w:color w:val="000000"/>
          <w:sz w:val="32"/>
        </w:rPr>
        <w:t>-</w:t>
      </w:r>
      <w:r>
        <w:rPr>
          <w:rFonts w:ascii="Arial" w:hAnsi="Arial" w:eastAsia="Arial"/>
          <w:b w:val="0"/>
          <w:i w:val="0"/>
          <w:color w:val="000000"/>
          <w:sz w:val="32"/>
        </w:rPr>
        <w:t>62</w:t>
      </w:r>
    </w:p>
    <w:p>
      <w:pPr>
        <w:widowControl/>
        <w:wordWrap w:val="0"/>
        <w:autoSpaceDE w:val="0"/>
        <w:autoSpaceDN w:val="0"/>
        <w:spacing w:line="310" w:lineRule="exact" w:before="37" w:after="27"/>
        <w:ind w:left="3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1"/>
        </w:rPr>
        <w:t>'</w:t>
      </w:r>
      <w:r>
        <w:rPr>
          <w:rFonts w:ascii="Arial" w:hAnsi="Arial" w:eastAsia="Arial"/>
          <w:b w:val="0"/>
          <w:i w:val="0"/>
          <w:color w:val="000000"/>
          <w:sz w:val="31"/>
        </w:rPr>
        <w:t>Residente</w:t>
      </w:r>
      <w:r>
        <w:rPr>
          <w:rFonts w:ascii="Times New Roman" w:hAnsi="Times New Roman" w:eastAsia="Times New Roman"/>
          <w:b w:val="0"/>
          <w:color w:val="000000"/>
          <w:spacing w:val="128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a</w:t>
      </w:r>
      <w:r>
        <w:rPr>
          <w:rFonts w:ascii="Times New Roman" w:hAnsi="Times New Roman" w:eastAsia="Times New Roman"/>
          <w:b w:val="0"/>
          <w:color w:val="000000"/>
          <w:spacing w:val="130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Rua</w:t>
      </w:r>
      <w:r>
        <w:rPr>
          <w:rFonts w:ascii="Times New Roman" w:hAnsi="Times New Roman" w:eastAsia="Times New Roman"/>
          <w:b w:val="0"/>
          <w:color w:val="000000"/>
          <w:spacing w:val="314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Jararatuba</w:t>
      </w:r>
      <w:r>
        <w:rPr>
          <w:rFonts w:ascii="Times New Roman" w:hAnsi="Times New Roman" w:eastAsia="Times New Roman"/>
          <w:b w:val="0"/>
          <w:color w:val="000000"/>
          <w:spacing w:val="461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N</w:t>
      </w:r>
      <w:r>
        <w:rPr>
          <w:rFonts w:ascii="Arial" w:hAnsi="Arial" w:eastAsia="Arial"/>
          <w:b w:val="0"/>
          <w:i w:val="0"/>
          <w:color w:val="000000"/>
          <w:sz w:val="31"/>
        </w:rPr>
        <w:t>'</w:t>
      </w:r>
      <w:r>
        <w:rPr>
          <w:rFonts w:ascii="Times New Roman" w:hAnsi="Times New Roman" w:eastAsia="Times New Roman"/>
          <w:b w:val="0"/>
          <w:color w:val="000000"/>
          <w:spacing w:val="159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359</w:t>
      </w:r>
      <w:r>
        <w:rPr>
          <w:rFonts w:ascii="Arial" w:hAnsi="Arial" w:eastAsia="Arial"/>
          <w:b w:val="0"/>
          <w:i w:val="0"/>
          <w:color w:val="000000"/>
          <w:sz w:val="31"/>
        </w:rPr>
        <w:t>,</w:t>
      </w:r>
      <w:r>
        <w:rPr>
          <w:rFonts w:ascii="Times New Roman" w:hAnsi="Times New Roman" w:eastAsia="Times New Roman"/>
          <w:b w:val="0"/>
          <w:color w:val="000000"/>
          <w:spacing w:val="359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Bairro</w:t>
      </w:r>
      <w:r>
        <w:rPr>
          <w:rFonts w:ascii="Arial" w:hAnsi="Arial" w:eastAsia="Arial"/>
          <w:b w:val="0"/>
          <w:i w:val="0"/>
          <w:color w:val="000000"/>
          <w:sz w:val="31"/>
        </w:rPr>
        <w:t>:</w:t>
      </w:r>
      <w:r>
        <w:rPr>
          <w:rFonts w:ascii="Times New Roman" w:hAnsi="Times New Roman" w:eastAsia="Times New Roman"/>
          <w:b w:val="0"/>
          <w:color w:val="000000"/>
          <w:spacing w:val="170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Jardim</w:t>
      </w:r>
      <w:r>
        <w:rPr>
          <w:rFonts w:ascii="Times New Roman" w:hAnsi="Times New Roman" w:eastAsia="Times New Roman"/>
          <w:b w:val="0"/>
          <w:color w:val="000000"/>
          <w:spacing w:val="232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Nomnandia</w:t>
      </w:r>
      <w:r>
        <w:rPr>
          <w:rFonts w:ascii="Arial" w:hAnsi="Arial" w:eastAsia="Arial"/>
          <w:b w:val="0"/>
          <w:i w:val="0"/>
          <w:color w:val="000000"/>
          <w:sz w:val="31"/>
        </w:rPr>
        <w:t>,</w:t>
      </w:r>
    </w:p>
    <w:p>
      <w:pPr>
        <w:widowControl/>
        <w:wordWrap w:val="0"/>
        <w:autoSpaceDE w:val="0"/>
        <w:autoSpaceDN w:val="0"/>
        <w:spacing w:line="380" w:lineRule="exact" w:before="55" w:after="23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2"/>
        </w:rPr>
        <w:t>Cep</w:t>
      </w:r>
      <w:r>
        <w:rPr>
          <w:rFonts w:ascii="Times New Roman" w:hAnsi="Times New Roman" w:eastAsia="Times New Roman"/>
          <w:b w:val="0"/>
          <w:color w:val="000000"/>
          <w:spacing w:val="-17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07252</w:t>
      </w:r>
      <w:r>
        <w:rPr>
          <w:rFonts w:ascii="Arial" w:hAnsi="Arial" w:eastAsia="Arial"/>
          <w:b w:val="0"/>
          <w:i w:val="0"/>
          <w:color w:val="000000"/>
          <w:sz w:val="36"/>
        </w:rPr>
        <w:t>-</w:t>
      </w:r>
      <w:r>
        <w:rPr>
          <w:rFonts w:ascii="Arial" w:hAnsi="Arial" w:eastAsia="Arial"/>
          <w:b w:val="0"/>
          <w:i w:val="0"/>
          <w:color w:val="000000"/>
          <w:sz w:val="36"/>
        </w:rPr>
        <w:t>070</w:t>
      </w:r>
      <w:r>
        <w:rPr>
          <w:rFonts w:ascii="Arial" w:hAnsi="Arial" w:eastAsia="Arial"/>
          <w:b w:val="0"/>
          <w:i w:val="0"/>
          <w:color w:val="000000"/>
          <w:sz w:val="36"/>
        </w:rPr>
        <w:t>,</w:t>
      </w:r>
      <w:r>
        <w:rPr>
          <w:rFonts w:ascii="Times New Roman" w:hAnsi="Times New Roman" w:eastAsia="Times New Roman"/>
          <w:b w:val="0"/>
          <w:color w:val="000000"/>
          <w:spacing w:val="-16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Na</w:t>
      </w:r>
      <w:r>
        <w:rPr>
          <w:rFonts w:ascii="Times New Roman" w:hAnsi="Times New Roman" w:eastAsia="Times New Roman"/>
          <w:b w:val="0"/>
          <w:color w:val="000000"/>
          <w:spacing w:val="102"/>
          <w:sz w:val="3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7"/>
        </w:rPr>
        <w:t>Cidade</w:t>
      </w:r>
      <w:r>
        <w:rPr>
          <w:rFonts w:ascii="Times New Roman" w:hAnsi="Times New Roman" w:eastAsia="Times New Roman"/>
          <w:b w:val="0"/>
          <w:color w:val="000000"/>
          <w:spacing w:val="13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de</w:t>
      </w:r>
      <w:r>
        <w:rPr>
          <w:rFonts w:ascii="Times New Roman" w:hAnsi="Times New Roman" w:eastAsia="Times New Roman"/>
          <w:b w:val="0"/>
          <w:color w:val="000000"/>
          <w:spacing w:val="127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Guarulhos</w:t>
      </w:r>
      <w:r>
        <w:rPr>
          <w:rFonts w:ascii="Arial" w:hAnsi="Arial" w:eastAsia="Arial"/>
          <w:b w:val="0"/>
          <w:i w:val="0"/>
          <w:color w:val="000000"/>
          <w:sz w:val="36"/>
        </w:rPr>
        <w:t>,</w:t>
      </w:r>
      <w:r>
        <w:rPr>
          <w:rFonts w:ascii="Times New Roman" w:hAnsi="Times New Roman" w:eastAsia="Times New Roman"/>
          <w:b w:val="0"/>
          <w:color w:val="000000"/>
          <w:spacing w:val="4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22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de</w:t>
      </w:r>
      <w:r>
        <w:rPr>
          <w:rFonts w:ascii="Times New Roman" w:hAnsi="Times New Roman" w:eastAsia="Times New Roman"/>
          <w:b w:val="0"/>
          <w:color w:val="000000"/>
          <w:spacing w:val="102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São</w:t>
      </w:r>
      <w:r>
        <w:rPr>
          <w:rFonts w:ascii="Times New Roman" w:hAnsi="Times New Roman" w:eastAsia="Times New Roman"/>
          <w:b w:val="0"/>
          <w:color w:val="000000"/>
          <w:spacing w:val="84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Paulo</w:t>
      </w:r>
      <w:r>
        <w:rPr>
          <w:rFonts w:ascii="Arial" w:hAnsi="Arial" w:eastAsia="Arial"/>
          <w:b w:val="0"/>
          <w:i w:val="0"/>
          <w:color w:val="000000"/>
          <w:sz w:val="32"/>
        </w:rPr>
        <w:t>,</w:t>
      </w:r>
    </w:p>
    <w:p>
      <w:pPr>
        <w:widowControl/>
        <w:wordWrap w:val="0"/>
        <w:autoSpaceDE w:val="0"/>
        <w:autoSpaceDN w:val="0"/>
        <w:spacing w:line="320" w:lineRule="exact" w:before="47" w:after="24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2"/>
        </w:rPr>
        <w:t>Representante</w:t>
      </w:r>
      <w:r>
        <w:rPr>
          <w:rFonts w:ascii="Times New Roman" w:hAnsi="Times New Roman" w:eastAsia="Times New Roman"/>
          <w:b w:val="0"/>
          <w:color w:val="000000"/>
          <w:spacing w:val="101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legal</w:t>
      </w:r>
      <w:r>
        <w:rPr>
          <w:rFonts w:ascii="Times New Roman" w:hAnsi="Times New Roman" w:eastAsia="Times New Roman"/>
          <w:b w:val="0"/>
          <w:color w:val="000000"/>
          <w:spacing w:val="44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da</w:t>
      </w:r>
      <w:r>
        <w:rPr>
          <w:rFonts w:ascii="Times New Roman" w:hAnsi="Times New Roman" w:eastAsia="Times New Roman"/>
          <w:b w:val="0"/>
          <w:color w:val="000000"/>
          <w:spacing w:val="44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alva</w:t>
      </w:r>
      <w:r>
        <w:rPr>
          <w:rFonts w:ascii="Times New Roman" w:hAnsi="Times New Roman" w:eastAsia="Times New Roman"/>
          <w:b w:val="0"/>
          <w:color w:val="000000"/>
          <w:spacing w:val="73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H</w:t>
      </w:r>
      <w:r>
        <w:rPr>
          <w:rFonts w:ascii="Times New Roman" w:hAnsi="Times New Roman" w:eastAsia="Times New Roman"/>
          <w:b w:val="0"/>
          <w:color w:val="000000"/>
          <w:spacing w:val="-31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INSTITUTO</w:t>
      </w:r>
      <w:r>
        <w:rPr>
          <w:rFonts w:ascii="Times New Roman" w:hAnsi="Times New Roman" w:eastAsia="Times New Roman"/>
          <w:b w:val="0"/>
          <w:color w:val="000000"/>
          <w:spacing w:val="-9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DE</w:t>
      </w:r>
      <w:r>
        <w:rPr>
          <w:rFonts w:ascii="Times New Roman" w:hAnsi="Times New Roman" w:eastAsia="Times New Roman"/>
          <w:b w:val="0"/>
          <w:color w:val="000000"/>
          <w:spacing w:val="-24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CIDADANIA</w:t>
      </w:r>
      <w:r>
        <w:rPr>
          <w:rFonts w:ascii="Times New Roman" w:hAnsi="Times New Roman" w:eastAsia="Times New Roman"/>
          <w:b w:val="0"/>
          <w:color w:val="000000"/>
          <w:spacing w:val="-22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FARTEI</w:t>
      </w:r>
      <w:r>
        <w:rPr>
          <w:rFonts w:ascii="Arial" w:hAnsi="Arial" w:eastAsia="Arial"/>
          <w:b w:val="0"/>
          <w:i w:val="0"/>
          <w:color w:val="000000"/>
          <w:sz w:val="32"/>
        </w:rPr>
        <w:t>.</w:t>
      </w:r>
      <w:r>
        <w:rPr>
          <w:rFonts w:ascii="Arial" w:hAnsi="Arial" w:eastAsia="Arial"/>
          <w:b w:val="0"/>
          <w:i w:val="0"/>
          <w:color w:val="000000"/>
          <w:sz w:val="32"/>
        </w:rPr>
        <w:t>ILHA</w:t>
      </w:r>
      <w:r>
        <w:rPr>
          <w:rFonts w:ascii="Arial" w:hAnsi="Arial" w:eastAsia="Arial"/>
          <w:b w:val="0"/>
          <w:i w:val="0"/>
          <w:color w:val="000000"/>
          <w:sz w:val="32"/>
        </w:rPr>
        <w:t>,</w:t>
      </w:r>
    </w:p>
    <w:p>
      <w:pPr>
        <w:widowControl/>
        <w:wordWrap w:val="0"/>
        <w:autoSpaceDE w:val="0"/>
        <w:autoSpaceDN w:val="0"/>
        <w:spacing w:line="310" w:lineRule="exact" w:before="48" w:after="5"/>
        <w:ind w:left="4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1"/>
        </w:rPr>
        <w:t>7bm</w:t>
      </w:r>
      <w:r>
        <w:rPr>
          <w:rFonts w:ascii="Arial" w:hAnsi="Arial" w:eastAsia="Arial"/>
          <w:b w:val="0"/>
          <w:i w:val="0"/>
          <w:color w:val="000000"/>
          <w:sz w:val="31"/>
        </w:rPr>
        <w:t>&amp;</w:t>
      </w:r>
      <w:r>
        <w:rPr>
          <w:rFonts w:ascii="Arial" w:hAnsi="Arial" w:eastAsia="Arial"/>
          <w:b w:val="0"/>
          <w:i w:val="0"/>
          <w:color w:val="000000"/>
          <w:sz w:val="31"/>
        </w:rPr>
        <w:t>énn</w:t>
      </w:r>
      <w:r>
        <w:rPr>
          <w:rFonts w:ascii="Times New Roman" w:hAnsi="Times New Roman" w:eastAsia="Times New Roman"/>
          <w:b w:val="0"/>
          <w:color w:val="000000"/>
          <w:spacing w:val="96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Desá©</w:t>
      </w:r>
      <w:r>
        <w:rPr>
          <w:rFonts w:ascii="Times New Roman" w:hAnsi="Times New Roman" w:eastAsia="Times New Roman"/>
          <w:b w:val="0"/>
          <w:color w:val="000000"/>
          <w:spacing w:val="-10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ada</w:t>
      </w:r>
      <w:r>
        <w:rPr>
          <w:rFonts w:ascii="Times New Roman" w:hAnsi="Times New Roman" w:eastAsia="Times New Roman"/>
          <w:b w:val="0"/>
          <w:color w:val="000000"/>
          <w:spacing w:val="205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peZn</w:t>
      </w:r>
      <w:r>
        <w:rPr>
          <w:rFonts w:ascii="Times New Roman" w:hAnsi="Times New Roman" w:eastAsia="Times New Roman"/>
          <w:b w:val="0"/>
          <w:color w:val="000000"/>
          <w:spacing w:val="156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S©Zn</w:t>
      </w:r>
      <w:r>
        <w:rPr>
          <w:rFonts w:ascii="Arial" w:hAnsi="Arial" w:eastAsia="Arial"/>
          <w:b w:val="0"/>
          <w:i w:val="0"/>
          <w:color w:val="000000"/>
          <w:sz w:val="31"/>
        </w:rPr>
        <w:t>'</w:t>
      </w:r>
      <w:r>
        <w:rPr>
          <w:rFonts w:ascii="Times New Roman" w:hAnsi="Times New Roman" w:eastAsia="Times New Roman"/>
          <w:b w:val="0"/>
          <w:color w:val="000000"/>
          <w:spacing w:val="66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db</w:t>
      </w:r>
      <w:r>
        <w:rPr>
          <w:rFonts w:ascii="Times New Roman" w:hAnsi="Times New Roman" w:eastAsia="Times New Roman"/>
          <w:b w:val="0"/>
          <w:color w:val="000000"/>
          <w:spacing w:val="198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fballasZa</w:t>
      </w:r>
      <w:r>
        <w:rPr>
          <w:rFonts w:ascii="Arial" w:hAnsi="Arial" w:eastAsia="Arial"/>
          <w:b w:val="0"/>
          <w:i w:val="0"/>
          <w:color w:val="000000"/>
          <w:sz w:val="31"/>
        </w:rPr>
        <w:t>.</w:t>
      </w:r>
      <w:r>
        <w:rPr>
          <w:rFonts w:ascii="Times New Roman" w:hAnsi="Times New Roman" w:eastAsia="Times New Roman"/>
          <w:b w:val="0"/>
          <w:color w:val="000000"/>
          <w:spacing w:val="239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ONG</w:t>
      </w:r>
      <w:r>
        <w:rPr>
          <w:rFonts w:ascii="Arial" w:hAnsi="Arial" w:eastAsia="Arial"/>
          <w:b w:val="0"/>
          <w:i w:val="0"/>
          <w:color w:val="000000"/>
          <w:sz w:val="31"/>
        </w:rPr>
        <w:t>-</w:t>
      </w:r>
      <w:r>
        <w:rPr>
          <w:rFonts w:ascii="Times New Roman" w:hAnsi="Times New Roman" w:eastAsia="Times New Roman"/>
          <w:b w:val="0"/>
          <w:color w:val="000000"/>
          <w:spacing w:val="153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PORTELINHA</w:t>
      </w:r>
      <w:r>
        <w:rPr>
          <w:rFonts w:ascii="Arial" w:hAnsi="Arial" w:eastAsia="Arial"/>
          <w:b w:val="0"/>
          <w:i w:val="0"/>
          <w:color w:val="000000"/>
          <w:sz w:val="31"/>
        </w:rPr>
        <w:t>/</w:t>
      </w:r>
    </w:p>
    <w:p>
      <w:pPr>
        <w:widowControl/>
        <w:wordWrap w:val="0"/>
        <w:autoSpaceDE w:val="0"/>
        <w:autoSpaceDN w:val="0"/>
        <w:spacing w:line="360" w:lineRule="exact" w:before="11" w:after="14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Devidamente</w:t>
      </w:r>
      <w:r>
        <w:rPr>
          <w:rFonts w:ascii="Times New Roman" w:hAnsi="Times New Roman" w:eastAsia="Times New Roman"/>
          <w:b w:val="0"/>
          <w:color w:val="000000"/>
          <w:spacing w:val="-13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Inserlta</w:t>
      </w:r>
      <w:r>
        <w:rPr>
          <w:rFonts w:ascii="Times New Roman" w:hAnsi="Times New Roman" w:eastAsia="Times New Roman"/>
          <w:b w:val="0"/>
          <w:color w:val="000000"/>
          <w:spacing w:val="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e</w:t>
      </w:r>
      <w:r>
        <w:rPr>
          <w:rFonts w:ascii="Times New Roman" w:hAnsi="Times New Roman" w:eastAsia="Times New Roman"/>
          <w:b w:val="0"/>
          <w:color w:val="000000"/>
          <w:spacing w:val="32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cadastrado</w:t>
      </w:r>
      <w:r>
        <w:rPr>
          <w:rFonts w:ascii="Times New Roman" w:hAnsi="Times New Roman" w:eastAsia="Times New Roman"/>
          <w:b w:val="0"/>
          <w:color w:val="000000"/>
          <w:spacing w:val="-1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no</w:t>
      </w:r>
      <w:r>
        <w:rPr>
          <w:rFonts w:ascii="Times New Roman" w:hAnsi="Times New Roman" w:eastAsia="Times New Roman"/>
          <w:b w:val="0"/>
          <w:color w:val="000000"/>
          <w:spacing w:val="17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CNPJ</w:t>
      </w:r>
      <w:r>
        <w:rPr>
          <w:rFonts w:ascii="Times New Roman" w:hAnsi="Times New Roman" w:eastAsia="Times New Roman"/>
          <w:b w:val="0"/>
          <w:color w:val="000000"/>
          <w:spacing w:val="1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28</w:t>
      </w:r>
      <w:r>
        <w:rPr>
          <w:rFonts w:ascii="Arial" w:hAnsi="Arial" w:eastAsia="Arial"/>
          <w:b w:val="0"/>
          <w:i w:val="0"/>
          <w:color w:val="000000"/>
          <w:sz w:val="34"/>
        </w:rPr>
        <w:t>.</w:t>
      </w:r>
      <w:r>
        <w:rPr>
          <w:rFonts w:ascii="Arial" w:hAnsi="Arial" w:eastAsia="Arial"/>
          <w:b w:val="0"/>
          <w:i w:val="0"/>
          <w:color w:val="000000"/>
          <w:sz w:val="34"/>
        </w:rPr>
        <w:t>655</w:t>
      </w:r>
      <w:r>
        <w:rPr>
          <w:rFonts w:ascii="Arial" w:hAnsi="Arial" w:eastAsia="Arial"/>
          <w:b w:val="0"/>
          <w:i w:val="0"/>
          <w:color w:val="000000"/>
          <w:sz w:val="34"/>
        </w:rPr>
        <w:t>.</w:t>
      </w:r>
      <w:r>
        <w:rPr>
          <w:rFonts w:ascii="Arial" w:hAnsi="Arial" w:eastAsia="Arial"/>
          <w:b w:val="0"/>
          <w:i w:val="0"/>
          <w:color w:val="000000"/>
          <w:sz w:val="34"/>
        </w:rPr>
        <w:t>071</w:t>
      </w:r>
      <w:r>
        <w:rPr>
          <w:rFonts w:ascii="Arial" w:hAnsi="Arial" w:eastAsia="Arial"/>
          <w:b w:val="0"/>
          <w:i w:val="0"/>
          <w:color w:val="000000"/>
          <w:sz w:val="34"/>
        </w:rPr>
        <w:t>/</w:t>
      </w:r>
      <w:r>
        <w:rPr>
          <w:rFonts w:ascii="Arial" w:hAnsi="Arial" w:eastAsia="Arial"/>
          <w:b w:val="0"/>
          <w:i w:val="0"/>
          <w:color w:val="000000"/>
          <w:sz w:val="34"/>
        </w:rPr>
        <w:t>000141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  <w:r>
        <w:rPr>
          <w:rFonts w:ascii="Times New Roman" w:hAnsi="Times New Roman" w:eastAsia="Times New Roman"/>
          <w:b w:val="0"/>
          <w:color w:val="000000"/>
          <w:spacing w:val="25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eoan</w:t>
      </w:r>
    </w:p>
    <w:p>
      <w:pPr>
        <w:widowControl/>
        <w:wordWrap w:val="0"/>
        <w:autoSpaceDE w:val="0"/>
        <w:autoSpaceDN w:val="0"/>
        <w:spacing w:line="350" w:lineRule="exact" w:before="28" w:after="27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5"/>
        </w:rPr>
        <w:t>seda</w:t>
      </w:r>
      <w:r>
        <w:rPr>
          <w:rFonts w:ascii="Times New Roman" w:hAnsi="Times New Roman" w:eastAsia="Times New Roman"/>
          <w:b w:val="0"/>
          <w:color w:val="000000"/>
          <w:spacing w:val="-6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Ha</w:t>
      </w:r>
      <w:r>
        <w:rPr>
          <w:rFonts w:ascii="Times New Roman" w:hAnsi="Times New Roman" w:eastAsia="Times New Roman"/>
          <w:b w:val="0"/>
          <w:color w:val="000000"/>
          <w:spacing w:val="25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Avenida</w:t>
      </w:r>
      <w:r>
        <w:rPr>
          <w:rFonts w:ascii="Arial" w:hAnsi="Arial" w:eastAsia="Arial"/>
          <w:b w:val="0"/>
          <w:i w:val="0"/>
          <w:color w:val="000000"/>
          <w:sz w:val="35"/>
        </w:rPr>
        <w:t>Anito</w:t>
      </w:r>
      <w:r>
        <w:rPr>
          <w:rFonts w:ascii="Times New Roman" w:hAnsi="Times New Roman" w:eastAsia="Times New Roman"/>
          <w:b w:val="0"/>
          <w:color w:val="000000"/>
          <w:spacing w:val="35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Garlbaldi</w:t>
      </w:r>
      <w:r>
        <w:rPr>
          <w:rFonts w:ascii="Times New Roman" w:hAnsi="Times New Roman" w:eastAsia="Times New Roman"/>
          <w:b w:val="0"/>
          <w:color w:val="000000"/>
          <w:spacing w:val="92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42"/>
          <w:sz w:val="35"/>
        </w:rPr>
        <w:t>NO</w:t>
      </w:r>
      <w:r>
        <w:rPr>
          <w:rFonts w:ascii="Arial" w:hAnsi="Arial" w:eastAsia="Arial"/>
          <w:b w:val="0"/>
          <w:i w:val="0"/>
          <w:color w:val="000000"/>
          <w:sz w:val="35"/>
        </w:rPr>
        <w:t>'</w:t>
      </w:r>
      <w:r>
        <w:rPr>
          <w:rFonts w:ascii="Arial" w:hAnsi="Arial" w:eastAsia="Arial"/>
          <w:b w:val="0"/>
          <w:i w:val="0"/>
          <w:color w:val="000000"/>
          <w:spacing w:val="-177"/>
          <w:sz w:val="35"/>
        </w:rPr>
        <w:t>1</w:t>
      </w:r>
      <w:r>
        <w:rPr>
          <w:rFonts w:ascii="Times New Roman" w:hAnsi="Times New Roman" w:eastAsia="Times New Roman"/>
          <w:b w:val="0"/>
          <w:color w:val="000000"/>
          <w:spacing w:val="89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5"/>
          <w:sz w:val="35"/>
        </w:rPr>
        <w:t>32</w:t>
      </w:r>
      <w:r>
        <w:rPr>
          <w:rFonts w:ascii="Arial" w:hAnsi="Arial" w:eastAsia="Arial"/>
          <w:b w:val="0"/>
          <w:i w:val="0"/>
          <w:color w:val="000000"/>
          <w:spacing w:val="-106"/>
          <w:sz w:val="35"/>
        </w:rPr>
        <w:t>-</w:t>
      </w:r>
      <w:r>
        <w:rPr>
          <w:rFonts w:ascii="Times New Roman" w:hAnsi="Times New Roman" w:eastAsia="Times New Roman"/>
          <w:b w:val="0"/>
          <w:color w:val="000000"/>
          <w:spacing w:val="162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Bairro</w:t>
      </w:r>
      <w:r>
        <w:rPr>
          <w:rFonts w:ascii="Times New Roman" w:hAnsi="Times New Roman" w:eastAsia="Times New Roman"/>
          <w:b w:val="0"/>
          <w:color w:val="000000"/>
          <w:spacing w:val="-1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de</w:t>
      </w:r>
      <w:r>
        <w:rPr>
          <w:rFonts w:ascii="Times New Roman" w:hAnsi="Times New Roman" w:eastAsia="Times New Roman"/>
          <w:b w:val="0"/>
          <w:color w:val="000000"/>
          <w:spacing w:val="3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Bonsucesso</w:t>
      </w:r>
      <w:r>
        <w:rPr>
          <w:rFonts w:ascii="Arial" w:hAnsi="Arial" w:eastAsia="Arial"/>
          <w:b w:val="0"/>
          <w:i w:val="0"/>
          <w:color w:val="000000"/>
          <w:spacing w:val="-43"/>
          <w:sz w:val="35"/>
        </w:rPr>
        <w:t>-</w:t>
      </w:r>
      <w:r>
        <w:rPr>
          <w:rFonts w:ascii="Arial" w:hAnsi="Arial" w:eastAsia="Arial"/>
          <w:b w:val="0"/>
          <w:i w:val="0"/>
          <w:color w:val="000000"/>
          <w:spacing w:val="-210"/>
          <w:sz w:val="35"/>
        </w:rPr>
        <w:t>C</w:t>
      </w:r>
      <w:r>
        <w:rPr>
          <w:rFonts w:ascii="Times New Roman" w:hAnsi="Times New Roman" w:eastAsia="Times New Roman"/>
          <w:b w:val="0"/>
          <w:color w:val="000000"/>
          <w:spacing w:val="122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ep</w:t>
      </w:r>
      <w:r>
        <w:rPr>
          <w:rFonts w:ascii="Arial" w:hAnsi="Arial" w:eastAsia="Arial"/>
          <w:b w:val="0"/>
          <w:i w:val="0"/>
          <w:color w:val="000000"/>
          <w:sz w:val="35"/>
        </w:rPr>
        <w:t>-</w:t>
      </w:r>
    </w:p>
    <w:p>
      <w:pPr>
        <w:widowControl/>
        <w:wordWrap w:val="0"/>
        <w:autoSpaceDE w:val="0"/>
        <w:autoSpaceDN w:val="0"/>
        <w:spacing w:line="320" w:lineRule="exact" w:before="53" w:after="55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2"/>
        </w:rPr>
        <w:t>Q7179</w:t>
      </w:r>
      <w:r>
        <w:rPr>
          <w:rFonts w:ascii="Arial" w:hAnsi="Arial" w:eastAsia="Arial"/>
          <w:b w:val="0"/>
          <w:i w:val="0"/>
          <w:color w:val="000000"/>
          <w:sz w:val="32"/>
        </w:rPr>
        <w:t>-</w:t>
      </w:r>
      <w:r>
        <w:rPr>
          <w:rFonts w:ascii="Arial" w:hAnsi="Arial" w:eastAsia="Arial"/>
          <w:b w:val="0"/>
          <w:i w:val="0"/>
          <w:color w:val="000000"/>
          <w:sz w:val="32"/>
        </w:rPr>
        <w:t>800</w:t>
      </w:r>
      <w:r>
        <w:rPr>
          <w:rFonts w:ascii="Arial" w:hAnsi="Arial" w:eastAsia="Arial"/>
          <w:b w:val="0"/>
          <w:i w:val="0"/>
          <w:color w:val="000000"/>
          <w:sz w:val="32"/>
        </w:rPr>
        <w:t>-</w:t>
      </w:r>
      <w:r>
        <w:rPr>
          <w:rFonts w:ascii="Arial" w:hAnsi="Arial" w:eastAsia="Arial"/>
          <w:b w:val="0"/>
          <w:i w:val="0"/>
          <w:color w:val="000000"/>
          <w:sz w:val="32"/>
        </w:rPr>
        <w:t>na</w:t>
      </w:r>
      <w:r>
        <w:rPr>
          <w:rFonts w:ascii="Times New Roman" w:hAnsi="Times New Roman" w:eastAsia="Times New Roman"/>
          <w:b w:val="0"/>
          <w:color w:val="000000"/>
          <w:spacing w:val="4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Cidade</w:t>
      </w:r>
      <w:r>
        <w:rPr>
          <w:rFonts w:ascii="Times New Roman" w:hAnsi="Times New Roman" w:eastAsia="Times New Roman"/>
          <w:b w:val="0"/>
          <w:color w:val="000000"/>
          <w:spacing w:val="26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de</w:t>
      </w:r>
      <w:r>
        <w:rPr>
          <w:rFonts w:ascii="Times New Roman" w:hAnsi="Times New Roman" w:eastAsia="Times New Roman"/>
          <w:b w:val="0"/>
          <w:color w:val="000000"/>
          <w:spacing w:val="24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Guarulhos</w:t>
      </w:r>
      <w:r>
        <w:rPr>
          <w:rFonts w:ascii="Arial" w:hAnsi="Arial" w:eastAsia="Arial"/>
          <w:b w:val="0"/>
          <w:i w:val="0"/>
          <w:color w:val="000000"/>
          <w:sz w:val="32"/>
        </w:rPr>
        <w:t>-</w:t>
      </w:r>
      <w:r>
        <w:rPr>
          <w:rFonts w:ascii="Arial" w:hAnsi="Arial" w:eastAsia="Arial"/>
          <w:b w:val="0"/>
          <w:i w:val="0"/>
          <w:color w:val="000000"/>
          <w:sz w:val="32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41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de</w:t>
      </w:r>
      <w:r>
        <w:rPr>
          <w:rFonts w:ascii="Times New Roman" w:hAnsi="Times New Roman" w:eastAsia="Times New Roman"/>
          <w:b w:val="0"/>
          <w:color w:val="000000"/>
          <w:spacing w:val="24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$</w:t>
      </w:r>
      <w:r>
        <w:rPr>
          <w:rFonts w:ascii="Arial" w:hAnsi="Arial" w:eastAsia="Arial"/>
          <w:b w:val="0"/>
          <w:i w:val="0"/>
          <w:color w:val="000000"/>
          <w:sz w:val="32"/>
        </w:rPr>
        <w:t>âo</w:t>
      </w:r>
      <w:r>
        <w:rPr>
          <w:rFonts w:ascii="Times New Roman" w:hAnsi="Times New Roman" w:eastAsia="Times New Roman"/>
          <w:b w:val="0"/>
          <w:color w:val="000000"/>
          <w:spacing w:val="26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Paulo</w:t>
      </w:r>
      <w:r>
        <w:rPr>
          <w:rFonts w:ascii="Arial" w:hAnsi="Arial" w:eastAsia="Arial"/>
          <w:b w:val="0"/>
          <w:i w:val="0"/>
          <w:color w:val="000000"/>
          <w:sz w:val="32"/>
        </w:rPr>
        <w:t>,</w:t>
      </w:r>
    </w:p>
    <w:p>
      <w:pPr>
        <w:widowControl/>
        <w:wordWrap w:val="0"/>
        <w:autoSpaceDE w:val="0"/>
        <w:autoSpaceDN w:val="0"/>
        <w:spacing w:line="280" w:lineRule="exact" w:before="111" w:after="12"/>
        <w:ind w:left="4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8"/>
        </w:rPr>
        <w:t>Endereço</w:t>
      </w:r>
      <w:r>
        <w:rPr>
          <w:rFonts w:ascii="Times New Roman" w:hAnsi="Times New Roman" w:eastAsia="Times New Roman"/>
          <w:b w:val="0"/>
          <w:color w:val="000000"/>
          <w:spacing w:val="12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Eletrünleo</w:t>
      </w:r>
      <w:r>
        <w:rPr>
          <w:rFonts w:ascii="Arial" w:hAnsi="Arial" w:eastAsia="Arial"/>
          <w:b w:val="0"/>
          <w:i w:val="0"/>
          <w:color w:val="000000"/>
          <w:sz w:val="28"/>
        </w:rPr>
        <w:t>:</w:t>
      </w:r>
      <w:r>
        <w:rPr>
          <w:rFonts w:ascii="Times New Roman" w:hAnsi="Times New Roman" w:eastAsia="Times New Roman"/>
          <w:b w:val="0"/>
          <w:color w:val="000000"/>
          <w:spacing w:val="32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ronaldo</w:t>
      </w:r>
      <w:r>
        <w:rPr>
          <w:rFonts w:ascii="Arial" w:hAnsi="Arial" w:eastAsia="Arial"/>
          <w:b w:val="0"/>
          <w:i w:val="0"/>
          <w:color w:val="000000"/>
          <w:sz w:val="28"/>
        </w:rPr>
        <w:t>.</w:t>
      </w:r>
      <w:r>
        <w:rPr>
          <w:rFonts w:ascii="Arial" w:hAnsi="Arial" w:eastAsia="Arial"/>
          <w:b w:val="0"/>
          <w:i w:val="0"/>
          <w:color w:val="000000"/>
          <w:sz w:val="28"/>
        </w:rPr>
        <w:t>vleggas</w:t>
      </w:r>
      <w:r>
        <w:rPr>
          <w:rFonts w:ascii="Arial" w:hAnsi="Arial" w:eastAsia="Arial"/>
          <w:b w:val="0"/>
          <w:i w:val="0"/>
          <w:color w:val="000000"/>
          <w:sz w:val="28"/>
        </w:rPr>
        <w:t>@</w:t>
      </w:r>
      <w:r>
        <w:rPr>
          <w:rFonts w:ascii="Arial" w:hAnsi="Arial" w:eastAsia="Arial"/>
          <w:b w:val="0"/>
          <w:i w:val="0"/>
          <w:color w:val="000000"/>
          <w:sz w:val="28"/>
        </w:rPr>
        <w:t>gmall</w:t>
      </w:r>
      <w:r>
        <w:rPr>
          <w:rFonts w:ascii="Arial" w:hAnsi="Arial" w:eastAsia="Arial"/>
          <w:b w:val="0"/>
          <w:i w:val="0"/>
          <w:color w:val="000000"/>
          <w:sz w:val="28"/>
        </w:rPr>
        <w:t>.</w:t>
      </w:r>
      <w:r>
        <w:rPr>
          <w:rFonts w:ascii="Arial" w:hAnsi="Arial" w:eastAsia="Arial"/>
          <w:b w:val="0"/>
          <w:i w:val="0"/>
          <w:color w:val="000000"/>
          <w:sz w:val="28"/>
        </w:rPr>
        <w:t>eom</w:t>
      </w:r>
      <w:r>
        <w:rPr>
          <w:rFonts w:ascii="Arial" w:hAnsi="Arial" w:eastAsia="Arial"/>
          <w:b w:val="0"/>
          <w:i w:val="0"/>
          <w:color w:val="000000"/>
          <w:sz w:val="28"/>
        </w:rPr>
        <w:t>usabg8uaüulhos©iotmall</w:t>
      </w:r>
      <w:r>
        <w:rPr>
          <w:rFonts w:ascii="Arial" w:hAnsi="Arial" w:eastAsia="Arial"/>
          <w:b w:val="0"/>
          <w:i w:val="0"/>
          <w:color w:val="000000"/>
          <w:sz w:val="28"/>
        </w:rPr>
        <w:t>.</w:t>
      </w:r>
      <w:r>
        <w:rPr>
          <w:rFonts w:ascii="Arial" w:hAnsi="Arial" w:eastAsia="Arial"/>
          <w:b w:val="0"/>
          <w:i w:val="0"/>
          <w:color w:val="000000"/>
          <w:sz w:val="28"/>
        </w:rPr>
        <w:t>eom</w:t>
      </w:r>
    </w:p>
    <w:p>
      <w:pPr>
        <w:widowControl/>
        <w:wordWrap w:val="0"/>
        <w:autoSpaceDE w:val="0"/>
        <w:autoSpaceDN w:val="0"/>
        <w:spacing w:line="300" w:lineRule="exact" w:before="24" w:after="10"/>
        <w:ind w:left="13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0"/>
        </w:rPr>
        <w:t>Nos</w:t>
      </w:r>
      <w:r>
        <w:rPr>
          <w:rFonts w:ascii="Times New Roman" w:hAnsi="Times New Roman" w:eastAsia="Times New Roman"/>
          <w:b w:val="0"/>
          <w:color w:val="000000"/>
          <w:spacing w:val="-2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termos</w:t>
      </w:r>
      <w:r>
        <w:rPr>
          <w:rFonts w:ascii="Times New Roman" w:hAnsi="Times New Roman" w:eastAsia="Times New Roman"/>
          <w:b w:val="0"/>
          <w:color w:val="000000"/>
          <w:spacing w:val="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da</w:t>
      </w:r>
      <w:r>
        <w:rPr>
          <w:rFonts w:ascii="Times New Roman" w:hAnsi="Times New Roman" w:eastAsia="Times New Roman"/>
          <w:b w:val="0"/>
          <w:color w:val="000000"/>
          <w:spacing w:val="31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Lel</w:t>
      </w:r>
      <w:r>
        <w:rPr>
          <w:rFonts w:ascii="Arial" w:hAnsi="Arial" w:eastAsia="Arial"/>
          <w:b w:val="0"/>
          <w:i w:val="0"/>
          <w:color w:val="000000"/>
          <w:sz w:val="30"/>
        </w:rPr>
        <w:t>,</w:t>
      </w:r>
      <w:r>
        <w:rPr>
          <w:rFonts w:ascii="Times New Roman" w:hAnsi="Times New Roman" w:eastAsia="Times New Roman"/>
          <w:b w:val="0"/>
          <w:color w:val="000000"/>
          <w:spacing w:val="1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quanto</w:t>
      </w:r>
      <w:r>
        <w:rPr>
          <w:rFonts w:ascii="Times New Roman" w:hAnsi="Times New Roman" w:eastAsia="Times New Roman"/>
          <w:b w:val="0"/>
          <w:color w:val="000000"/>
          <w:spacing w:val="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nos</w:t>
      </w:r>
      <w:r>
        <w:rPr>
          <w:rFonts w:ascii="Times New Roman" w:hAnsi="Times New Roman" w:eastAsia="Times New Roman"/>
          <w:b w:val="0"/>
          <w:color w:val="000000"/>
          <w:spacing w:val="1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meus</w:t>
      </w:r>
      <w:r>
        <w:rPr>
          <w:rFonts w:ascii="Times New Roman" w:hAnsi="Times New Roman" w:eastAsia="Times New Roman"/>
          <w:b w:val="0"/>
          <w:color w:val="000000"/>
          <w:spacing w:val="-2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dados</w:t>
      </w:r>
      <w:r>
        <w:rPr>
          <w:rFonts w:ascii="Times New Roman" w:hAnsi="Times New Roman" w:eastAsia="Times New Roman"/>
          <w:b w:val="0"/>
          <w:color w:val="000000"/>
          <w:spacing w:val="-12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qualificativos</w:t>
      </w:r>
      <w:r>
        <w:rPr>
          <w:rFonts w:ascii="Arial" w:hAnsi="Arial" w:eastAsia="Arial"/>
          <w:b w:val="0"/>
          <w:i w:val="0"/>
          <w:color w:val="000000"/>
          <w:sz w:val="30"/>
        </w:rPr>
        <w:t>,</w:t>
      </w:r>
      <w:r>
        <w:rPr>
          <w:rFonts w:ascii="Times New Roman" w:hAnsi="Times New Roman" w:eastAsia="Times New Roman"/>
          <w:b w:val="0"/>
          <w:color w:val="000000"/>
          <w:spacing w:val="24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21"/>
          <w:sz w:val="30"/>
        </w:rPr>
        <w:t>Deelanoq</w:t>
      </w:r>
      <w:r>
        <w:rPr>
          <w:rFonts w:ascii="Times New Roman" w:hAnsi="Times New Roman" w:eastAsia="Times New Roman"/>
          <w:b w:val="0"/>
          <w:color w:val="000000"/>
          <w:spacing w:val="75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ue</w:t>
      </w:r>
      <w:r>
        <w:rPr>
          <w:rFonts w:ascii="Times New Roman" w:hAnsi="Times New Roman" w:eastAsia="Times New Roman"/>
          <w:b w:val="0"/>
          <w:color w:val="000000"/>
          <w:spacing w:val="5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as</w:t>
      </w:r>
    </w:p>
    <w:p>
      <w:pPr>
        <w:widowControl/>
        <w:wordWrap w:val="0"/>
        <w:autoSpaceDE w:val="0"/>
        <w:autoSpaceDN w:val="0"/>
        <w:spacing w:line="14" w:lineRule="exact" w:before="6" w:after="0"/>
        <w:ind w:left="0" w:right="0"/>
      </w:pPr>
    </w:p>
    <w:tbl>
      <w:tblPr>
        <w:tblW w:type="auto" w:w="0"/>
        <w:tblInd w:type="dxa" w:w="4180"/>
        <w:tblLayout w:type="fixed"/>
        <w:tblLook w:firstColumn="1" w:firstRow="1" w:lastColumn="0" w:lastRow="0" w:noHBand="0" w:noVBand="1" w:val="04A0"/>
      </w:tblPr>
      <w:tblGrid>
        <w:gridCol w:w="5662"/>
        <w:gridCol w:w="5662"/>
      </w:tblGrid>
      <w:tr>
        <w:trPr>
          <w:trHeight w:hRule="exact" w:val="300"/>
        </w:trPr>
        <w:tc>
          <w:tcPr>
            <w:tcW w:type="dxa" w:w="2307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00" w:lineRule="exact" w:before="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@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ãÓ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9"/>
                <w:sz w:val="2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óú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"/>
                <w:sz w:val="2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MÊM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2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@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ó</w:t>
            </w:r>
          </w:p>
        </w:tc>
        <w:tc>
          <w:tcPr>
            <w:tcW w:type="dxa" w:w="1350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50" w:lineRule="exact" w:before="39" w:after="0"/>
              <w:ind w:left="93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ãhÓê8dãã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5"/>
              </w:rPr>
              <w:t>.</w:t>
            </w:r>
          </w:p>
        </w:tc>
      </w:tr>
    </w:tbl>
    <w:p>
      <w:pPr>
        <w:widowControl/>
        <w:wordWrap w:val="0"/>
        <w:autoSpaceDE w:val="0"/>
        <w:autoSpaceDN w:val="0"/>
        <w:spacing w:line="240" w:lineRule="exact" w:before="67" w:after="55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4"/>
        </w:rPr>
        <w:t>:.</w:t>
      </w:r>
      <w:r>
        <w:rPr>
          <w:rFonts w:ascii="Times New Roman" w:hAnsi="Times New Roman" w:eastAsia="Times New Roman"/>
          <w:b w:val="0"/>
          <w:color w:val="000000"/>
          <w:spacing w:val="1107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©éÉÜ</w:t>
      </w:r>
      <w:r>
        <w:rPr>
          <w:rFonts w:ascii="Times New Roman" w:hAnsi="Times New Roman" w:eastAsia="Times New Roman"/>
          <w:b w:val="0"/>
          <w:color w:val="000000"/>
          <w:spacing w:val="-24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Arial" w:hAnsi="Arial" w:eastAsia="Arial"/>
          <w:b w:val="0"/>
          <w:i w:val="0"/>
          <w:color w:val="000000"/>
          <w:sz w:val="24"/>
        </w:rPr>
        <w:t>óãüé</w:t>
      </w:r>
      <w:r>
        <w:rPr>
          <w:rFonts w:ascii="Arial" w:hAnsi="Arial" w:eastAsia="Arial"/>
          <w:b w:val="0"/>
          <w:i w:val="0"/>
          <w:color w:val="000000"/>
          <w:sz w:val="24"/>
        </w:rPr>
        <w:t>#</w:t>
      </w:r>
      <w:r>
        <w:rPr>
          <w:rFonts w:ascii="Times New Roman" w:hAnsi="Times New Roman" w:eastAsia="Times New Roman"/>
          <w:b w:val="0"/>
          <w:color w:val="000000"/>
          <w:spacing w:val="9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ãó</w:t>
      </w:r>
      <w:r>
        <w:rPr>
          <w:rFonts w:ascii="Times New Roman" w:hAnsi="Times New Roman" w:eastAsia="Times New Roman"/>
          <w:b w:val="0"/>
          <w:color w:val="000000"/>
          <w:spacing w:val="7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virá</w:t>
      </w:r>
      <w:r>
        <w:rPr>
          <w:rFonts w:ascii="Arial" w:hAnsi="Arial" w:eastAsia="Arial"/>
          <w:b w:val="0"/>
          <w:i w:val="0"/>
          <w:color w:val="000000"/>
          <w:sz w:val="24"/>
        </w:rPr>
        <w:t>.</w:t>
      </w:r>
      <w:r>
        <w:rPr>
          <w:rFonts w:ascii="Times New Roman" w:hAnsi="Times New Roman" w:eastAsia="Times New Roman"/>
          <w:b w:val="0"/>
          <w:color w:val="000000"/>
          <w:spacing w:val="207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;</w:t>
      </w:r>
      <w:r>
        <w:rPr>
          <w:rFonts w:ascii="Arial" w:hAnsi="Arial" w:eastAsia="Arial"/>
          <w:b w:val="0"/>
          <w:i w:val="0"/>
          <w:color w:val="000000"/>
          <w:spacing w:val="-33"/>
          <w:sz w:val="24"/>
        </w:rPr>
        <w:t>WÓÓe</w:t>
      </w:r>
      <w:r>
        <w:rPr>
          <w:rFonts w:ascii="Times New Roman" w:hAnsi="Times New Roman" w:eastAsia="Times New Roman"/>
          <w:b w:val="0"/>
          <w:color w:val="000000"/>
          <w:spacing w:val="27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óó</w:t>
      </w:r>
      <w:r>
        <w:rPr>
          <w:rFonts w:ascii="Arial" w:hAnsi="Arial" w:eastAsia="Arial"/>
          <w:b w:val="0"/>
          <w:i w:val="0"/>
          <w:color w:val="000000"/>
          <w:sz w:val="24"/>
        </w:rPr>
        <w:t>#</w:t>
      </w:r>
      <w:r>
        <w:rPr>
          <w:rFonts w:ascii="Arial" w:hAnsi="Arial" w:eastAsia="Arial"/>
          <w:b w:val="0"/>
          <w:i w:val="0"/>
          <w:color w:val="000000"/>
          <w:sz w:val="24"/>
        </w:rPr>
        <w:t>úÓ</w:t>
      </w:r>
      <w:r>
        <w:rPr>
          <w:rFonts w:ascii="Arial" w:hAnsi="Arial" w:eastAsia="Arial"/>
          <w:b w:val="0"/>
          <w:i w:val="0"/>
          <w:color w:val="000000"/>
          <w:sz w:val="24"/>
        </w:rPr>
        <w:t>:</w:t>
      </w:r>
      <w:r>
        <w:rPr>
          <w:rFonts w:ascii="Times New Roman" w:hAnsi="Times New Roman" w:eastAsia="Times New Roman"/>
          <w:b w:val="0"/>
          <w:color w:val="000000"/>
          <w:spacing w:val="-27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óó</w:t>
      </w:r>
      <w:r>
        <w:rPr>
          <w:rFonts w:ascii="Times New Roman" w:hAnsi="Times New Roman" w:eastAsia="Times New Roman"/>
          <w:b w:val="0"/>
          <w:color w:val="000000"/>
          <w:spacing w:val="7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&amp;@</w:t>
      </w:r>
      <w:r>
        <w:rPr>
          <w:rFonts w:ascii="Arial" w:hAnsi="Arial" w:eastAsia="Arial"/>
          <w:b w:val="0"/>
          <w:i w:val="0"/>
          <w:color w:val="000000"/>
          <w:sz w:val="24"/>
        </w:rPr>
        <w:t>i</w:t>
      </w:r>
      <w:r>
        <w:rPr>
          <w:rFonts w:ascii="Arial" w:hAnsi="Arial" w:eastAsia="Arial"/>
          <w:b w:val="0"/>
          <w:i w:val="0"/>
          <w:color w:val="000000"/>
          <w:spacing w:val="-21"/>
          <w:sz w:val="24"/>
        </w:rPr>
        <w:t>@@'</w:t>
      </w:r>
      <w:r>
        <w:rPr>
          <w:rFonts w:ascii="Arial" w:hAnsi="Arial" w:eastAsia="Arial"/>
          <w:b w:val="0"/>
          <w:i w:val="0"/>
          <w:color w:val="000000"/>
          <w:spacing w:val="-35"/>
          <w:sz w:val="24"/>
        </w:rPr>
        <w:t>i</w:t>
      </w:r>
      <w:r>
        <w:rPr>
          <w:rFonts w:ascii="Times New Roman" w:hAnsi="Times New Roman" w:eastAsia="Times New Roman"/>
          <w:b w:val="0"/>
          <w:color w:val="000000"/>
          <w:spacing w:val="-25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Z</w:t>
      </w:r>
      <w:r>
        <w:rPr>
          <w:rFonts w:ascii="Arial" w:hAnsi="Arial" w:eastAsia="Arial"/>
          <w:b w:val="0"/>
          <w:i w:val="0"/>
          <w:color w:val="000000"/>
          <w:sz w:val="24"/>
        </w:rPr>
        <w:t>$</w:t>
      </w:r>
      <w:r>
        <w:rPr>
          <w:rFonts w:ascii="Times New Roman" w:hAnsi="Times New Roman" w:eastAsia="Times New Roman"/>
          <w:b w:val="0"/>
          <w:color w:val="000000"/>
          <w:spacing w:val="121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Arial" w:hAnsi="Arial" w:eastAsia="Arial"/>
          <w:b w:val="0"/>
          <w:i w:val="0"/>
          <w:color w:val="000000"/>
          <w:sz w:val="24"/>
        </w:rPr>
        <w:t>ã</w:t>
      </w:r>
      <w:r>
        <w:rPr>
          <w:rFonts w:ascii="Arial" w:hAnsi="Arial" w:eastAsia="Arial"/>
          <w:b w:val="0"/>
          <w:i w:val="0"/>
          <w:color w:val="000000"/>
          <w:sz w:val="24"/>
        </w:rPr>
        <w:t>ê</w:t>
      </w:r>
      <w:r>
        <w:rPr>
          <w:rFonts w:ascii="Arial" w:hAnsi="Arial" w:eastAsia="Arial"/>
          <w:b w:val="0"/>
          <w:i w:val="0"/>
          <w:color w:val="000000"/>
          <w:sz w:val="24"/>
        </w:rPr>
        <w:t>.</w:t>
      </w:r>
      <w:r>
        <w:rPr>
          <w:rFonts w:ascii="Arial" w:hAnsi="Arial" w:eastAsia="Arial"/>
          <w:b w:val="0"/>
          <w:i w:val="0"/>
          <w:color w:val="000000"/>
          <w:sz w:val="24"/>
        </w:rPr>
        <w:t>ei</w:t>
      </w:r>
      <w:r>
        <w:rPr>
          <w:rFonts w:ascii="Times New Roman" w:hAnsi="Times New Roman" w:eastAsia="Times New Roman"/>
          <w:b w:val="0"/>
          <w:color w:val="000000"/>
          <w:spacing w:val="3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6úO</w:t>
      </w:r>
      <w:r>
        <w:rPr>
          <w:rFonts w:ascii="Arial" w:hAnsi="Arial" w:eastAsia="Arial"/>
          <w:b w:val="0"/>
          <w:i w:val="0"/>
          <w:color w:val="000000"/>
          <w:sz w:val="24"/>
        </w:rPr>
        <w:t>'</w:t>
      </w:r>
      <w:r>
        <w:rPr>
          <w:rFonts w:ascii="Arial" w:hAnsi="Arial" w:eastAsia="Arial"/>
          <w:b w:val="0"/>
          <w:i w:val="0"/>
          <w:color w:val="000000"/>
          <w:sz w:val="24"/>
        </w:rPr>
        <w:t>i</w:t>
      </w:r>
      <w:r>
        <w:rPr>
          <w:rFonts w:ascii="Arial" w:hAnsi="Arial" w:eastAsia="Arial"/>
          <w:b w:val="0"/>
          <w:i w:val="0"/>
          <w:color w:val="000000"/>
          <w:sz w:val="24"/>
        </w:rPr>
        <w:t>$/</w:t>
      </w:r>
      <w:r>
        <w:rPr>
          <w:rFonts w:ascii="Arial" w:hAnsi="Arial" w:eastAsia="Arial"/>
          <w:b w:val="0"/>
          <w:i w:val="0"/>
          <w:color w:val="000000"/>
          <w:sz w:val="24"/>
        </w:rPr>
        <w:t>q</w:t>
      </w:r>
      <w:r>
        <w:rPr>
          <w:rFonts w:ascii="Arial" w:hAnsi="Arial" w:eastAsia="Arial"/>
          <w:b w:val="0"/>
          <w:i w:val="0"/>
          <w:color w:val="000000"/>
          <w:sz w:val="24"/>
        </w:rPr>
        <w:t>;</w:t>
      </w:r>
      <w:r>
        <w:rPr>
          <w:rFonts w:ascii="Arial" w:hAnsi="Arial" w:eastAsia="Arial"/>
          <w:b w:val="0"/>
          <w:i w:val="0"/>
          <w:color w:val="000000"/>
          <w:sz w:val="24"/>
        </w:rPr>
        <w:t>97S</w:t>
      </w:r>
      <w:r>
        <w:rPr>
          <w:rFonts w:ascii="Arial" w:hAnsi="Arial" w:eastAsia="Arial"/>
          <w:b w:val="0"/>
          <w:i w:val="0"/>
          <w:color w:val="000000"/>
          <w:sz w:val="24"/>
        </w:rPr>
        <w:t>,</w:t>
      </w:r>
      <w:r>
        <w:rPr>
          <w:rFonts w:ascii="Times New Roman" w:hAnsi="Times New Roman" w:eastAsia="Times New Roman"/>
          <w:b w:val="0"/>
          <w:color w:val="000000"/>
          <w:spacing w:val="3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@:;</w:t>
      </w:r>
      <w:r>
        <w:rPr>
          <w:rFonts w:ascii="Arial" w:hAnsi="Arial" w:eastAsia="Arial"/>
          <w:b w:val="0"/>
          <w:i w:val="0"/>
          <w:color w:val="000000"/>
          <w:sz w:val="24"/>
        </w:rPr>
        <w:t>dã</w:t>
      </w:r>
      <w:r>
        <w:rPr>
          <w:rFonts w:ascii="Arial" w:hAnsi="Arial" w:eastAsia="Arial"/>
          <w:b w:val="0"/>
          <w:i w:val="0"/>
          <w:color w:val="000000"/>
          <w:sz w:val="24"/>
        </w:rPr>
        <w:t>gnã</w:t>
      </w:r>
    </w:p>
    <w:p>
      <w:pPr>
        <w:widowControl/>
        <w:wordWrap w:val="0"/>
        <w:autoSpaceDE w:val="0"/>
        <w:autoSpaceDN w:val="0"/>
        <w:spacing w:line="200" w:lineRule="exact" w:before="111" w:after="74"/>
        <w:ind w:left="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0"/>
        </w:rPr>
        <w:t>:</w:t>
      </w:r>
      <w:r>
        <w:rPr>
          <w:rFonts w:ascii="Times New Roman" w:hAnsi="Times New Roman" w:eastAsia="Times New Roman"/>
          <w:b w:val="0"/>
          <w:color w:val="000000"/>
          <w:spacing w:val="23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$</w:t>
      </w:r>
      <w:r>
        <w:rPr>
          <w:rFonts w:ascii="Arial" w:hAnsi="Arial" w:eastAsia="Arial"/>
          <w:b w:val="0"/>
          <w:i w:val="0"/>
          <w:color w:val="000000"/>
          <w:sz w:val="20"/>
        </w:rPr>
        <w:t>Ó</w:t>
      </w:r>
      <w:r>
        <w:rPr>
          <w:rFonts w:ascii="Times New Roman" w:hAnsi="Times New Roman" w:eastAsia="Times New Roman"/>
          <w:b w:val="0"/>
          <w:color w:val="000000"/>
          <w:spacing w:val="103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8Óã</w:t>
      </w:r>
      <w:r>
        <w:rPr>
          <w:rFonts w:ascii="Arial" w:hAnsi="Arial" w:eastAsia="Arial"/>
          <w:b w:val="0"/>
          <w:i w:val="0"/>
          <w:color w:val="000000"/>
          <w:sz w:val="20"/>
        </w:rPr>
        <w:t>/</w:t>
      </w:r>
      <w:r>
        <w:rPr>
          <w:rFonts w:ascii="Arial" w:hAnsi="Arial" w:eastAsia="Arial"/>
          <w:b w:val="0"/>
          <w:i w:val="0"/>
          <w:color w:val="000000"/>
          <w:sz w:val="20"/>
        </w:rPr>
        <w:t>ãàããi</w:t>
      </w:r>
      <w:r>
        <w:rPr>
          <w:rFonts w:ascii="Arial" w:hAnsi="Arial" w:eastAsia="Arial"/>
          <w:b w:val="0"/>
          <w:i w:val="0"/>
          <w:color w:val="000000"/>
          <w:sz w:val="20"/>
        </w:rPr>
        <w:t>::</w:t>
      </w:r>
      <w:r>
        <w:rPr>
          <w:rFonts w:ascii="Arial" w:hAnsi="Arial" w:eastAsia="Arial"/>
          <w:b w:val="0"/>
          <w:i w:val="0"/>
          <w:color w:val="000000"/>
          <w:sz w:val="20"/>
        </w:rPr>
        <w:t>áÚéà</w:t>
      </w:r>
      <w:r>
        <w:rPr>
          <w:rFonts w:ascii="Arial" w:hAnsi="Arial" w:eastAsia="Arial"/>
          <w:b w:val="0"/>
          <w:i w:val="0"/>
          <w:color w:val="000000"/>
          <w:sz w:val="20"/>
        </w:rPr>
        <w:t>&amp;</w:t>
      </w:r>
      <w:r>
        <w:rPr>
          <w:rFonts w:ascii="Arial" w:hAnsi="Arial" w:eastAsia="Arial"/>
          <w:b w:val="0"/>
          <w:i w:val="0"/>
          <w:color w:val="000000"/>
          <w:sz w:val="20"/>
        </w:rPr>
        <w:t>éàé</w:t>
      </w:r>
      <w:r>
        <w:rPr>
          <w:rFonts w:ascii="Arial" w:hAnsi="Arial" w:eastAsia="Arial"/>
          <w:b w:val="0"/>
          <w:i w:val="0"/>
          <w:color w:val="000000"/>
          <w:sz w:val="20"/>
        </w:rPr>
        <w:t>@</w:t>
      </w:r>
      <w:r>
        <w:rPr>
          <w:rFonts w:ascii="Arial" w:hAnsi="Arial" w:eastAsia="Arial"/>
          <w:b w:val="0"/>
          <w:i w:val="0"/>
          <w:color w:val="000000"/>
          <w:sz w:val="20"/>
        </w:rPr>
        <w:t>ã</w:t>
      </w:r>
      <w:r>
        <w:rPr>
          <w:rFonts w:ascii="Arial" w:hAnsi="Arial" w:eastAsia="Arial"/>
          <w:b w:val="0"/>
          <w:i w:val="0"/>
          <w:color w:val="000000"/>
          <w:sz w:val="20"/>
        </w:rPr>
        <w:t>;</w:t>
      </w:r>
      <w:r>
        <w:rPr>
          <w:rFonts w:ascii="Arial" w:hAnsi="Arial" w:eastAsia="Arial"/>
          <w:b w:val="0"/>
          <w:i w:val="0"/>
          <w:color w:val="000000"/>
          <w:sz w:val="20"/>
        </w:rPr>
        <w:t>ãÓ</w:t>
      </w:r>
      <w:r>
        <w:rPr>
          <w:rFonts w:ascii="Times New Roman" w:hAnsi="Times New Roman" w:eastAsia="Times New Roman"/>
          <w:b w:val="0"/>
          <w:color w:val="000000"/>
          <w:spacing w:val="55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gãáéÓÚãéÚêÓ</w:t>
      </w:r>
      <w:r>
        <w:rPr>
          <w:rFonts w:ascii="Arial" w:hAnsi="Arial" w:eastAsia="Arial"/>
          <w:b w:val="0"/>
          <w:i w:val="0"/>
          <w:color w:val="000000"/>
          <w:sz w:val="20"/>
        </w:rPr>
        <w:t>:</w:t>
      </w:r>
      <w:r>
        <w:rPr>
          <w:rFonts w:ascii="Arial" w:hAnsi="Arial" w:eastAsia="Arial"/>
          <w:b w:val="0"/>
          <w:i w:val="0"/>
          <w:color w:val="000000"/>
          <w:sz w:val="20"/>
        </w:rPr>
        <w:t>éh</w:t>
      </w:r>
      <w:r>
        <w:rPr>
          <w:rFonts w:ascii="Times New Roman" w:hAnsi="Times New Roman" w:eastAsia="Times New Roman"/>
          <w:b w:val="0"/>
          <w:color w:val="000000"/>
          <w:spacing w:val="93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k</w:t>
      </w:r>
      <w:r>
        <w:rPr>
          <w:rFonts w:ascii="Times New Roman" w:hAnsi="Times New Roman" w:eastAsia="Times New Roman"/>
          <w:b w:val="0"/>
          <w:color w:val="000000"/>
          <w:spacing w:val="310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;</w:t>
      </w:r>
      <w:r>
        <w:rPr>
          <w:rFonts w:ascii="Arial" w:hAnsi="Arial" w:eastAsia="Arial"/>
          <w:b w:val="0"/>
          <w:i w:val="0"/>
          <w:color w:val="000000"/>
          <w:sz w:val="20"/>
        </w:rPr>
        <w:t>J</w:t>
      </w:r>
      <w:r>
        <w:rPr>
          <w:rFonts w:ascii="Times New Roman" w:hAnsi="Times New Roman" w:eastAsia="Times New Roman"/>
          <w:b w:val="0"/>
          <w:color w:val="000000"/>
          <w:spacing w:val="41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ã</w:t>
      </w:r>
      <w:r>
        <w:rPr>
          <w:rFonts w:ascii="Times New Roman" w:hAnsi="Times New Roman" w:eastAsia="Times New Roman"/>
          <w:b w:val="0"/>
          <w:color w:val="000000"/>
          <w:spacing w:val="159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d</w:t>
      </w:r>
      <w:r>
        <w:rPr>
          <w:rFonts w:ascii="Times New Roman" w:hAnsi="Times New Roman" w:eastAsia="Times New Roman"/>
          <w:b w:val="0"/>
          <w:color w:val="000000"/>
          <w:spacing w:val="279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é</w:t>
      </w:r>
      <w:r>
        <w:rPr>
          <w:rFonts w:ascii="Times New Roman" w:hAnsi="Times New Roman" w:eastAsia="Times New Roman"/>
          <w:b w:val="0"/>
          <w:color w:val="000000"/>
          <w:spacing w:val="339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2</w:t>
      </w:r>
      <w:r>
        <w:rPr>
          <w:rFonts w:ascii="Times New Roman" w:hAnsi="Times New Roman" w:eastAsia="Times New Roman"/>
          <w:b w:val="0"/>
          <w:color w:val="000000"/>
          <w:spacing w:val="119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V</w:t>
      </w:r>
      <w:r>
        <w:rPr>
          <w:rFonts w:ascii="Arial" w:hAnsi="Arial" w:eastAsia="Arial"/>
          <w:b w:val="0"/>
          <w:i w:val="0"/>
          <w:color w:val="000000"/>
          <w:sz w:val="20"/>
        </w:rPr>
        <w:t>$</w:t>
      </w:r>
      <w:r>
        <w:rPr>
          <w:rFonts w:ascii="Arial" w:hAnsi="Arial" w:eastAsia="Arial"/>
          <w:b w:val="0"/>
          <w:i w:val="0"/>
          <w:color w:val="000000"/>
          <w:sz w:val="20"/>
        </w:rPr>
        <w:t>a©</w:t>
      </w:r>
      <w:r>
        <w:rPr>
          <w:rFonts w:ascii="Times New Roman" w:hAnsi="Times New Roman" w:eastAsia="Times New Roman"/>
          <w:b w:val="0"/>
          <w:color w:val="000000"/>
          <w:spacing w:val="147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@@</w:t>
      </w:r>
      <w:r>
        <w:rPr>
          <w:rFonts w:ascii="Arial" w:hAnsi="Arial" w:eastAsia="Arial"/>
          <w:b w:val="0"/>
          <w:i w:val="0"/>
          <w:color w:val="000000"/>
          <w:sz w:val="20"/>
        </w:rPr>
        <w:t>;</w:t>
      </w:r>
      <w:r>
        <w:rPr>
          <w:rFonts w:ascii="Arial" w:hAnsi="Arial" w:eastAsia="Arial"/>
          <w:b w:val="0"/>
          <w:i w:val="0"/>
          <w:color w:val="000000"/>
          <w:sz w:val="20"/>
        </w:rPr>
        <w:t>i</w:t>
      </w:r>
      <w:r>
        <w:rPr>
          <w:rFonts w:ascii="Arial" w:hAnsi="Arial" w:eastAsia="Arial"/>
          <w:b w:val="0"/>
          <w:i w:val="0"/>
          <w:color w:val="000000"/>
          <w:sz w:val="20"/>
        </w:rPr>
        <w:t>@</w:t>
      </w:r>
      <w:r>
        <w:rPr>
          <w:rFonts w:ascii="Arial" w:hAnsi="Arial" w:eastAsia="Arial"/>
          <w:b w:val="0"/>
          <w:i w:val="0"/>
          <w:color w:val="000000"/>
          <w:sz w:val="20"/>
        </w:rPr>
        <w:t>Ü</w:t>
      </w:r>
      <w:r>
        <w:rPr>
          <w:rFonts w:ascii="Times New Roman" w:hAnsi="Times New Roman" w:eastAsia="Times New Roman"/>
          <w:b w:val="0"/>
          <w:color w:val="000000"/>
          <w:spacing w:val="83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8</w:t>
      </w:r>
    </w:p>
    <w:p>
      <w:pPr>
        <w:widowControl/>
        <w:wordWrap w:val="0"/>
        <w:autoSpaceDE w:val="0"/>
        <w:autoSpaceDN w:val="0"/>
        <w:spacing w:line="190" w:lineRule="exact" w:before="148" w:after="12"/>
        <w:ind w:left="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9"/>
        </w:rPr>
        <w:t>:</w:t>
      </w:r>
      <w:r>
        <w:rPr>
          <w:rFonts w:ascii="Times New Roman" w:hAnsi="Times New Roman" w:eastAsia="Times New Roman"/>
          <w:b w:val="0"/>
          <w:color w:val="000000"/>
          <w:spacing w:val="180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T</w:t>
      </w:r>
      <w:r>
        <w:rPr>
          <w:rFonts w:ascii="Arial" w:hAnsi="Arial" w:eastAsia="Arial"/>
          <w:b w:val="0"/>
          <w:i w:val="0"/>
          <w:color w:val="000000"/>
          <w:sz w:val="19"/>
        </w:rPr>
        <w:t>@@</w:t>
      </w:r>
      <w:r>
        <w:rPr>
          <w:rFonts w:ascii="Arial" w:hAnsi="Arial" w:eastAsia="Arial"/>
          <w:b w:val="0"/>
          <w:i w:val="0"/>
          <w:color w:val="000000"/>
          <w:sz w:val="19"/>
        </w:rPr>
        <w:t>©</w:t>
      </w:r>
      <w:r>
        <w:rPr>
          <w:rFonts w:ascii="Arial" w:hAnsi="Arial" w:eastAsia="Arial"/>
          <w:b w:val="0"/>
          <w:i w:val="0"/>
          <w:color w:val="000000"/>
          <w:sz w:val="19"/>
        </w:rPr>
        <w:t>@;</w:t>
      </w:r>
      <w:r>
        <w:rPr>
          <w:rFonts w:ascii="Arial" w:hAnsi="Arial" w:eastAsia="Arial"/>
          <w:b w:val="0"/>
          <w:i w:val="0"/>
          <w:color w:val="000000"/>
          <w:sz w:val="19"/>
        </w:rPr>
        <w:t>F</w:t>
      </w:r>
      <w:r>
        <w:rPr>
          <w:rFonts w:ascii="Arial" w:hAnsi="Arial" w:eastAsia="Arial"/>
          <w:b w:val="0"/>
          <w:i w:val="0"/>
          <w:color w:val="000000"/>
          <w:sz w:val="19"/>
        </w:rPr>
        <w:t>@#</w:t>
      </w:r>
      <w:r>
        <w:rPr>
          <w:rFonts w:ascii="Arial" w:hAnsi="Arial" w:eastAsia="Arial"/>
          <w:b w:val="0"/>
          <w:i w:val="0"/>
          <w:color w:val="000000"/>
          <w:sz w:val="19"/>
        </w:rPr>
        <w:t>éó</w:t>
      </w:r>
      <w:r>
        <w:rPr>
          <w:rFonts w:ascii="Arial" w:hAnsi="Arial" w:eastAsia="Arial"/>
          <w:b w:val="0"/>
          <w:i w:val="0"/>
          <w:color w:val="000000"/>
          <w:sz w:val="19"/>
        </w:rPr>
        <w:t>@</w:t>
      </w:r>
      <w:r>
        <w:rPr>
          <w:rFonts w:ascii="Arial" w:hAnsi="Arial" w:eastAsia="Arial"/>
          <w:b w:val="0"/>
          <w:i w:val="0"/>
          <w:color w:val="000000"/>
          <w:sz w:val="19"/>
        </w:rPr>
        <w:t>i</w:t>
      </w:r>
    </w:p>
    <w:p>
      <w:pPr>
        <w:widowControl/>
        <w:wordWrap w:val="0"/>
        <w:autoSpaceDE w:val="0"/>
        <w:autoSpaceDN w:val="0"/>
        <w:spacing w:line="14" w:lineRule="exact" w:before="10" w:after="0"/>
        <w:ind w:left="0" w:right="0"/>
      </w:pPr>
    </w:p>
    <w:tbl>
      <w:tblPr>
        <w:tblW w:type="auto" w:w="0"/>
        <w:tblInd w:type="dxa" w:w="60"/>
        <w:tblLayout w:type="fixed"/>
        <w:tblLook w:firstColumn="1" w:firstRow="1" w:lastColumn="0" w:lastRow="0" w:noHBand="0" w:noVBand="1" w:val="04A0"/>
      </w:tblPr>
      <w:tblGrid>
        <w:gridCol w:w="5662"/>
        <w:gridCol w:w="5662"/>
      </w:tblGrid>
      <w:tr>
        <w:trPr>
          <w:trHeight w:hRule="exact" w:val="352"/>
        </w:trPr>
        <w:tc>
          <w:tcPr>
            <w:tcW w:type="dxa" w:w="2007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70" w:lineRule="exact" w:before="182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.;'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"/>
                <w:sz w:val="1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7"/>
              </w:rPr>
              <w:t>..</w:t>
            </w:r>
          </w:p>
        </w:tc>
        <w:tc>
          <w:tcPr>
            <w:tcW w:type="dxa" w:w="5600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00" w:lineRule="exact" w:before="0" w:after="0"/>
              <w:ind w:left="1713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Guanulhos24deAbrlld©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9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2022</w:t>
            </w:r>
          </w:p>
        </w:tc>
      </w:tr>
    </w:tbl>
    <w:p>
      <w:pPr>
        <w:widowControl/>
        <w:wordWrap w:val="0"/>
        <w:autoSpaceDE w:val="0"/>
        <w:autoSpaceDN w:val="0"/>
        <w:spacing w:line="170" w:lineRule="exact" w:before="110" w:after="95"/>
        <w:ind w:left="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7"/>
        </w:rPr>
        <w:t>-#".</w:t>
      </w:r>
    </w:p>
    <w:p>
      <w:pPr>
        <w:widowControl/>
        <w:wordWrap w:val="0"/>
        <w:autoSpaceDE w:val="0"/>
        <w:autoSpaceDN w:val="0"/>
        <w:spacing w:line="400" w:lineRule="exact" w:before="190" w:after="123"/>
        <w:ind w:left="8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7"/>
        </w:rPr>
        <w:t>...</w:t>
      </w:r>
      <w:r>
        <w:rPr>
          <w:rFonts w:ascii="Arial" w:hAnsi="Arial" w:eastAsia="Arial"/>
          <w:b w:val="0"/>
          <w:i w:val="0"/>
          <w:color w:val="000000"/>
          <w:sz w:val="27"/>
        </w:rPr>
        <w:t>Õx</w:t>
      </w:r>
      <w:r>
        <w:rPr>
          <w:rFonts w:ascii="Arial" w:hAnsi="Arial" w:eastAsia="Arial"/>
          <w:b w:val="0"/>
          <w:i w:val="0"/>
          <w:color w:val="000000"/>
          <w:sz w:val="27"/>
        </w:rPr>
        <w:t>.;.</w:t>
      </w:r>
      <w:r>
        <w:rPr>
          <w:rFonts w:ascii="Times New Roman" w:hAnsi="Times New Roman" w:eastAsia="Times New Roman"/>
          <w:b w:val="0"/>
          <w:color w:val="000000"/>
          <w:spacing w:val="7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.;</w:t>
      </w:r>
      <w:r>
        <w:rPr>
          <w:rFonts w:ascii="Arial" w:hAnsi="Arial" w:eastAsia="Arial"/>
          <w:b w:val="0"/>
          <w:i w:val="0"/>
          <w:color w:val="000000"/>
          <w:sz w:val="31"/>
        </w:rPr>
        <w:t>h</w:t>
      </w:r>
      <w:r>
        <w:rPr>
          <w:rFonts w:ascii="Times New Roman" w:hAnsi="Times New Roman" w:eastAsia="Times New Roman"/>
          <w:b w:val="0"/>
          <w:color w:val="000000"/>
          <w:spacing w:val="-25"/>
          <w:sz w:val="4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0"/>
        </w:rPr>
        <w:t>.</w:t>
      </w:r>
      <w:r>
        <w:rPr>
          <w:rFonts w:ascii="Arial" w:hAnsi="Arial" w:eastAsia="Arial"/>
          <w:b w:val="0"/>
          <w:i w:val="0"/>
          <w:color w:val="000000"/>
          <w:sz w:val="40"/>
        </w:rPr>
        <w:t>a</w:t>
      </w:r>
      <w:r>
        <w:rPr>
          <w:rFonts w:ascii="Arial" w:hAnsi="Arial" w:eastAsia="Arial"/>
          <w:b w:val="0"/>
          <w:i w:val="0"/>
          <w:color w:val="000000"/>
          <w:spacing w:val="-16"/>
          <w:sz w:val="40"/>
        </w:rPr>
        <w:t>.:;</w:t>
      </w:r>
      <w:r>
        <w:rPr>
          <w:rFonts w:ascii="Arial" w:hAnsi="Arial" w:eastAsia="Arial"/>
          <w:b w:val="0"/>
          <w:i w:val="0"/>
          <w:color w:val="000000"/>
          <w:spacing w:val="-47"/>
          <w:sz w:val="34"/>
        </w:rPr>
        <w:t>;</w:t>
      </w:r>
      <w:r>
        <w:rPr>
          <w:rFonts w:ascii="Arial" w:hAnsi="Arial" w:eastAsia="Arial"/>
          <w:b w:val="0"/>
          <w:i w:val="0"/>
          <w:color w:val="000000"/>
          <w:spacing w:val="-64"/>
          <w:sz w:val="40"/>
        </w:rPr>
        <w:t>.</w:t>
      </w:r>
      <w:r>
        <w:rPr>
          <w:rFonts w:ascii="Arial" w:hAnsi="Arial" w:eastAsia="Arial"/>
          <w:b w:val="0"/>
          <w:i w:val="0"/>
          <w:color w:val="000000"/>
          <w:spacing w:val="-182"/>
          <w:sz w:val="34"/>
        </w:rPr>
        <w:t>C</w:t>
      </w:r>
      <w:r>
        <w:rPr>
          <w:rFonts w:ascii="Times New Roman" w:hAnsi="Times New Roman" w:eastAsia="Times New Roman"/>
          <w:b w:val="0"/>
          <w:color w:val="000000"/>
          <w:spacing w:val="97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,-</w:t>
      </w:r>
    </w:p>
    <w:p>
      <w:pPr>
        <w:widowControl/>
        <w:wordWrap w:val="0"/>
        <w:autoSpaceDE w:val="0"/>
        <w:autoSpaceDN w:val="0"/>
        <w:spacing w:line="14" w:lineRule="exact" w:before="233" w:after="0"/>
        <w:ind w:left="0" w:right="0"/>
      </w:pPr>
    </w:p>
    <w:tbl>
      <w:tblPr>
        <w:tblW w:type="auto" w:w="0"/>
        <w:tblInd w:type="dxa" w:w="80"/>
        <w:tblLayout w:type="fixed"/>
        <w:tblLook w:firstColumn="1" w:firstRow="1" w:lastColumn="0" w:lastRow="0" w:noHBand="0" w:noVBand="1" w:val="04A0"/>
      </w:tblPr>
      <w:tblGrid>
        <w:gridCol w:w="5662"/>
        <w:gridCol w:w="5662"/>
      </w:tblGrid>
      <w:tr>
        <w:trPr>
          <w:trHeight w:hRule="exact" w:val="340"/>
        </w:trPr>
        <w:tc>
          <w:tcPr>
            <w:tcW w:type="dxa" w:w="2877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20" w:lineRule="exact" w:before="72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2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2"/>
              </w:rPr>
              <w:t>H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2"/>
              </w:rPr>
              <w:t>-.</w:t>
            </w:r>
          </w:p>
        </w:tc>
        <w:tc>
          <w:tcPr>
            <w:tcW w:type="dxa" w:w="8049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40" w:lineRule="exact" w:before="0" w:after="0"/>
              <w:ind w:left="2663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0ÜGUbABGBAIRROS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0NGCASEC</w:t>
            </w:r>
          </w:p>
        </w:tc>
      </w:tr>
    </w:tbl>
    <w:p>
      <w:pPr>
        <w:widowControl/>
        <w:wordWrap w:val="0"/>
        <w:autoSpaceDE w:val="0"/>
        <w:autoSpaceDN w:val="0"/>
        <w:spacing w:line="220" w:lineRule="exact" w:before="114" w:after="123"/>
        <w:ind w:left="64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2"/>
        </w:rPr>
        <w:t>©©8</w:t>
      </w:r>
      <w:r>
        <w:rPr>
          <w:rFonts w:ascii="Arial" w:hAnsi="Arial" w:eastAsia="Arial"/>
          <w:b w:val="0"/>
          <w:i w:val="0"/>
          <w:color w:val="000000"/>
          <w:sz w:val="22"/>
        </w:rPr>
        <w:t>.</w:t>
      </w:r>
      <w:r>
        <w:rPr>
          <w:rFonts w:ascii="Arial" w:hAnsi="Arial" w:eastAsia="Arial"/>
          <w:b w:val="0"/>
          <w:i w:val="0"/>
          <w:color w:val="000000"/>
          <w:spacing w:val="-12"/>
          <w:sz w:val="22"/>
        </w:rPr>
        <w:t>;@;$.</w:t>
      </w:r>
      <w:r>
        <w:rPr>
          <w:rFonts w:ascii="Times New Roman" w:hAnsi="Times New Roman" w:eastAsia="Times New Roman"/>
          <w:b w:val="0"/>
          <w:color w:val="000000"/>
          <w:spacing w:val="77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$</w:t>
      </w:r>
      <w:r>
        <w:rPr>
          <w:rFonts w:ascii="Arial" w:hAnsi="Arial" w:eastAsia="Arial"/>
          <w:b w:val="0"/>
          <w:i w:val="0"/>
          <w:color w:val="000000"/>
          <w:sz w:val="22"/>
        </w:rPr>
        <w:t>7</w:t>
      </w:r>
      <w:r>
        <w:rPr>
          <w:rFonts w:ascii="Arial" w:hAnsi="Arial" w:eastAsia="Arial"/>
          <w:b w:val="0"/>
          <w:i w:val="0"/>
          <w:color w:val="000000"/>
          <w:sz w:val="22"/>
        </w:rPr>
        <w:t>'$$</w:t>
      </w:r>
      <w:r>
        <w:rPr>
          <w:rFonts w:ascii="Arial" w:hAnsi="Arial" w:eastAsia="Arial"/>
          <w:b w:val="0"/>
          <w:i w:val="0"/>
          <w:color w:val="000000"/>
          <w:sz w:val="22"/>
        </w:rPr>
        <w:t>©</w:t>
      </w:r>
      <w:r>
        <w:rPr>
          <w:rFonts w:ascii="Arial" w:hAnsi="Arial" w:eastAsia="Arial"/>
          <w:b w:val="0"/>
          <w:i w:val="0"/>
          <w:color w:val="000000"/>
          <w:sz w:val="22"/>
        </w:rPr>
        <w:t>'</w:t>
      </w:r>
      <w:r>
        <w:rPr>
          <w:rFonts w:ascii="Arial" w:hAnsi="Arial" w:eastAsia="Arial"/>
          <w:b w:val="0"/>
          <w:i w:val="0"/>
          <w:color w:val="000000"/>
          <w:sz w:val="22"/>
        </w:rPr>
        <w:t>g©</w:t>
      </w:r>
      <w:r>
        <w:rPr>
          <w:rFonts w:ascii="Arial" w:hAnsi="Arial" w:eastAsia="Arial"/>
          <w:b w:val="0"/>
          <w:i w:val="0"/>
          <w:color w:val="000000"/>
          <w:sz w:val="22"/>
        </w:rPr>
        <w:t>'</w:t>
      </w:r>
      <w:r>
        <w:rPr>
          <w:rFonts w:ascii="Arial" w:hAnsi="Arial" w:eastAsia="Arial"/>
          <w:b w:val="0"/>
          <w:i w:val="0"/>
          <w:color w:val="000000"/>
          <w:sz w:val="22"/>
        </w:rPr>
        <w:t>8©</w:t>
      </w:r>
      <w:r>
        <w:rPr>
          <w:rFonts w:ascii="Arial" w:hAnsi="Arial" w:eastAsia="Arial"/>
          <w:b w:val="0"/>
          <w:i w:val="0"/>
          <w:color w:val="000000"/>
          <w:sz w:val="22"/>
        </w:rPr>
        <w:t>-@</w:t>
      </w:r>
      <w:r>
        <w:rPr>
          <w:rFonts w:ascii="Arial" w:hAnsi="Arial" w:eastAsia="Arial"/>
          <w:b w:val="0"/>
          <w:i w:val="0"/>
          <w:color w:val="000000"/>
          <w:sz w:val="22"/>
        </w:rPr>
        <w:t>yhãeããPP</w:t>
      </w:r>
    </w:p>
    <w:p>
      <w:pPr>
        <w:widowControl/>
        <w:wordWrap w:val="0"/>
        <w:autoSpaceDE w:val="0"/>
        <w:autoSpaceDN w:val="0"/>
        <w:spacing w:line="110" w:lineRule="exact" w:before="246" w:after="38"/>
        <w:ind w:left="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1"/>
        </w:rPr>
        <w:t>'\</w:t>
      </w:r>
      <w:r>
        <w:rPr>
          <w:rFonts w:ascii="Times New Roman" w:hAnsi="Times New Roman" w:eastAsia="Times New Roman"/>
          <w:b w:val="0"/>
          <w:color w:val="000000"/>
          <w:spacing w:val="1"/>
          <w:sz w:val="1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1"/>
        </w:rPr>
        <w:t>:=..</w:t>
      </w:r>
    </w:p>
    <w:p>
      <w:pPr>
        <w:widowControl/>
        <w:wordWrap w:val="0"/>
        <w:autoSpaceDE w:val="0"/>
        <w:autoSpaceDN w:val="0"/>
        <w:spacing w:line="50" w:lineRule="exact" w:before="77" w:after="24"/>
        <w:ind w:left="2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5"/>
        </w:rPr>
        <w:t>b</w:t>
      </w:r>
      <w:r>
        <w:rPr>
          <w:rFonts w:ascii="Arial" w:hAnsi="Arial" w:eastAsia="Arial"/>
          <w:b w:val="0"/>
          <w:i w:val="0"/>
          <w:color w:val="000000"/>
          <w:sz w:val="5"/>
        </w:rPr>
        <w:t>.</w:t>
      </w:r>
    </w:p>
    <w:p>
      <w:pPr>
        <w:widowControl/>
        <w:wordWrap w:val="0"/>
        <w:autoSpaceDE w:val="0"/>
        <w:autoSpaceDN w:val="0"/>
        <w:spacing w:line="14" w:lineRule="exact" w:before="35" w:after="0"/>
        <w:ind w:left="0" w:right="0"/>
      </w:pPr>
    </w:p>
    <w:tbl>
      <w:tblPr>
        <w:tblW w:type="auto" w:w="0"/>
        <w:tblInd w:type="dxa" w:w="40"/>
        <w:tblLayout w:type="fixed"/>
        <w:tblLook w:firstColumn="1" w:firstRow="1" w:lastColumn="0" w:lastRow="0" w:noHBand="0" w:noVBand="1" w:val="04A0"/>
      </w:tblPr>
      <w:tblGrid>
        <w:gridCol w:w="5662"/>
        <w:gridCol w:w="5662"/>
      </w:tblGrid>
      <w:tr>
        <w:trPr>
          <w:trHeight w:hRule="exact" w:val="230"/>
        </w:trPr>
        <w:tc>
          <w:tcPr>
            <w:tcW w:type="dxa" w:w="356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10" w:lineRule="exact" w:before="34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1"/>
              </w:rPr>
              <w:t>:'\,".'</w:t>
            </w:r>
          </w:p>
        </w:tc>
        <w:tc>
          <w:tcPr>
            <w:tcW w:type="dxa" w:w="6308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30" w:lineRule="exact" w:before="0" w:after="0"/>
              <w:ind w:left="333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RECISTXO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Cnll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6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nE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PESA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)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"/>
                <w:sz w:val="1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Ji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dÜic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,:.</w:t>
            </w:r>
          </w:p>
        </w:tc>
      </w:tr>
    </w:tbl>
    <w:p>
      <w:pPr>
        <w:widowControl/>
        <w:wordWrap w:val="0"/>
        <w:autoSpaceDE w:val="0"/>
        <w:autoSpaceDN w:val="0"/>
        <w:spacing w:line="180" w:lineRule="exact" w:before="69" w:after="137"/>
        <w:ind w:left="76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8"/>
        </w:rPr>
        <w:t>OEGUAKÜ</w:t>
      </w:r>
      <w:r>
        <w:rPr>
          <w:rFonts w:ascii="Arial" w:hAnsi="Arial" w:eastAsia="Arial"/>
          <w:b w:val="0"/>
          <w:i w:val="0"/>
          <w:color w:val="000000"/>
          <w:sz w:val="18"/>
        </w:rPr>
        <w:t>$</w:t>
      </w:r>
      <w:r>
        <w:rPr>
          <w:rFonts w:ascii="Arial" w:hAnsi="Arial" w:eastAsia="Arial"/>
          <w:b w:val="0"/>
          <w:i w:val="0"/>
          <w:color w:val="000000"/>
          <w:sz w:val="18"/>
        </w:rPr>
        <w:t>M</w:t>
      </w:r>
      <w:r>
        <w:rPr>
          <w:rFonts w:ascii="Arial" w:hAnsi="Arial" w:eastAsia="Arial"/>
          <w:b w:val="0"/>
          <w:i w:val="0"/>
          <w:color w:val="000000"/>
          <w:sz w:val="18"/>
        </w:rPr>
        <w:t>.</w:t>
      </w:r>
      <w:r>
        <w:rPr>
          <w:rFonts w:ascii="Arial" w:hAnsi="Arial" w:eastAsia="Arial"/>
          <w:b w:val="0"/>
          <w:i w:val="0"/>
          <w:color w:val="000000"/>
          <w:sz w:val="18"/>
        </w:rPr>
        <w:t>í</w:t>
      </w:r>
      <w:r>
        <w:rPr>
          <w:rFonts w:ascii="Arial" w:hAnsi="Arial" w:eastAsia="Arial"/>
          <w:b w:val="0"/>
          <w:i w:val="0"/>
          <w:color w:val="000000"/>
          <w:sz w:val="18"/>
        </w:rPr>
        <w:t>':</w:t>
      </w:r>
      <w:r>
        <w:rPr>
          <w:rFonts w:ascii="Arial" w:hAnsi="Arial" w:eastAsia="Arial"/>
          <w:b w:val="0"/>
          <w:i w:val="0"/>
          <w:color w:val="000000"/>
          <w:sz w:val="18"/>
        </w:rPr>
        <w:t>S</w:t>
      </w:r>
      <w:r>
        <w:rPr>
          <w:rFonts w:ascii="Arial" w:hAnsi="Arial" w:eastAsia="Arial"/>
          <w:b w:val="0"/>
          <w:i w:val="0"/>
          <w:color w:val="000000"/>
          <w:sz w:val="18"/>
        </w:rPr>
        <w:t>?.</w:t>
      </w:r>
    </w:p>
    <w:p>
      <w:pPr>
        <w:spacing w:after="0"/>
        <w:sectPr>
          <w:pgSz w:w="11920" w:h="16820"/>
          <w:pgMar w:top="267" w:right="275" w:bottom="1183" w:left="320" w:header="720" w:footer="720" w:gutter="0"/>
          <w:cols w:space="720" w:num="1" w:equalWidth="0">
            <w:col w:w="11325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210" w:lineRule="exact" w:before="259" w:after="0"/>
        <w:ind w:left="45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1"/>
        </w:rPr>
        <w:t>)</w:t>
      </w:r>
      <w:r>
        <w:rPr>
          <w:rFonts w:ascii="Times New Roman" w:hAnsi="Times New Roman" w:eastAsia="Times New Roman"/>
          <w:b w:val="0"/>
          <w:color w:val="000000"/>
          <w:spacing w:val="38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'</w:t>
      </w:r>
      <w:r>
        <w:rPr>
          <w:rFonts w:ascii="Arial" w:hAnsi="Arial" w:eastAsia="Arial"/>
          <w:b w:val="0"/>
          <w:i w:val="0"/>
          <w:color w:val="000000"/>
          <w:sz w:val="21"/>
        </w:rPr>
        <w:t>2</w:t>
      </w:r>
    </w:p>
    <w:p>
      <w:pPr>
        <w:spacing w:after="0" w:before="0"/>
        <w:sectPr>
          <w:type w:val="continuous"/>
          <w:pgSz w:w="11920" w:h="16820"/>
          <w:pgMar w:top="267" w:right="275" w:bottom="1183" w:left="320" w:header="720" w:footer="720" w:gutter="0"/>
          <w:cols w:space="720" w:num="2" w:equalWidth="0">
            <w:col w:w="6148" w:space="0"/>
            <w:col w:w="5177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340" w:lineRule="exact" w:before="137" w:after="0"/>
        <w:ind w:left="1252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N</w:t>
      </w:r>
      <w:r>
        <w:rPr>
          <w:rFonts w:ascii="Arial" w:hAnsi="Arial" w:eastAsia="Arial"/>
          <w:b w:val="0"/>
          <w:i w:val="0"/>
          <w:color w:val="000000"/>
          <w:spacing w:val="-30"/>
          <w:sz w:val="34"/>
        </w:rPr>
        <w:t>'</w:t>
      </w:r>
      <w:r>
        <w:rPr>
          <w:rFonts w:ascii="Arial" w:hAnsi="Arial" w:eastAsia="Arial"/>
          <w:b w:val="0"/>
          <w:i w:val="0"/>
          <w:color w:val="000000"/>
          <w:spacing w:val="-159"/>
          <w:sz w:val="34"/>
        </w:rPr>
        <w:t>3</w:t>
      </w:r>
      <w:r>
        <w:rPr>
          <w:rFonts w:ascii="Times New Roman" w:hAnsi="Times New Roman" w:eastAsia="Times New Roman"/>
          <w:b w:val="0"/>
          <w:color w:val="000000"/>
          <w:spacing w:val="145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2</w:t>
      </w:r>
      <w:r>
        <w:rPr>
          <w:rFonts w:ascii="Times New Roman" w:hAnsi="Times New Roman" w:eastAsia="Times New Roman"/>
          <w:b w:val="0"/>
          <w:color w:val="000000"/>
          <w:spacing w:val="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2</w:t>
      </w:r>
      <w:r>
        <w:rPr>
          <w:rFonts w:ascii="Arial" w:hAnsi="Arial" w:eastAsia="Arial"/>
          <w:b w:val="0"/>
          <w:i w:val="0"/>
          <w:color w:val="000000"/>
          <w:sz w:val="34"/>
        </w:rPr>
        <w:t>7</w:t>
      </w:r>
      <w:r>
        <w:rPr>
          <w:rFonts w:ascii="Times New Roman" w:hAnsi="Times New Roman" w:eastAsia="Times New Roman"/>
          <w:b w:val="0"/>
          <w:color w:val="000000"/>
          <w:spacing w:val="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4</w:t>
      </w:r>
    </w:p>
    <w:p>
      <w:pPr>
        <w:spacing w:after="0"/>
        <w:sectPr>
          <w:type w:val="nextColumn"/>
          <w:pgSz w:w="11920" w:h="16820"/>
          <w:pgMar w:top="267" w:right="275" w:bottom="1183" w:left="320" w:header="720" w:footer="720" w:gutter="0"/>
          <w:cols w:space="720" w:num="2" w:equalWidth="0">
            <w:col w:w="6148" w:space="0"/>
            <w:col w:w="5177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236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wrapNone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/>
                  </pic:spPr>
                </pic:pic>
              </a:graphicData>
            </a:graphic>
          </wp:anchor>
        </w:drawing>
      </w:r>
      <w:r>
        <w:pict>
          <v:shape path="m,l,1000r1000,l1000,xe" filled="f" stroked="f" style="margin-left:35.0pt;margin-top:225.92pt;width:534.4pt;height:19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6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Moradores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7"/>
                      <w:sz w:val="3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55"/>
                      <w:sz w:val="34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4"/>
                    </w:rPr>
                    <w:t>demais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1"/>
                      <w:sz w:val="34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4"/>
                    </w:rPr>
                    <w:t>associados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4"/>
                    </w:rPr>
                    <w:t>,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5"/>
                      <w:sz w:val="3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da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37"/>
                      <w:sz w:val="33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3"/>
                    </w:rPr>
                    <w:t>aNG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3"/>
                    </w:rPr>
                    <w:t>-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7"/>
                      <w:sz w:val="34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4"/>
                    </w:rPr>
                    <w:t>INSTll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4"/>
                    </w:rPr>
                    <w:t>'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4"/>
                    </w:rPr>
                    <w:t>UTO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8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DE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2"/>
                      <w:sz w:val="31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CIDADANIA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20.0pt;margin-top:206.35pt;width:435.01pt;height:21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4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0"/>
                    </w:rPr>
                    <w:t>-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67"/>
                      <w:sz w:val="4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0"/>
                    </w:rPr>
                    <w:t>Estatuto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2"/>
                      <w:sz w:val="3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Social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,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52"/>
                      <w:sz w:val="35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migam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z w:val="3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convocados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89"/>
                      <w:sz w:val="3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os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90"/>
                      <w:sz w:val="3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membros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16.0pt;margin-top:364.44pt;width:210.96pt;height:14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7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'..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91"/>
                      <w:sz w:val="27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para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145"/>
                      <w:sz w:val="27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de88b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É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'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42"/>
                      <w:sz w:val="27"/>
                    </w:rPr>
                    <w:t>agemÕ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63"/>
                      <w:sz w:val="27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Üa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97"/>
                      <w:sz w:val="27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#@!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16.0pt;margin-top:369.44pt;width:8.51pt;height:14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7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\.</w:t>
                  </w:r>
                </w:p>
              </w:txbxContent>
            </v:textbox>
            <w10:wrap type="none"/>
          </v:shape>
        </w:pict>
      </w:r>
    </w:p>
    <w:p>
      <w:pPr>
        <w:widowControl/>
        <w:wordWrap w:val="0"/>
        <w:autoSpaceDE w:val="0"/>
        <w:autoSpaceDN w:val="0"/>
        <w:spacing w:line="500" w:lineRule="exact" w:before="500" w:after="1"/>
        <w:ind w:left="12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7"/>
        </w:rPr>
        <w:t>ONG</w:t>
      </w:r>
      <w:r>
        <w:rPr>
          <w:rFonts w:ascii="Times New Roman" w:hAnsi="Times New Roman" w:eastAsia="Times New Roman"/>
          <w:b w:val="0"/>
          <w:color w:val="000000"/>
          <w:spacing w:val="-28"/>
          <w:sz w:val="5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50"/>
        </w:rPr>
        <w:t>-</w:t>
      </w:r>
      <w:r>
        <w:rPr>
          <w:rFonts w:ascii="Times New Roman" w:hAnsi="Times New Roman" w:eastAsia="Times New Roman"/>
          <w:b w:val="0"/>
          <w:color w:val="000000"/>
          <w:spacing w:val="51"/>
          <w:sz w:val="4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1"/>
        </w:rPr>
        <w:t>INSTITUTO</w:t>
      </w:r>
      <w:r>
        <w:rPr>
          <w:rFonts w:ascii="Times New Roman" w:hAnsi="Times New Roman" w:eastAsia="Times New Roman"/>
          <w:b w:val="0"/>
          <w:color w:val="000000"/>
          <w:spacing w:val="-1"/>
          <w:sz w:val="3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9"/>
        </w:rPr>
        <w:t>DE</w:t>
      </w:r>
      <w:r>
        <w:rPr>
          <w:rFonts w:ascii="Times New Roman" w:hAnsi="Times New Roman" w:eastAsia="Times New Roman"/>
          <w:b w:val="0"/>
          <w:color w:val="000000"/>
          <w:spacing w:val="-4"/>
          <w:sz w:val="4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1"/>
        </w:rPr>
        <w:t>CIDADANIA</w:t>
      </w:r>
      <w:r>
        <w:rPr>
          <w:rFonts w:ascii="Times New Roman" w:hAnsi="Times New Roman" w:eastAsia="Times New Roman"/>
          <w:b w:val="0"/>
          <w:color w:val="000000"/>
          <w:spacing w:val="3"/>
          <w:sz w:val="4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2"/>
        </w:rPr>
        <w:t>PORTELINlIA</w:t>
      </w:r>
    </w:p>
    <w:p>
      <w:pPr>
        <w:widowControl/>
        <w:wordWrap w:val="0"/>
        <w:autoSpaceDE w:val="0"/>
        <w:autoSpaceDN w:val="0"/>
        <w:spacing w:line="190" w:lineRule="exact" w:before="3" w:after="32"/>
        <w:ind w:left="22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9"/>
        </w:rPr>
        <w:t>Do</w:t>
      </w:r>
      <w:r>
        <w:rPr>
          <w:rFonts w:ascii="Times New Roman" w:hAnsi="Times New Roman" w:eastAsia="Times New Roman"/>
          <w:b w:val="0"/>
          <w:color w:val="000000"/>
          <w:spacing w:val="30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ume</w:t>
      </w:r>
      <w:r>
        <w:rPr>
          <w:rFonts w:ascii="Times New Roman" w:hAnsi="Times New Roman" w:eastAsia="Times New Roman"/>
          <w:b w:val="0"/>
          <w:color w:val="000000"/>
          <w:spacing w:val="43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M</w:t>
      </w:r>
      <w:r>
        <w:rPr>
          <w:rFonts w:ascii="Times New Roman" w:hAnsi="Times New Roman" w:eastAsia="Times New Roman"/>
          <w:b w:val="0"/>
          <w:color w:val="000000"/>
          <w:spacing w:val="14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&amp;!</w:t>
      </w:r>
      <w:r>
        <w:rPr>
          <w:rFonts w:ascii="Arial" w:hAnsi="Arial" w:eastAsia="Arial"/>
          <w:b w:val="0"/>
          <w:i w:val="0"/>
          <w:color w:val="000000"/>
          <w:sz w:val="19"/>
        </w:rPr>
        <w:t>àbQrãdó</w:t>
      </w:r>
      <w:r>
        <w:rPr>
          <w:rFonts w:ascii="Arial" w:hAnsi="Arial" w:eastAsia="Arial"/>
          <w:b w:val="0"/>
          <w:i w:val="0"/>
          <w:color w:val="000000"/>
          <w:sz w:val="19"/>
        </w:rPr>
        <w:t>::</w:t>
      </w:r>
      <w:r>
        <w:rPr>
          <w:rFonts w:ascii="Arial" w:hAnsi="Arial" w:eastAsia="Arial"/>
          <w:b w:val="0"/>
          <w:i w:val="0"/>
          <w:color w:val="000000"/>
          <w:sz w:val="19"/>
        </w:rPr>
        <w:t>peü</w:t>
      </w:r>
      <w:r>
        <w:rPr>
          <w:rFonts w:ascii="Arial" w:hAnsi="Arial" w:eastAsia="Arial"/>
          <w:b w:val="0"/>
          <w:i w:val="0"/>
          <w:color w:val="000000"/>
          <w:spacing w:val="-14"/>
          <w:sz w:val="19"/>
        </w:rPr>
        <w:t>:</w:t>
      </w:r>
      <w:r>
        <w:rPr>
          <w:rFonts w:ascii="Arial" w:hAnsi="Arial" w:eastAsia="Arial"/>
          <w:b w:val="0"/>
          <w:i w:val="0"/>
          <w:color w:val="000000"/>
          <w:spacing w:val="-91"/>
          <w:sz w:val="19"/>
        </w:rPr>
        <w:t>0</w:t>
      </w:r>
      <w:r>
        <w:rPr>
          <w:rFonts w:ascii="Times New Roman" w:hAnsi="Times New Roman" w:eastAsia="Times New Roman"/>
          <w:b w:val="0"/>
          <w:color w:val="000000"/>
          <w:spacing w:val="44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NG</w:t>
      </w:r>
      <w:r>
        <w:rPr>
          <w:rFonts w:ascii="Times New Roman" w:hAnsi="Times New Roman" w:eastAsia="Times New Roman"/>
          <w:b w:val="0"/>
          <w:color w:val="000000"/>
          <w:spacing w:val="2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U</w:t>
      </w:r>
      <w:r>
        <w:rPr>
          <w:rFonts w:ascii="Arial" w:hAnsi="Arial" w:eastAsia="Arial"/>
          <w:b w:val="0"/>
          <w:i w:val="0"/>
          <w:color w:val="000000"/>
          <w:sz w:val="19"/>
        </w:rPr>
        <w:t>$</w:t>
      </w:r>
      <w:r>
        <w:rPr>
          <w:rFonts w:ascii="Arial" w:hAnsi="Arial" w:eastAsia="Arial"/>
          <w:b w:val="0"/>
          <w:i w:val="0"/>
          <w:color w:val="000000"/>
          <w:sz w:val="19"/>
        </w:rPr>
        <w:t>ABGIBAIRR0</w:t>
      </w:r>
      <w:r>
        <w:rPr>
          <w:rFonts w:ascii="Arial" w:hAnsi="Arial" w:eastAsia="Arial"/>
          <w:b w:val="0"/>
          <w:i w:val="0"/>
          <w:color w:val="000000"/>
          <w:sz w:val="19"/>
        </w:rPr>
        <w:t>$</w:t>
      </w:r>
      <w:r>
        <w:rPr>
          <w:rFonts w:ascii="Times New Roman" w:hAnsi="Times New Roman" w:eastAsia="Times New Roman"/>
          <w:b w:val="0"/>
          <w:color w:val="000000"/>
          <w:spacing w:val="44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ê</w:t>
      </w:r>
      <w:r>
        <w:rPr>
          <w:rFonts w:ascii="Times New Roman" w:hAnsi="Times New Roman" w:eastAsia="Times New Roman"/>
          <w:b w:val="0"/>
          <w:color w:val="000000"/>
          <w:spacing w:val="187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0NG</w:t>
      </w:r>
      <w:r>
        <w:rPr>
          <w:rFonts w:ascii="Times New Roman" w:hAnsi="Times New Roman" w:eastAsia="Times New Roman"/>
          <w:b w:val="0"/>
          <w:color w:val="000000"/>
          <w:spacing w:val="2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CA</w:t>
      </w:r>
      <w:r>
        <w:rPr>
          <w:rFonts w:ascii="Arial" w:hAnsi="Arial" w:eastAsia="Arial"/>
          <w:b w:val="0"/>
          <w:i w:val="0"/>
          <w:color w:val="000000"/>
          <w:sz w:val="19"/>
        </w:rPr>
        <w:t>$</w:t>
      </w:r>
      <w:r>
        <w:rPr>
          <w:rFonts w:ascii="Arial" w:hAnsi="Arial" w:eastAsia="Arial"/>
          <w:b w:val="0"/>
          <w:i w:val="0"/>
          <w:color w:val="000000"/>
          <w:sz w:val="19"/>
        </w:rPr>
        <w:t>EG</w:t>
      </w:r>
      <w:r>
        <w:rPr>
          <w:rFonts w:ascii="Arial" w:hAnsi="Arial" w:eastAsia="Arial"/>
          <w:b w:val="0"/>
          <w:i w:val="0"/>
          <w:color w:val="000000"/>
          <w:sz w:val="19"/>
        </w:rPr>
        <w:t>:</w:t>
      </w:r>
      <w:r>
        <w:rPr>
          <w:rFonts w:ascii="Arial" w:hAnsi="Arial" w:eastAsia="Arial"/>
          <w:b w:val="0"/>
          <w:i w:val="0"/>
          <w:color w:val="000000"/>
          <w:sz w:val="19"/>
        </w:rPr>
        <w:t>EDIL</w:t>
      </w:r>
      <w:r>
        <w:rPr>
          <w:rFonts w:ascii="Arial" w:hAnsi="Arial" w:eastAsia="Arial"/>
          <w:b w:val="0"/>
          <w:i w:val="0"/>
          <w:color w:val="000000"/>
          <w:sz w:val="19"/>
        </w:rPr>
        <w:t>$</w:t>
      </w:r>
      <w:r>
        <w:rPr>
          <w:rFonts w:ascii="Arial" w:hAnsi="Arial" w:eastAsia="Arial"/>
          <w:b w:val="0"/>
          <w:i w:val="0"/>
          <w:color w:val="000000"/>
          <w:sz w:val="19"/>
        </w:rPr>
        <w:t>aN</w:t>
      </w:r>
      <w:r>
        <w:rPr>
          <w:rFonts w:ascii="Arial" w:hAnsi="Arial" w:eastAsia="Arial"/>
          <w:b w:val="0"/>
          <w:i w:val="0"/>
          <w:color w:val="000000"/>
          <w:sz w:val="19"/>
        </w:rPr>
        <w:t>:</w:t>
      </w:r>
      <w:r>
        <w:rPr>
          <w:rFonts w:ascii="Times New Roman" w:hAnsi="Times New Roman" w:eastAsia="Times New Roman"/>
          <w:b w:val="0"/>
          <w:color w:val="000000"/>
          <w:spacing w:val="52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CARA</w:t>
      </w:r>
      <w:r>
        <w:rPr>
          <w:rFonts w:ascii="Arial" w:hAnsi="Arial" w:eastAsia="Arial"/>
          <w:b w:val="0"/>
          <w:i w:val="0"/>
          <w:color w:val="000000"/>
          <w:sz w:val="19"/>
        </w:rPr>
        <w:t>:</w:t>
      </w:r>
    </w:p>
    <w:p>
      <w:pPr>
        <w:widowControl/>
        <w:wordWrap w:val="0"/>
        <w:autoSpaceDE w:val="0"/>
        <w:autoSpaceDN w:val="0"/>
        <w:spacing w:line="300" w:lineRule="exact" w:before="64" w:after="453"/>
        <w:ind w:left="24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0"/>
        </w:rPr>
        <w:t>Cel</w:t>
      </w:r>
      <w:r>
        <w:rPr>
          <w:rFonts w:ascii="Arial" w:hAnsi="Arial" w:eastAsia="Arial"/>
          <w:b w:val="0"/>
          <w:i w:val="0"/>
          <w:color w:val="000000"/>
          <w:sz w:val="30"/>
        </w:rPr>
        <w:t>.</w:t>
      </w:r>
      <w:r>
        <w:rPr>
          <w:rFonts w:ascii="Times New Roman" w:hAnsi="Times New Roman" w:eastAsia="Times New Roman"/>
          <w:b w:val="0"/>
          <w:color w:val="000000"/>
          <w:spacing w:val="-2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11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Arial" w:hAnsi="Arial" w:eastAsia="Arial"/>
          <w:b w:val="0"/>
          <w:i w:val="0"/>
          <w:color w:val="000000"/>
          <w:sz w:val="30"/>
        </w:rPr>
        <w:t>9613G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Arial" w:hAnsi="Arial" w:eastAsia="Arial"/>
          <w:b w:val="0"/>
          <w:i w:val="0"/>
          <w:color w:val="000000"/>
          <w:spacing w:val="-37"/>
          <w:sz w:val="30"/>
        </w:rPr>
        <w:t>1796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Arial" w:hAnsi="Arial" w:eastAsia="Arial"/>
          <w:b w:val="0"/>
          <w:i w:val="0"/>
          <w:color w:val="000000"/>
          <w:spacing w:val="-119"/>
          <w:sz w:val="30"/>
        </w:rPr>
        <w:t>1</w:t>
      </w:r>
      <w:r>
        <w:rPr>
          <w:rFonts w:ascii="Times New Roman" w:hAnsi="Times New Roman" w:eastAsia="Times New Roman"/>
          <w:b w:val="0"/>
          <w:color w:val="000000"/>
          <w:spacing w:val="44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1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Arial" w:hAnsi="Arial" w:eastAsia="Arial"/>
          <w:b w:val="0"/>
          <w:i w:val="0"/>
          <w:color w:val="000000"/>
          <w:sz w:val="30"/>
        </w:rPr>
        <w:t>98602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Arial" w:hAnsi="Arial" w:eastAsia="Arial"/>
          <w:b w:val="0"/>
          <w:i w:val="0"/>
          <w:color w:val="000000"/>
          <w:sz w:val="30"/>
        </w:rPr>
        <w:t>9746</w:t>
      </w:r>
      <w:r>
        <w:rPr>
          <w:rFonts w:ascii="Arial" w:hAnsi="Arial" w:eastAsia="Arial"/>
          <w:b w:val="0"/>
          <w:i w:val="0"/>
          <w:color w:val="000000"/>
          <w:spacing w:val="-99"/>
          <w:sz w:val="30"/>
        </w:rPr>
        <w:t>-</w:t>
      </w:r>
      <w:r>
        <w:rPr>
          <w:rFonts w:ascii="Times New Roman" w:hAnsi="Times New Roman" w:eastAsia="Times New Roman"/>
          <w:b w:val="0"/>
          <w:color w:val="000000"/>
          <w:spacing w:val="84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cel</w:t>
      </w:r>
      <w:r>
        <w:rPr>
          <w:rFonts w:ascii="Arial" w:hAnsi="Arial" w:eastAsia="Arial"/>
          <w:b w:val="0"/>
          <w:i w:val="0"/>
          <w:color w:val="000000"/>
          <w:sz w:val="30"/>
        </w:rPr>
        <w:t>.</w:t>
      </w:r>
      <w:r>
        <w:rPr>
          <w:rFonts w:ascii="Times New Roman" w:hAnsi="Times New Roman" w:eastAsia="Times New Roman"/>
          <w:b w:val="0"/>
          <w:color w:val="000000"/>
          <w:spacing w:val="-2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9"/>
          <w:sz w:val="30"/>
        </w:rPr>
        <w:t>971561019</w:t>
      </w:r>
      <w:r>
        <w:rPr>
          <w:rFonts w:ascii="Arial" w:hAnsi="Arial" w:eastAsia="Arial"/>
          <w:b w:val="0"/>
          <w:i w:val="0"/>
          <w:color w:val="000000"/>
          <w:spacing w:val="-19"/>
          <w:sz w:val="30"/>
        </w:rPr>
        <w:t>-</w:t>
      </w:r>
      <w:r>
        <w:rPr>
          <w:rFonts w:ascii="Times New Roman" w:hAnsi="Times New Roman" w:eastAsia="Times New Roman"/>
          <w:b w:val="0"/>
          <w:color w:val="000000"/>
          <w:spacing w:val="64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Whbapp</w:t>
      </w:r>
    </w:p>
    <w:p>
      <w:pPr>
        <w:spacing w:after="0"/>
        <w:sectPr>
          <w:pgSz w:w="11920" w:h="16820"/>
          <w:pgMar w:top="474" w:right="447" w:bottom="455" w:left="280" w:header="720" w:footer="720" w:gutter="0"/>
          <w:cols w:space="720" w:num="1" w:equalWidth="0">
            <w:col w:w="11193" w:space="0"/>
            <w:col w:w="5177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420" w:lineRule="exact" w:before="453" w:after="223"/>
        <w:ind w:left="26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42"/>
        </w:rPr>
        <w:t>EDITAL</w:t>
      </w:r>
    </w:p>
    <w:p>
      <w:pPr>
        <w:spacing w:after="0" w:before="0"/>
        <w:sectPr>
          <w:type w:val="continuous"/>
          <w:pgSz w:w="11920" w:h="16820"/>
          <w:pgMar w:top="474" w:right="447" w:bottom="455" w:left="280" w:header="720" w:footer="720" w:gutter="0"/>
          <w:cols w:space="720" w:num="2" w:equalWidth="0">
            <w:col w:w="4474" w:space="0"/>
            <w:col w:w="6719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420" w:lineRule="exact" w:before="453" w:after="223"/>
        <w:ind w:left="226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42"/>
        </w:rPr>
        <w:t>DE</w:t>
      </w:r>
      <w:r>
        <w:rPr>
          <w:rFonts w:ascii="Times New Roman" w:hAnsi="Times New Roman" w:eastAsia="Times New Roman"/>
          <w:b w:val="0"/>
          <w:color w:val="000000"/>
          <w:spacing w:val="192"/>
          <w:sz w:val="4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2"/>
        </w:rPr>
        <w:t>CONVOCAÇÃO</w:t>
      </w:r>
    </w:p>
    <w:p>
      <w:pPr>
        <w:spacing w:after="0"/>
        <w:sectPr>
          <w:type w:val="nextColumn"/>
          <w:pgSz w:w="11920" w:h="16820"/>
          <w:pgMar w:top="474" w:right="447" w:bottom="455" w:left="280" w:header="720" w:footer="720" w:gutter="0"/>
          <w:cols w:space="720" w:num="2" w:equalWidth="0">
            <w:col w:w="4474" w:space="0"/>
            <w:col w:w="6719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209" w:after="0"/>
        <w:ind w:left="0" w:right="0"/>
      </w:pPr>
    </w:p>
    <w:tbl>
      <w:tblPr>
        <w:tblW w:type="auto" w:w="0"/>
        <w:tblInd w:type="dxa" w:w="120"/>
        <w:tblLayout w:type="fixed"/>
        <w:tblLook w:firstColumn="1" w:firstRow="1" w:lastColumn="0" w:lastRow="0" w:noHBand="0" w:noVBand="1" w:val="04A0"/>
      </w:tblPr>
      <w:tblGrid>
        <w:gridCol w:w="3731"/>
        <w:gridCol w:w="3731"/>
        <w:gridCol w:w="3731"/>
      </w:tblGrid>
      <w:tr>
        <w:trPr>
          <w:trHeight w:hRule="exact" w:val="310"/>
        </w:trPr>
        <w:tc>
          <w:tcPr>
            <w:tcW w:type="dxa" w:w="1345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10" w:lineRule="exact" w:before="0" w:after="0"/>
              <w:ind w:left="2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-</w:t>
            </w:r>
          </w:p>
        </w:tc>
        <w:tc>
          <w:tcPr>
            <w:tcW w:type="dxa" w:w="9668"/>
            <w:gridSpan w:val="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10" w:lineRule="exact" w:before="0" w:after="0"/>
              <w:ind w:left="113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Pelo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2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presente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16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Edital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07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0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em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52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obedlêneia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26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ao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8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contido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43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no</w:t>
            </w:r>
          </w:p>
        </w:tc>
      </w:tr>
      <w:tr>
        <w:trPr>
          <w:trHeight w:hRule="exact" w:val="395"/>
        </w:trPr>
        <w:tc>
          <w:tcPr>
            <w:tcW w:type="dxa" w:w="8970"/>
            <w:gridSpan w:val="2"/>
            <w:tcMar>
              <w:left w:type="dxa" w:w="0"/>
              <w:right w:type="dxa" w:w="0"/>
            </w:tcMar>
          </w:tcPr>
          <w:p/>
        </w:tc>
        <w:tc>
          <w:tcPr>
            <w:tcW w:type="dxa" w:w="204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30" w:lineRule="exact" w:before="54" w:after="0"/>
              <w:ind w:left="17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Fundadores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,</w:t>
            </w:r>
          </w:p>
        </w:tc>
      </w:tr>
      <w:tr>
        <w:trPr>
          <w:trHeight w:hRule="exact" w:val="356"/>
        </w:trPr>
        <w:tc>
          <w:tcPr>
            <w:tcW w:type="dxa" w:w="11013"/>
            <w:gridSpan w:val="3"/>
            <w:tcMar>
              <w:left w:type="dxa" w:w="0"/>
              <w:right w:type="dxa" w:w="0"/>
            </w:tcMar>
          </w:tcPr>
          <w:p/>
        </w:tc>
      </w:tr>
    </w:tbl>
    <w:p>
      <w:pPr>
        <w:widowControl/>
        <w:wordWrap w:val="0"/>
        <w:autoSpaceDE w:val="0"/>
        <w:autoSpaceDN w:val="0"/>
        <w:spacing w:line="300" w:lineRule="exact" w:before="107" w:after="1"/>
        <w:ind w:left="4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0"/>
        </w:rPr>
        <w:t>PORTELINHA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Times New Roman" w:hAnsi="Times New Roman" w:eastAsia="Times New Roman"/>
          <w:b w:val="0"/>
          <w:color w:val="000000"/>
          <w:spacing w:val="28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7bmóénn</w:t>
      </w:r>
      <w:r>
        <w:rPr>
          <w:rFonts w:ascii="Times New Roman" w:hAnsi="Times New Roman" w:eastAsia="Times New Roman"/>
          <w:b w:val="0"/>
          <w:color w:val="000000"/>
          <w:spacing w:val="194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Des</w:t>
      </w:r>
      <w:r>
        <w:rPr>
          <w:rFonts w:ascii="Arial" w:hAnsi="Arial" w:eastAsia="Arial"/>
          <w:b w:val="0"/>
          <w:i w:val="0"/>
          <w:color w:val="000000"/>
          <w:sz w:val="30"/>
        </w:rPr>
        <w:t>/</w:t>
      </w:r>
      <w:r>
        <w:rPr>
          <w:rFonts w:ascii="Arial" w:hAnsi="Arial" w:eastAsia="Arial"/>
          <w:b w:val="0"/>
          <w:i w:val="0"/>
          <w:color w:val="000000"/>
          <w:sz w:val="30"/>
        </w:rPr>
        <w:t>gmad8</w:t>
      </w:r>
      <w:r>
        <w:rPr>
          <w:rFonts w:ascii="Times New Roman" w:hAnsi="Times New Roman" w:eastAsia="Times New Roman"/>
          <w:b w:val="0"/>
          <w:color w:val="000000"/>
          <w:spacing w:val="171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pe</w:t>
      </w:r>
      <w:r>
        <w:rPr>
          <w:rFonts w:ascii="Arial" w:hAnsi="Arial" w:eastAsia="Arial"/>
          <w:b w:val="0"/>
          <w:i w:val="0"/>
          <w:color w:val="000000"/>
          <w:sz w:val="30"/>
        </w:rPr>
        <w:t>/</w:t>
      </w:r>
      <w:r>
        <w:rPr>
          <w:rFonts w:ascii="Arial" w:hAnsi="Arial" w:eastAsia="Arial"/>
          <w:b w:val="0"/>
          <w:i w:val="0"/>
          <w:color w:val="000000"/>
          <w:sz w:val="30"/>
        </w:rPr>
        <w:t>a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Times New Roman" w:hAnsi="Times New Roman" w:eastAsia="Times New Roman"/>
          <w:b w:val="0"/>
          <w:color w:val="000000"/>
          <w:spacing w:val="181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Sãg</w:t>
      </w:r>
      <w:r>
        <w:rPr>
          <w:rFonts w:ascii="Arial" w:hAnsi="Arial" w:eastAsia="Arial"/>
          <w:b w:val="0"/>
          <w:i w:val="0"/>
          <w:color w:val="000000"/>
          <w:sz w:val="30"/>
        </w:rPr>
        <w:t>/</w:t>
      </w:r>
      <w:r>
        <w:rPr>
          <w:rFonts w:ascii="Arial" w:hAnsi="Arial" w:eastAsia="Arial"/>
          <w:b w:val="0"/>
          <w:i w:val="0"/>
          <w:color w:val="000000"/>
          <w:sz w:val="30"/>
        </w:rPr>
        <w:t>a</w:t>
      </w:r>
      <w:r>
        <w:rPr>
          <w:rFonts w:ascii="Times New Roman" w:hAnsi="Times New Roman" w:eastAsia="Times New Roman"/>
          <w:b w:val="0"/>
          <w:color w:val="000000"/>
          <w:spacing w:val="181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db</w:t>
      </w:r>
      <w:r>
        <w:rPr>
          <w:rFonts w:ascii="Times New Roman" w:hAnsi="Times New Roman" w:eastAsia="Times New Roman"/>
          <w:b w:val="0"/>
          <w:color w:val="000000"/>
          <w:spacing w:val="231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Ea</w:t>
      </w:r>
      <w:r>
        <w:rPr>
          <w:rFonts w:ascii="Times New Roman" w:hAnsi="Times New Roman" w:eastAsia="Times New Roman"/>
          <w:b w:val="0"/>
          <w:color w:val="000000"/>
          <w:spacing w:val="9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eas</w:t>
      </w:r>
      <w:r>
        <w:rPr>
          <w:rFonts w:ascii="Arial" w:hAnsi="Arial" w:eastAsia="Arial"/>
          <w:b w:val="0"/>
          <w:i w:val="0"/>
          <w:color w:val="000000"/>
          <w:sz w:val="30"/>
        </w:rPr>
        <w:t>/</w:t>
      </w:r>
      <w:r>
        <w:rPr>
          <w:rFonts w:ascii="Arial" w:hAnsi="Arial" w:eastAsia="Arial"/>
          <w:b w:val="0"/>
          <w:i w:val="0"/>
          <w:color w:val="000000"/>
          <w:sz w:val="30"/>
        </w:rPr>
        <w:t>a</w:t>
      </w:r>
      <w:r>
        <w:rPr>
          <w:rFonts w:ascii="Times New Roman" w:hAnsi="Times New Roman" w:eastAsia="Times New Roman"/>
          <w:b w:val="0"/>
          <w:color w:val="000000"/>
          <w:spacing w:val="271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ONG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</w:p>
    <w:p>
      <w:pPr>
        <w:widowControl/>
        <w:wordWrap w:val="0"/>
        <w:autoSpaceDE w:val="0"/>
        <w:autoSpaceDN w:val="0"/>
        <w:spacing w:line="400" w:lineRule="exact" w:before="2" w:after="13"/>
        <w:ind w:left="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40"/>
        </w:rPr>
        <w:t>:</w:t>
      </w:r>
      <w:r>
        <w:rPr>
          <w:rFonts w:ascii="Times New Roman" w:hAnsi="Times New Roman" w:eastAsia="Times New Roman"/>
          <w:b w:val="0"/>
          <w:color w:val="000000"/>
          <w:spacing w:val="149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FARTEI</w:t>
      </w:r>
      <w:r>
        <w:rPr>
          <w:rFonts w:ascii="Arial" w:hAnsi="Arial" w:eastAsia="Arial"/>
          <w:b w:val="0"/>
          <w:i w:val="0"/>
          <w:color w:val="000000"/>
          <w:sz w:val="32"/>
        </w:rPr>
        <w:t>.</w:t>
      </w:r>
      <w:r>
        <w:rPr>
          <w:rFonts w:ascii="Arial" w:hAnsi="Arial" w:eastAsia="Arial"/>
          <w:b w:val="0"/>
          <w:i w:val="0"/>
          <w:color w:val="000000"/>
          <w:sz w:val="32"/>
        </w:rPr>
        <w:t>IRMÃ</w:t>
      </w:r>
      <w:r>
        <w:rPr>
          <w:rFonts w:ascii="Times New Roman" w:hAnsi="Times New Roman" w:eastAsia="Times New Roman"/>
          <w:b w:val="0"/>
          <w:color w:val="000000"/>
          <w:spacing w:val="18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para</w:t>
      </w:r>
      <w:r>
        <w:rPr>
          <w:rFonts w:ascii="Times New Roman" w:hAnsi="Times New Roman" w:eastAsia="Times New Roman"/>
          <w:b w:val="0"/>
          <w:color w:val="000000"/>
          <w:spacing w:val="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participarem</w:t>
      </w:r>
      <w:r>
        <w:rPr>
          <w:rFonts w:ascii="Times New Roman" w:hAnsi="Times New Roman" w:eastAsia="Times New Roman"/>
          <w:b w:val="0"/>
          <w:color w:val="000000"/>
          <w:spacing w:val="-18"/>
          <w:sz w:val="3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9"/>
        </w:rPr>
        <w:t>da</w:t>
      </w:r>
      <w:r>
        <w:rPr>
          <w:rFonts w:ascii="Times New Roman" w:hAnsi="Times New Roman" w:eastAsia="Times New Roman"/>
          <w:b w:val="0"/>
          <w:color w:val="000000"/>
          <w:spacing w:val="19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Assembleia</w:t>
      </w:r>
      <w:r>
        <w:rPr>
          <w:rFonts w:ascii="Times New Roman" w:hAnsi="Times New Roman" w:eastAsia="Times New Roman"/>
          <w:b w:val="0"/>
          <w:color w:val="000000"/>
          <w:spacing w:val="1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Geral</w:t>
      </w:r>
      <w:r>
        <w:rPr>
          <w:rFonts w:ascii="Times New Roman" w:hAnsi="Times New Roman" w:eastAsia="Times New Roman"/>
          <w:b w:val="0"/>
          <w:color w:val="000000"/>
          <w:spacing w:val="15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Extraordinária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</w:p>
    <w:p>
      <w:pPr>
        <w:widowControl/>
        <w:wordWrap w:val="0"/>
        <w:autoSpaceDE w:val="0"/>
        <w:autoSpaceDN w:val="0"/>
        <w:spacing w:line="340" w:lineRule="exact" w:before="27" w:after="49"/>
        <w:ind w:left="4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que</w:t>
      </w:r>
      <w:r>
        <w:rPr>
          <w:rFonts w:ascii="Times New Roman" w:hAnsi="Times New Roman" w:eastAsia="Times New Roman"/>
          <w:b w:val="0"/>
          <w:color w:val="000000"/>
          <w:spacing w:val="-12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se</w:t>
      </w:r>
      <w:r>
        <w:rPr>
          <w:rFonts w:ascii="Times New Roman" w:hAnsi="Times New Roman" w:eastAsia="Times New Roman"/>
          <w:b w:val="0"/>
          <w:color w:val="000000"/>
          <w:spacing w:val="1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realizará</w:t>
      </w:r>
      <w:r>
        <w:rPr>
          <w:rFonts w:ascii="Times New Roman" w:hAnsi="Times New Roman" w:eastAsia="Times New Roman"/>
          <w:b w:val="0"/>
          <w:color w:val="000000"/>
          <w:spacing w:val="11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no</w:t>
      </w:r>
      <w:r>
        <w:rPr>
          <w:rFonts w:ascii="Times New Roman" w:hAnsi="Times New Roman" w:eastAsia="Times New Roman"/>
          <w:b w:val="0"/>
          <w:color w:val="000000"/>
          <w:spacing w:val="-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dla</w:t>
      </w:r>
      <w:r>
        <w:rPr>
          <w:rFonts w:ascii="Times New Roman" w:hAnsi="Times New Roman" w:eastAsia="Times New Roman"/>
          <w:b w:val="0"/>
          <w:color w:val="000000"/>
          <w:spacing w:val="21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24</w:t>
      </w:r>
      <w:r>
        <w:rPr>
          <w:rFonts w:ascii="Times New Roman" w:hAnsi="Times New Roman" w:eastAsia="Times New Roman"/>
          <w:b w:val="0"/>
          <w:color w:val="000000"/>
          <w:spacing w:val="-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de</w:t>
      </w:r>
      <w:r>
        <w:rPr>
          <w:rFonts w:ascii="Times New Roman" w:hAnsi="Times New Roman" w:eastAsia="Times New Roman"/>
          <w:b w:val="0"/>
          <w:color w:val="000000"/>
          <w:spacing w:val="-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Abril</w:t>
      </w:r>
      <w:r>
        <w:rPr>
          <w:rFonts w:ascii="Times New Roman" w:hAnsi="Times New Roman" w:eastAsia="Times New Roman"/>
          <w:b w:val="0"/>
          <w:color w:val="000000"/>
          <w:spacing w:val="35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de</w:t>
      </w:r>
      <w:r>
        <w:rPr>
          <w:rFonts w:ascii="Times New Roman" w:hAnsi="Times New Roman" w:eastAsia="Times New Roman"/>
          <w:b w:val="0"/>
          <w:color w:val="000000"/>
          <w:spacing w:val="-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2022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  <w:r>
        <w:rPr>
          <w:rFonts w:ascii="Times New Roman" w:hAnsi="Times New Roman" w:eastAsia="Times New Roman"/>
          <w:b w:val="0"/>
          <w:color w:val="000000"/>
          <w:spacing w:val="-1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na</w:t>
      </w:r>
      <w:r>
        <w:rPr>
          <w:rFonts w:ascii="Times New Roman" w:hAnsi="Times New Roman" w:eastAsia="Times New Roman"/>
          <w:b w:val="0"/>
          <w:color w:val="000000"/>
          <w:spacing w:val="97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Avenida</w:t>
      </w:r>
      <w:r>
        <w:rPr>
          <w:rFonts w:ascii="Times New Roman" w:hAnsi="Times New Roman" w:eastAsia="Times New Roman"/>
          <w:b w:val="0"/>
          <w:color w:val="000000"/>
          <w:spacing w:val="-3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Anito</w:t>
      </w:r>
      <w:r>
        <w:rPr>
          <w:rFonts w:ascii="Times New Roman" w:hAnsi="Times New Roman" w:eastAsia="Times New Roman"/>
          <w:b w:val="0"/>
          <w:color w:val="000000"/>
          <w:spacing w:val="40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Garibaldi</w:t>
      </w:r>
    </w:p>
    <w:p>
      <w:pPr>
        <w:widowControl/>
        <w:wordWrap w:val="0"/>
        <w:autoSpaceDE w:val="0"/>
        <w:autoSpaceDN w:val="0"/>
        <w:spacing w:line="14" w:lineRule="exact" w:before="85" w:after="0"/>
        <w:ind w:left="0" w:right="0"/>
      </w:pPr>
    </w:p>
    <w:tbl>
      <w:tblPr>
        <w:tblW w:type="auto" w:w="0"/>
        <w:tblInd w:type="dxa" w:w="140"/>
        <w:tblLayout w:type="fixed"/>
        <w:tblLook w:firstColumn="1" w:firstRow="1" w:lastColumn="0" w:lastRow="0" w:noHBand="0" w:noVBand="1" w:val="04A0"/>
      </w:tblPr>
      <w:tblGrid>
        <w:gridCol w:w="1599"/>
        <w:gridCol w:w="1599"/>
        <w:gridCol w:w="1599"/>
        <w:gridCol w:w="1599"/>
        <w:gridCol w:w="1599"/>
        <w:gridCol w:w="1599"/>
        <w:gridCol w:w="1599"/>
      </w:tblGrid>
      <w:tr>
        <w:trPr>
          <w:trHeight w:hRule="exact" w:val="304"/>
        </w:trPr>
        <w:tc>
          <w:tcPr>
            <w:tcW w:type="dxa" w:w="22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80" w:lineRule="exact" w:before="224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8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8"/>
              </w:rPr>
              <w:t>q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8"/>
              </w:rPr>
              <w:t>.</w:t>
            </w:r>
          </w:p>
        </w:tc>
        <w:tc>
          <w:tcPr>
            <w:tcW w:type="dxa" w:w="2816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90" w:lineRule="exact" w:before="0" w:after="0"/>
              <w:ind w:left="13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lo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02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132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04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31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Bairro</w:t>
            </w:r>
          </w:p>
        </w:tc>
        <w:tc>
          <w:tcPr>
            <w:tcW w:type="dxa" w:w="270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90" w:lineRule="exact" w:before="0" w:after="0"/>
              <w:ind w:left="163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05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Bonsucesso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-</w:t>
            </w:r>
          </w:p>
        </w:tc>
        <w:tc>
          <w:tcPr>
            <w:tcW w:type="dxa" w:w="956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90" w:lineRule="exact" w:before="0" w:after="0"/>
              <w:ind w:left="182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Gep</w:t>
            </w:r>
          </w:p>
        </w:tc>
        <w:tc>
          <w:tcPr>
            <w:tcW w:type="dxa" w:w="1867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90" w:lineRule="exact" w:before="0" w:after="0"/>
              <w:ind w:left="146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07179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800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-</w:t>
            </w:r>
          </w:p>
        </w:tc>
        <w:tc>
          <w:tcPr>
            <w:tcW w:type="dxa" w:w="1898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90" w:lineRule="exact" w:before="0" w:after="0"/>
              <w:ind w:left="15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na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05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Cidade</w:t>
            </w:r>
          </w:p>
        </w:tc>
        <w:tc>
          <w:tcPr>
            <w:tcW w:type="dxa" w:w="46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90" w:lineRule="exact" w:before="0" w:after="0"/>
              <w:ind w:left="12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de</w:t>
            </w:r>
          </w:p>
        </w:tc>
      </w:tr>
    </w:tbl>
    <w:p>
      <w:pPr>
        <w:widowControl/>
        <w:wordWrap w:val="0"/>
        <w:autoSpaceDE w:val="0"/>
        <w:autoSpaceDN w:val="0"/>
        <w:spacing w:line="350" w:lineRule="exact" w:before="29" w:after="19"/>
        <w:ind w:left="4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5"/>
        </w:rPr>
        <w:t>Guarulhos</w:t>
      </w:r>
      <w:r>
        <w:rPr>
          <w:rFonts w:ascii="Arial" w:hAnsi="Arial" w:eastAsia="Arial"/>
          <w:b w:val="0"/>
          <w:i w:val="0"/>
          <w:color w:val="000000"/>
          <w:sz w:val="35"/>
        </w:rPr>
        <w:t>-</w:t>
      </w:r>
      <w:r>
        <w:rPr>
          <w:rFonts w:ascii="Arial" w:hAnsi="Arial" w:eastAsia="Arial"/>
          <w:b w:val="0"/>
          <w:i w:val="0"/>
          <w:color w:val="000000"/>
          <w:spacing w:val="-28"/>
          <w:sz w:val="35"/>
        </w:rPr>
        <w:t>Estadod</w:t>
      </w:r>
      <w:r>
        <w:rPr>
          <w:rFonts w:ascii="Times New Roman" w:hAnsi="Times New Roman" w:eastAsia="Times New Roman"/>
          <w:b w:val="0"/>
          <w:color w:val="000000"/>
          <w:spacing w:val="46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e</w:t>
      </w:r>
      <w:r>
        <w:rPr>
          <w:rFonts w:ascii="Times New Roman" w:hAnsi="Times New Roman" w:eastAsia="Times New Roman"/>
          <w:b w:val="0"/>
          <w:color w:val="000000"/>
          <w:spacing w:val="3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$</w:t>
      </w:r>
      <w:r>
        <w:rPr>
          <w:rFonts w:ascii="Arial" w:hAnsi="Arial" w:eastAsia="Arial"/>
          <w:b w:val="0"/>
          <w:i w:val="0"/>
          <w:color w:val="000000"/>
          <w:sz w:val="35"/>
        </w:rPr>
        <w:t>ão</w:t>
      </w:r>
      <w:r>
        <w:rPr>
          <w:rFonts w:ascii="Times New Roman" w:hAnsi="Times New Roman" w:eastAsia="Times New Roman"/>
          <w:b w:val="0"/>
          <w:color w:val="000000"/>
          <w:spacing w:val="29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Paulo</w:t>
      </w:r>
      <w:r>
        <w:rPr>
          <w:rFonts w:ascii="Arial" w:hAnsi="Arial" w:eastAsia="Arial"/>
          <w:b w:val="0"/>
          <w:i w:val="0"/>
          <w:color w:val="000000"/>
          <w:sz w:val="35"/>
        </w:rPr>
        <w:t>,</w:t>
      </w:r>
      <w:r>
        <w:rPr>
          <w:rFonts w:ascii="Times New Roman" w:hAnsi="Times New Roman" w:eastAsia="Times New Roman"/>
          <w:b w:val="0"/>
          <w:color w:val="000000"/>
          <w:spacing w:val="80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em</w:t>
      </w:r>
      <w:r>
        <w:rPr>
          <w:rFonts w:ascii="Times New Roman" w:hAnsi="Times New Roman" w:eastAsia="Times New Roman"/>
          <w:b w:val="0"/>
          <w:color w:val="000000"/>
          <w:spacing w:val="26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primeira</w:t>
      </w:r>
      <w:r>
        <w:rPr>
          <w:rFonts w:ascii="Times New Roman" w:hAnsi="Times New Roman" w:eastAsia="Times New Roman"/>
          <w:b w:val="0"/>
          <w:color w:val="000000"/>
          <w:spacing w:val="9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chamada</w:t>
      </w:r>
      <w:r>
        <w:rPr>
          <w:rFonts w:ascii="Arial" w:hAnsi="Arial" w:eastAsia="Arial"/>
          <w:b w:val="0"/>
          <w:i w:val="0"/>
          <w:color w:val="000000"/>
          <w:sz w:val="35"/>
        </w:rPr>
        <w:t>às</w:t>
      </w:r>
      <w:r>
        <w:rPr>
          <w:rFonts w:ascii="Times New Roman" w:hAnsi="Times New Roman" w:eastAsia="Times New Roman"/>
          <w:b w:val="0"/>
          <w:color w:val="000000"/>
          <w:spacing w:val="23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9</w:t>
      </w:r>
      <w:r>
        <w:rPr>
          <w:rFonts w:ascii="Arial" w:hAnsi="Arial" w:eastAsia="Arial"/>
          <w:b w:val="0"/>
          <w:i w:val="0"/>
          <w:color w:val="000000"/>
          <w:sz w:val="35"/>
        </w:rPr>
        <w:t>:</w:t>
      </w:r>
      <w:r>
        <w:rPr>
          <w:rFonts w:ascii="Arial" w:hAnsi="Arial" w:eastAsia="Arial"/>
          <w:b w:val="0"/>
          <w:i w:val="0"/>
          <w:color w:val="000000"/>
          <w:sz w:val="35"/>
        </w:rPr>
        <w:t>00</w:t>
      </w:r>
      <w:r>
        <w:rPr>
          <w:rFonts w:ascii="Times New Roman" w:hAnsi="Times New Roman" w:eastAsia="Times New Roman"/>
          <w:b w:val="0"/>
          <w:color w:val="000000"/>
          <w:spacing w:val="-9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horas</w:t>
      </w:r>
      <w:r>
        <w:rPr>
          <w:rFonts w:ascii="Arial" w:hAnsi="Arial" w:eastAsia="Arial"/>
          <w:b w:val="0"/>
          <w:i w:val="0"/>
          <w:color w:val="000000"/>
          <w:sz w:val="35"/>
        </w:rPr>
        <w:t>,</w:t>
      </w:r>
    </w:p>
    <w:p>
      <w:pPr>
        <w:widowControl/>
        <w:wordWrap w:val="0"/>
        <w:autoSpaceDE w:val="0"/>
        <w:autoSpaceDN w:val="0"/>
        <w:spacing w:line="340" w:lineRule="exact" w:before="38" w:after="190"/>
        <w:ind w:left="4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em</w:t>
      </w:r>
      <w:r>
        <w:rPr>
          <w:rFonts w:ascii="Times New Roman" w:hAnsi="Times New Roman" w:eastAsia="Times New Roman"/>
          <w:b w:val="0"/>
          <w:color w:val="000000"/>
          <w:spacing w:val="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segunda</w:t>
      </w:r>
      <w:r>
        <w:rPr>
          <w:rFonts w:ascii="Times New Roman" w:hAnsi="Times New Roman" w:eastAsia="Times New Roman"/>
          <w:b w:val="0"/>
          <w:color w:val="000000"/>
          <w:spacing w:val="-9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chamada</w:t>
      </w:r>
      <w:r>
        <w:rPr>
          <w:rFonts w:ascii="Times New Roman" w:hAnsi="Times New Roman" w:eastAsia="Times New Roman"/>
          <w:b w:val="0"/>
          <w:color w:val="000000"/>
          <w:spacing w:val="-2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às</w:t>
      </w:r>
      <w:r>
        <w:rPr>
          <w:rFonts w:ascii="Times New Roman" w:hAnsi="Times New Roman" w:eastAsia="Times New Roman"/>
          <w:b w:val="0"/>
          <w:color w:val="000000"/>
          <w:spacing w:val="1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9</w:t>
      </w:r>
      <w:r>
        <w:rPr>
          <w:rFonts w:ascii="Arial" w:hAnsi="Arial" w:eastAsia="Arial"/>
          <w:b w:val="0"/>
          <w:i w:val="0"/>
          <w:color w:val="000000"/>
          <w:sz w:val="34"/>
        </w:rPr>
        <w:t>:</w:t>
      </w:r>
      <w:r>
        <w:rPr>
          <w:rFonts w:ascii="Arial" w:hAnsi="Arial" w:eastAsia="Arial"/>
          <w:b w:val="0"/>
          <w:i w:val="0"/>
          <w:color w:val="000000"/>
          <w:sz w:val="34"/>
        </w:rPr>
        <w:t>30</w:t>
      </w:r>
      <w:r>
        <w:rPr>
          <w:rFonts w:ascii="Times New Roman" w:hAnsi="Times New Roman" w:eastAsia="Times New Roman"/>
          <w:b w:val="0"/>
          <w:color w:val="000000"/>
          <w:spacing w:val="1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horas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  <w:r>
        <w:rPr>
          <w:rFonts w:ascii="Times New Roman" w:hAnsi="Times New Roman" w:eastAsia="Times New Roman"/>
          <w:b w:val="0"/>
          <w:color w:val="000000"/>
          <w:spacing w:val="-10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no</w:t>
      </w:r>
      <w:r>
        <w:rPr>
          <w:rFonts w:ascii="Arial" w:hAnsi="Arial" w:eastAsia="Arial"/>
          <w:b w:val="0"/>
          <w:i w:val="0"/>
          <w:color w:val="000000"/>
          <w:sz w:val="34"/>
        </w:rPr>
        <w:t>$</w:t>
      </w:r>
      <w:r>
        <w:rPr>
          <w:rFonts w:ascii="Times New Roman" w:hAnsi="Times New Roman" w:eastAsia="Times New Roman"/>
          <w:b w:val="0"/>
          <w:color w:val="000000"/>
          <w:spacing w:val="-12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termos</w:t>
      </w:r>
      <w:r>
        <w:rPr>
          <w:rFonts w:ascii="Times New Roman" w:hAnsi="Times New Roman" w:eastAsia="Times New Roman"/>
          <w:b w:val="0"/>
          <w:color w:val="000000"/>
          <w:spacing w:val="3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do</w:t>
      </w:r>
      <w:r>
        <w:rPr>
          <w:rFonts w:ascii="Times New Roman" w:hAnsi="Times New Roman" w:eastAsia="Times New Roman"/>
          <w:b w:val="0"/>
          <w:color w:val="000000"/>
          <w:spacing w:val="17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Estatuto</w:t>
      </w:r>
      <w:r>
        <w:rPr>
          <w:rFonts w:ascii="Times New Roman" w:hAnsi="Times New Roman" w:eastAsia="Times New Roman"/>
          <w:b w:val="0"/>
          <w:color w:val="000000"/>
          <w:spacing w:val="48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em</w:t>
      </w:r>
      <w:r>
        <w:rPr>
          <w:rFonts w:ascii="Times New Roman" w:hAnsi="Times New Roman" w:eastAsia="Times New Roman"/>
          <w:b w:val="0"/>
          <w:color w:val="000000"/>
          <w:spacing w:val="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vigor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</w:p>
    <w:p>
      <w:pPr>
        <w:widowControl/>
        <w:wordWrap w:val="0"/>
        <w:autoSpaceDE w:val="0"/>
        <w:autoSpaceDN w:val="0"/>
        <w:spacing w:line="390" w:lineRule="exact" w:before="381" w:after="215"/>
        <w:ind w:left="4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7"/>
        </w:rPr>
        <w:t>-</w:t>
      </w:r>
      <w:r>
        <w:rPr>
          <w:rFonts w:ascii="Times New Roman" w:hAnsi="Times New Roman" w:eastAsia="Times New Roman"/>
          <w:b w:val="0"/>
          <w:color w:val="000000"/>
          <w:spacing w:val="-27"/>
          <w:sz w:val="3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9"/>
        </w:rPr>
        <w:t>Alteração</w:t>
      </w:r>
      <w:r>
        <w:rPr>
          <w:rFonts w:ascii="Times New Roman" w:hAnsi="Times New Roman" w:eastAsia="Times New Roman"/>
          <w:b w:val="0"/>
          <w:color w:val="000000"/>
          <w:spacing w:val="8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do</w:t>
      </w:r>
      <w:r>
        <w:rPr>
          <w:rFonts w:ascii="Times New Roman" w:hAnsi="Times New Roman" w:eastAsia="Times New Roman"/>
          <w:b w:val="0"/>
          <w:color w:val="000000"/>
          <w:spacing w:val="-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Estatuto</w:t>
      </w:r>
      <w:r>
        <w:rPr>
          <w:rFonts w:ascii="Times New Roman" w:hAnsi="Times New Roman" w:eastAsia="Times New Roman"/>
          <w:b w:val="0"/>
          <w:color w:val="000000"/>
          <w:spacing w:val="10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Social</w:t>
      </w:r>
    </w:p>
    <w:p>
      <w:pPr>
        <w:spacing w:after="0"/>
        <w:sectPr>
          <w:type w:val="continuous"/>
          <w:pgSz w:w="11920" w:h="16820"/>
          <w:pgMar w:top="474" w:right="447" w:bottom="455" w:left="280" w:header="720" w:footer="720" w:gutter="0"/>
          <w:cols w:space="720" w:num="1" w:equalWidth="0">
            <w:col w:w="11193" w:space="0"/>
            <w:col w:w="6719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340" w:lineRule="exact" w:before="214" w:after="3282"/>
        <w:ind w:left="5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Eleição</w:t>
      </w:r>
      <w:r>
        <w:rPr>
          <w:rFonts w:ascii="Times New Roman" w:hAnsi="Times New Roman" w:eastAsia="Times New Roman"/>
          <w:b w:val="0"/>
          <w:color w:val="000000"/>
          <w:spacing w:val="-20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e</w:t>
      </w:r>
      <w:r>
        <w:rPr>
          <w:rFonts w:ascii="Times New Roman" w:hAnsi="Times New Roman" w:eastAsia="Times New Roman"/>
          <w:b w:val="0"/>
          <w:color w:val="000000"/>
          <w:spacing w:val="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Posse</w:t>
      </w:r>
      <w:r>
        <w:rPr>
          <w:rFonts w:ascii="Arial" w:hAnsi="Arial" w:eastAsia="Arial"/>
          <w:b w:val="0"/>
          <w:i w:val="0"/>
          <w:color w:val="000000"/>
          <w:sz w:val="34"/>
        </w:rPr>
        <w:t>da</w:t>
      </w:r>
      <w:r>
        <w:rPr>
          <w:rFonts w:ascii="Times New Roman" w:hAnsi="Times New Roman" w:eastAsia="Times New Roman"/>
          <w:b w:val="0"/>
          <w:color w:val="000000"/>
          <w:spacing w:val="-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Nova</w:t>
      </w:r>
      <w:r>
        <w:rPr>
          <w:rFonts w:ascii="Times New Roman" w:hAnsi="Times New Roman" w:eastAsia="Times New Roman"/>
          <w:b w:val="0"/>
          <w:color w:val="000000"/>
          <w:spacing w:val="-39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Diretorla</w:t>
      </w:r>
    </w:p>
    <w:p>
      <w:pPr>
        <w:widowControl/>
        <w:wordWrap w:val="0"/>
        <w:autoSpaceDE w:val="0"/>
        <w:autoSpaceDN w:val="0"/>
        <w:spacing w:line="310" w:lineRule="exact" w:before="6563" w:after="0"/>
        <w:ind w:left="14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1"/>
        </w:rPr>
        <w:t>fÕ</w:t>
      </w:r>
      <w:r>
        <w:rPr>
          <w:rFonts w:ascii="Arial" w:hAnsi="Arial" w:eastAsia="Arial"/>
          <w:b w:val="0"/>
          <w:i w:val="0"/>
          <w:color w:val="000000"/>
          <w:sz w:val="31"/>
        </w:rPr>
        <w:t>.</w:t>
      </w:r>
      <w:r>
        <w:rPr>
          <w:rFonts w:ascii="Times New Roman" w:hAnsi="Times New Roman" w:eastAsia="Times New Roman"/>
          <w:b w:val="0"/>
          <w:color w:val="000000"/>
          <w:spacing w:val="409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P5</w:t>
      </w:r>
    </w:p>
    <w:p>
      <w:pPr>
        <w:spacing w:after="0" w:before="0"/>
        <w:sectPr>
          <w:type w:val="continuous"/>
          <w:pgSz w:w="11920" w:h="16820"/>
          <w:pgMar w:top="474" w:right="447" w:bottom="455" w:left="280" w:header="720" w:footer="720" w:gutter="0"/>
          <w:cols w:space="720" w:num="2" w:equalWidth="0">
            <w:col w:w="5812" w:space="0"/>
            <w:col w:w="538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340" w:lineRule="exact" w:before="214" w:after="2765"/>
        <w:ind w:left="188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lecutiva</w:t>
      </w:r>
      <w:r>
        <w:rPr>
          <w:rFonts w:ascii="Times New Roman" w:hAnsi="Times New Roman" w:eastAsia="Times New Roman"/>
          <w:b w:val="0"/>
          <w:color w:val="000000"/>
          <w:spacing w:val="2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e</w:t>
      </w:r>
      <w:r>
        <w:rPr>
          <w:rFonts w:ascii="Times New Roman" w:hAnsi="Times New Roman" w:eastAsia="Times New Roman"/>
          <w:b w:val="0"/>
          <w:color w:val="000000"/>
          <w:spacing w:val="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do</w:t>
      </w:r>
      <w:r>
        <w:rPr>
          <w:rFonts w:ascii="Times New Roman" w:hAnsi="Times New Roman" w:eastAsia="Times New Roman"/>
          <w:b w:val="0"/>
          <w:color w:val="000000"/>
          <w:spacing w:val="-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Conselho</w:t>
      </w:r>
      <w:r>
        <w:rPr>
          <w:rFonts w:ascii="Arial" w:hAnsi="Arial" w:eastAsia="Arial"/>
          <w:b w:val="0"/>
          <w:i w:val="0"/>
          <w:color w:val="000000"/>
          <w:sz w:val="34"/>
        </w:rPr>
        <w:t>Fiscal</w:t>
      </w:r>
      <w:r>
        <w:rPr>
          <w:rFonts w:ascii="Arial" w:hAnsi="Arial" w:eastAsia="Arial"/>
          <w:b w:val="0"/>
          <w:i w:val="0"/>
          <w:color w:val="000000"/>
          <w:sz w:val="34"/>
        </w:rPr>
        <w:t>;</w:t>
      </w:r>
    </w:p>
    <w:p>
      <w:pPr>
        <w:widowControl/>
        <w:wordWrap w:val="0"/>
        <w:autoSpaceDE w:val="0"/>
        <w:autoSpaceDN w:val="0"/>
        <w:spacing w:line="250" w:lineRule="exact" w:before="5530" w:after="20"/>
        <w:ind w:left="1588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5"/>
        </w:rPr>
        <w:t>2</w:t>
      </w:r>
      <w:r>
        <w:rPr>
          <w:rFonts w:ascii="Arial" w:hAnsi="Arial" w:eastAsia="Arial"/>
          <w:b w:val="0"/>
          <w:i w:val="0"/>
          <w:color w:val="000000"/>
          <w:sz w:val="25"/>
        </w:rPr>
        <w:t>;</w:t>
      </w:r>
      <w:r>
        <w:rPr>
          <w:rFonts w:ascii="Arial" w:hAnsi="Arial" w:eastAsia="Arial"/>
          <w:b w:val="0"/>
          <w:i w:val="0"/>
          <w:color w:val="000000"/>
          <w:spacing w:val="-14"/>
          <w:sz w:val="25"/>
        </w:rPr>
        <w:t>ãÜlêfÉo</w:t>
      </w:r>
      <w:r>
        <w:rPr>
          <w:rFonts w:ascii="Arial" w:hAnsi="Arial" w:eastAsia="Arial"/>
          <w:b w:val="0"/>
          <w:i w:val="0"/>
          <w:color w:val="000000"/>
          <w:spacing w:val="-48"/>
          <w:sz w:val="25"/>
        </w:rPr>
        <w:t>&lt;</w:t>
      </w:r>
      <w:r>
        <w:rPr>
          <w:rFonts w:ascii="Times New Roman" w:hAnsi="Times New Roman" w:eastAsia="Times New Roman"/>
          <w:b w:val="0"/>
          <w:color w:val="000000"/>
          <w:spacing w:val="-14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lÍv</w:t>
      </w:r>
      <w:r>
        <w:rPr>
          <w:rFonts w:ascii="Arial" w:hAnsi="Arial" w:eastAsia="Arial"/>
          <w:b w:val="0"/>
          <w:i w:val="0"/>
          <w:color w:val="000000"/>
          <w:sz w:val="25"/>
        </w:rPr>
        <w:t>$,</w:t>
      </w:r>
      <w:r>
        <w:rPr>
          <w:rFonts w:ascii="Times New Roman" w:hAnsi="Times New Roman" w:eastAsia="Times New Roman"/>
          <w:b w:val="0"/>
          <w:color w:val="000000"/>
          <w:spacing w:val="113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üw</w:t>
      </w:r>
      <w:r>
        <w:rPr>
          <w:rFonts w:ascii="Times New Roman" w:hAnsi="Times New Roman" w:eastAsia="Times New Roman"/>
          <w:b w:val="0"/>
          <w:color w:val="000000"/>
          <w:spacing w:val="298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K</w:t>
      </w:r>
      <w:r>
        <w:rPr>
          <w:rFonts w:ascii="Times New Roman" w:hAnsi="Times New Roman" w:eastAsia="Times New Roman"/>
          <w:b w:val="0"/>
          <w:color w:val="000000"/>
          <w:spacing w:val="91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;</w:t>
      </w:r>
    </w:p>
    <w:p>
      <w:pPr>
        <w:widowControl/>
        <w:wordWrap w:val="0"/>
        <w:autoSpaceDE w:val="0"/>
        <w:autoSpaceDN w:val="0"/>
        <w:spacing w:line="210" w:lineRule="exact" w:before="41" w:after="175"/>
        <w:ind w:left="2288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1"/>
        </w:rPr>
        <w:t>$</w:t>
      </w:r>
      <w:r>
        <w:rPr>
          <w:rFonts w:ascii="Arial" w:hAnsi="Arial" w:eastAsia="Arial"/>
          <w:b w:val="0"/>
          <w:i w:val="0"/>
          <w:color w:val="000000"/>
          <w:sz w:val="21"/>
        </w:rPr>
        <w:t>É</w:t>
      </w:r>
      <w:r>
        <w:rPr>
          <w:rFonts w:ascii="Arial" w:hAnsi="Arial" w:eastAsia="Arial"/>
          <w:b w:val="0"/>
          <w:i w:val="0"/>
          <w:color w:val="000000"/>
          <w:sz w:val="21"/>
        </w:rPr>
        <w:t>.</w:t>
      </w:r>
      <w:r>
        <w:rPr>
          <w:rFonts w:ascii="Arial" w:hAnsi="Arial" w:eastAsia="Arial"/>
          <w:b w:val="0"/>
          <w:i w:val="0"/>
          <w:color w:val="000000"/>
          <w:sz w:val="21"/>
        </w:rPr>
        <w:t>ÓUÀÂü</w:t>
      </w:r>
      <w:r>
        <w:rPr>
          <w:rFonts w:ascii="Arial" w:hAnsi="Arial" w:eastAsia="Arial"/>
          <w:b w:val="0"/>
          <w:i w:val="0"/>
          <w:color w:val="000000"/>
          <w:sz w:val="21"/>
        </w:rPr>
        <w:t>$</w:t>
      </w:r>
      <w:r>
        <w:rPr>
          <w:rFonts w:ascii="Arial" w:hAnsi="Arial" w:eastAsia="Arial"/>
          <w:b w:val="0"/>
          <w:i w:val="0"/>
          <w:color w:val="000000"/>
          <w:sz w:val="21"/>
        </w:rPr>
        <w:t>w</w:t>
      </w:r>
      <w:r>
        <w:rPr>
          <w:rFonts w:ascii="Arial" w:hAnsi="Arial" w:eastAsia="Arial"/>
          <w:b w:val="0"/>
          <w:i w:val="0"/>
          <w:color w:val="000000"/>
          <w:sz w:val="21"/>
        </w:rPr>
        <w:t>.</w:t>
      </w:r>
      <w:r>
        <w:rPr>
          <w:rFonts w:ascii="Arial" w:hAnsi="Arial" w:eastAsia="Arial"/>
          <w:b w:val="0"/>
          <w:i w:val="0"/>
          <w:color w:val="000000"/>
          <w:sz w:val="21"/>
        </w:rPr>
        <w:t>r</w:t>
      </w:r>
      <w:r>
        <w:rPr>
          <w:rFonts w:ascii="Arial" w:hAnsi="Arial" w:eastAsia="Arial"/>
          <w:b w:val="0"/>
          <w:i w:val="0"/>
          <w:color w:val="000000"/>
          <w:sz w:val="21"/>
        </w:rPr>
        <w:t>'</w:t>
      </w:r>
      <w:r>
        <w:rPr>
          <w:rFonts w:ascii="Arial" w:hAnsi="Arial" w:eastAsia="Arial"/>
          <w:b w:val="0"/>
          <w:i w:val="0"/>
          <w:color w:val="000000"/>
          <w:sz w:val="21"/>
        </w:rPr>
        <w:t>sp</w:t>
      </w:r>
    </w:p>
    <w:p>
      <w:pPr>
        <w:widowControl/>
        <w:wordWrap w:val="0"/>
        <w:autoSpaceDE w:val="0"/>
        <w:autoSpaceDN w:val="0"/>
        <w:spacing w:line="260" w:lineRule="exact" w:before="351" w:after="122"/>
        <w:ind w:left="2068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6"/>
        </w:rPr>
        <w:t>N</w:t>
      </w:r>
      <w:r>
        <w:rPr>
          <w:rFonts w:ascii="Arial" w:hAnsi="Arial" w:eastAsia="Arial"/>
          <w:b w:val="0"/>
          <w:i w:val="0"/>
          <w:color w:val="000000"/>
          <w:sz w:val="26"/>
        </w:rPr>
        <w:t>'</w:t>
      </w:r>
      <w:r>
        <w:rPr>
          <w:rFonts w:ascii="Times New Roman" w:hAnsi="Times New Roman" w:eastAsia="Times New Roman"/>
          <w:b w:val="0"/>
          <w:color w:val="000000"/>
          <w:spacing w:val="-22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3</w:t>
      </w:r>
      <w:r>
        <w:rPr>
          <w:rFonts w:ascii="Times New Roman" w:hAnsi="Times New Roman" w:eastAsia="Times New Roman"/>
          <w:b w:val="0"/>
          <w:color w:val="000000"/>
          <w:spacing w:val="50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2</w:t>
      </w:r>
      <w:r>
        <w:rPr>
          <w:rFonts w:ascii="Times New Roman" w:hAnsi="Times New Roman" w:eastAsia="Times New Roman"/>
          <w:b w:val="0"/>
          <w:color w:val="000000"/>
          <w:spacing w:val="70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2</w:t>
      </w:r>
      <w:r>
        <w:rPr>
          <w:rFonts w:ascii="Times New Roman" w:hAnsi="Times New Roman" w:eastAsia="Times New Roman"/>
          <w:b w:val="0"/>
          <w:color w:val="000000"/>
          <w:spacing w:val="10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7</w:t>
      </w:r>
      <w:r>
        <w:rPr>
          <w:rFonts w:ascii="Times New Roman" w:hAnsi="Times New Roman" w:eastAsia="Times New Roman"/>
          <w:b w:val="0"/>
          <w:color w:val="000000"/>
          <w:spacing w:val="70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4</w:t>
      </w:r>
    </w:p>
    <w:p>
      <w:pPr>
        <w:widowControl/>
        <w:wordWrap w:val="0"/>
        <w:autoSpaceDE w:val="0"/>
        <w:autoSpaceDN w:val="0"/>
        <w:spacing w:line="230" w:lineRule="exact" w:before="243" w:after="0"/>
        <w:ind w:left="2608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3"/>
        </w:rPr>
        <w:t>&amp;</w:t>
      </w:r>
      <w:r>
        <w:rPr>
          <w:rFonts w:ascii="Arial" w:hAnsi="Arial" w:eastAsia="Arial"/>
          <w:b w:val="0"/>
          <w:i w:val="0"/>
          <w:color w:val="000000"/>
          <w:sz w:val="23"/>
        </w:rPr>
        <w:t>8Gl</w:t>
      </w:r>
      <w:r>
        <w:rPr>
          <w:rFonts w:ascii="Arial" w:hAnsi="Arial" w:eastAsia="Arial"/>
          <w:b w:val="0"/>
          <w:i w:val="0"/>
          <w:color w:val="000000"/>
          <w:sz w:val="23"/>
        </w:rPr>
        <w:t>$</w:t>
      </w:r>
      <w:r>
        <w:rPr>
          <w:rFonts w:ascii="Arial" w:hAnsi="Arial" w:eastAsia="Arial"/>
          <w:b w:val="0"/>
          <w:i w:val="0"/>
          <w:color w:val="000000"/>
          <w:sz w:val="23"/>
        </w:rPr>
        <w:t>t</w:t>
      </w:r>
      <w:r>
        <w:rPr>
          <w:rFonts w:ascii="Arial" w:hAnsi="Arial" w:eastAsia="Arial"/>
          <w:b w:val="0"/>
          <w:i w:val="0"/>
          <w:color w:val="000000"/>
          <w:sz w:val="23"/>
        </w:rPr>
        <w:t>'</w:t>
      </w:r>
      <w:r>
        <w:rPr>
          <w:rFonts w:ascii="Times New Roman" w:hAnsi="Times New Roman" w:eastAsia="Times New Roman"/>
          <w:b w:val="0"/>
          <w:color w:val="000000"/>
          <w:spacing w:val="35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G</w:t>
      </w:r>
    </w:p>
    <w:p>
      <w:pPr>
        <w:spacing w:after="0"/>
        <w:sectPr>
          <w:type w:val="nextColumn"/>
          <w:pgSz w:w="11920" w:h="16820"/>
          <w:pgMar w:top="474" w:right="447" w:bottom="455" w:left="280" w:header="720" w:footer="720" w:gutter="0"/>
          <w:cols w:space="720" w:num="2" w:equalWidth="0">
            <w:col w:w="5812" w:space="0"/>
            <w:col w:w="538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wrapNone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/>
                  </pic:spPr>
                </pic:pic>
              </a:graphicData>
            </a:graphic>
          </wp:anchor>
        </w:drawing>
      </w:r>
      <w:r>
        <w:pict>
          <v:shape path="m,l,1000r1000,l1000,xe" filled="f" stroked="f" style="margin-left:37.0pt;margin-top:300.13pt;width:536.13pt;height:20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8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)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30"/>
                      <w:sz w:val="38"/>
                    </w:rPr>
                    <w:t>EGLAROp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«ra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os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4"/>
                      <w:sz w:val="3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13"/>
                      <w:sz w:val="38"/>
                    </w:rPr>
                    <w:t>devidosf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19"/>
                      <w:sz w:val="3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ins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4"/>
                      <w:sz w:val="3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de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18"/>
                      <w:sz w:val="3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dIreIto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4"/>
                      <w:sz w:val="3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sob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12"/>
                      <w:sz w:val="3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ás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4"/>
                      <w:sz w:val="3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penas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da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18"/>
                      <w:sz w:val="3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lel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85"/>
                      <w:sz w:val="3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de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20.0pt;margin-top:284.87pt;width:127.0pt;height:16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1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'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43"/>
                      <w:sz w:val="31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Cep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-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07252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-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070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163.0pt;margin-top:284.87pt;width:206.81pt;height:16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1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Na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86"/>
                      <w:sz w:val="31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Cidade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240"/>
                      <w:sz w:val="31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de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218"/>
                      <w:sz w:val="31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Guarulhos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87.0pt;margin-top:284.87pt;width:181.94pt;height:16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1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Estado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237"/>
                      <w:sz w:val="31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de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98"/>
                      <w:sz w:val="31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$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ão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245"/>
                      <w:sz w:val="31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Paulo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124.0pt;margin-top:76.57pt;width:366.67pt;height:10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19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DÓêuÚêhb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iÉiàüóiüÜli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;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35"/>
                      <w:sz w:val="19"/>
                    </w:rPr>
                    <w:t>pÓà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4"/>
                      <w:sz w:val="1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: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9"/>
                      <w:sz w:val="1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: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11"/>
                      <w:sz w:val="19"/>
                    </w:rPr>
                    <w:t>QNGi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36"/>
                      <w:sz w:val="19"/>
                    </w:rPr>
                    <w:t>: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jsÂPÇi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: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eAIFiãOSI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14"/>
                      <w:sz w:val="1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4"/>
                      <w:sz w:val="19"/>
                    </w:rPr>
                    <w:t>eiá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22"/>
                      <w:sz w:val="1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0NG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3"/>
                      <w:sz w:val="1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CAâeC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15"/>
                      <w:sz w:val="1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gDiL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$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0N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8"/>
                      <w:sz w:val="1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CLARA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4.0pt;margin-top:242.35pt;width:535.08pt;height:21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4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4"/>
                    </w:rPr>
                    <w:t>Estado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13"/>
                      <w:sz w:val="34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4"/>
                    </w:rPr>
                    <w:t>onde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9"/>
                      <w:sz w:val="37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7"/>
                    </w:rPr>
                    <w:t>tirou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20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(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UF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9"/>
                      <w:sz w:val="31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SSP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-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24"/>
                      <w:sz w:val="4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0"/>
                    </w:rPr>
                    <w:t>$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0"/>
                    </w:rPr>
                    <w:t>P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0"/>
                    </w:rPr>
                    <w:t>),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24"/>
                      <w:sz w:val="33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3"/>
                    </w:rPr>
                    <w:t>Insc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3"/>
                    </w:rPr>
                    <w:t>: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3"/>
                    </w:rPr>
                    <w:t>rito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7"/>
                      <w:sz w:val="35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no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1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CPF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8"/>
                      <w:sz w:val="35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de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"/>
                      <w:sz w:val="3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N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'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31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353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.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449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.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298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-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62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162.0pt;margin-top:774.7pt;width:13.53pt;height:6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11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1"/>
                    </w:rPr>
                    <w:t>\:'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107"/>
                      <w:sz w:val="11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1"/>
                    </w:rPr>
                    <w:t>/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198.0pt;margin-top:774.7pt;width:6.02pt;height:6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11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1"/>
                    </w:rPr>
                    <w:t>H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1"/>
                    </w:rPr>
                    <w:t>'</w:t>
                  </w:r>
                </w:p>
              </w:txbxContent>
            </v:textbox>
            <w10:wrap type="none"/>
          </v:shape>
        </w:pict>
      </w:r>
    </w:p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tbl>
      <w:tblPr>
        <w:tblW w:type="auto" w:w="0"/>
        <w:tblInd w:type="dxa" w:w="9540"/>
        <w:tblLayout w:type="fixed"/>
        <w:tblLook w:firstColumn="1" w:firstRow="1" w:lastColumn="0" w:lastRow="0" w:noHBand="0" w:noVBand="1" w:val="04A0"/>
      </w:tblPr>
      <w:tblGrid>
        <w:gridCol w:w="5639"/>
        <w:gridCol w:w="5639"/>
      </w:tblGrid>
      <w:tr>
        <w:trPr>
          <w:trHeight w:hRule="exact" w:val="760"/>
        </w:trPr>
        <w:tc>
          <w:tcPr>
            <w:tcW w:type="dxa" w:w="78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760" w:lineRule="exact" w:before="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76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76"/>
              </w:rPr>
              <w:t>r</w:t>
            </w:r>
          </w:p>
        </w:tc>
        <w:tc>
          <w:tcPr>
            <w:tcW w:type="dxa" w:w="808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80" w:lineRule="exact" w:before="274" w:after="0"/>
              <w:ind w:left="29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.: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G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.</w:t>
            </w:r>
          </w:p>
        </w:tc>
      </w:tr>
    </w:tbl>
    <w:p>
      <w:pPr>
        <w:widowControl/>
        <w:wordWrap w:val="0"/>
        <w:autoSpaceDE w:val="0"/>
        <w:autoSpaceDN w:val="0"/>
        <w:spacing w:line="90" w:lineRule="exact" w:before="4" w:after="107"/>
        <w:ind w:left="95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9"/>
        </w:rPr>
        <w:t>Ê</w:t>
      </w:r>
      <w:r>
        <w:rPr>
          <w:rFonts w:ascii="Arial" w:hAnsi="Arial" w:eastAsia="Arial"/>
          <w:b w:val="0"/>
          <w:i w:val="0"/>
          <w:color w:val="000000"/>
          <w:sz w:val="9"/>
        </w:rPr>
        <w:t>'</w:t>
      </w:r>
      <w:r>
        <w:rPr>
          <w:rFonts w:ascii="Arial" w:hAnsi="Arial" w:eastAsia="Arial"/>
          <w:b w:val="0"/>
          <w:i w:val="0"/>
          <w:color w:val="000000"/>
          <w:sz w:val="9"/>
        </w:rPr>
        <w:t>É</w:t>
      </w:r>
      <w:r>
        <w:rPr>
          <w:rFonts w:ascii="Arial" w:hAnsi="Arial" w:eastAsia="Arial"/>
          <w:b w:val="0"/>
          <w:i w:val="0"/>
          <w:color w:val="000000"/>
          <w:sz w:val="9"/>
        </w:rPr>
        <w:t>:#;</w:t>
      </w:r>
    </w:p>
    <w:p>
      <w:pPr>
        <w:widowControl/>
        <w:wordWrap w:val="0"/>
        <w:autoSpaceDE w:val="0"/>
        <w:autoSpaceDN w:val="0"/>
        <w:spacing w:line="390" w:lineRule="exact" w:before="215" w:after="102"/>
        <w:ind w:left="12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9"/>
        </w:rPr>
        <w:t>ONG</w:t>
      </w:r>
      <w:r>
        <w:rPr>
          <w:rFonts w:ascii="Times New Roman" w:hAnsi="Times New Roman" w:eastAsia="Times New Roman"/>
          <w:b w:val="0"/>
          <w:color w:val="000000"/>
          <w:spacing w:val="-46"/>
          <w:sz w:val="3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9"/>
        </w:rPr>
        <w:t>:</w:t>
      </w:r>
      <w:r>
        <w:rPr>
          <w:rFonts w:ascii="Times New Roman" w:hAnsi="Times New Roman" w:eastAsia="Times New Roman"/>
          <w:b w:val="0"/>
          <w:color w:val="000000"/>
          <w:spacing w:val="134"/>
          <w:sz w:val="3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9"/>
        </w:rPr>
        <w:t>INSTITUTO</w:t>
      </w:r>
      <w:r>
        <w:rPr>
          <w:rFonts w:ascii="Times New Roman" w:hAnsi="Times New Roman" w:eastAsia="Times New Roman"/>
          <w:b w:val="0"/>
          <w:color w:val="000000"/>
          <w:spacing w:val="64"/>
          <w:sz w:val="3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9"/>
        </w:rPr>
        <w:t>DE</w:t>
      </w:r>
      <w:r>
        <w:rPr>
          <w:rFonts w:ascii="Times New Roman" w:hAnsi="Times New Roman" w:eastAsia="Times New Roman"/>
          <w:b w:val="0"/>
          <w:color w:val="000000"/>
          <w:spacing w:val="1"/>
          <w:sz w:val="3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9"/>
        </w:rPr>
        <w:t>CIDADANIA</w:t>
      </w:r>
      <w:r>
        <w:rPr>
          <w:rFonts w:ascii="Times New Roman" w:hAnsi="Times New Roman" w:eastAsia="Times New Roman"/>
          <w:b w:val="0"/>
          <w:color w:val="000000"/>
          <w:spacing w:val="139"/>
          <w:sz w:val="3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9"/>
        </w:rPr>
        <w:t>PORTELINHA</w:t>
      </w:r>
    </w:p>
    <w:p>
      <w:pPr>
        <w:widowControl/>
        <w:wordWrap w:val="0"/>
        <w:autoSpaceDE w:val="0"/>
        <w:autoSpaceDN w:val="0"/>
        <w:spacing w:line="320" w:lineRule="exact" w:before="205" w:after="478"/>
        <w:ind w:left="24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2"/>
        </w:rPr>
        <w:t>Cel</w:t>
      </w:r>
      <w:r>
        <w:rPr>
          <w:rFonts w:ascii="Arial" w:hAnsi="Arial" w:eastAsia="Arial"/>
          <w:b w:val="0"/>
          <w:i w:val="0"/>
          <w:color w:val="000000"/>
          <w:sz w:val="32"/>
        </w:rPr>
        <w:t>.</w:t>
      </w:r>
      <w:r>
        <w:rPr>
          <w:rFonts w:ascii="Arial" w:hAnsi="Arial" w:eastAsia="Arial"/>
          <w:b w:val="0"/>
          <w:i w:val="0"/>
          <w:color w:val="000000"/>
          <w:sz w:val="32"/>
        </w:rPr>
        <w:t>11</w:t>
      </w:r>
      <w:r>
        <w:rPr>
          <w:rFonts w:ascii="Arial" w:hAnsi="Arial" w:eastAsia="Arial"/>
          <w:b w:val="0"/>
          <w:i w:val="0"/>
          <w:color w:val="000000"/>
          <w:spacing w:val="-22"/>
          <w:sz w:val="32"/>
        </w:rPr>
        <w:t>-</w:t>
      </w:r>
      <w:r>
        <w:rPr>
          <w:rFonts w:ascii="Arial" w:hAnsi="Arial" w:eastAsia="Arial"/>
          <w:b w:val="0"/>
          <w:i w:val="0"/>
          <w:color w:val="000000"/>
          <w:spacing w:val="-156"/>
          <w:sz w:val="32"/>
        </w:rPr>
        <w:t>9</w:t>
      </w:r>
      <w:r>
        <w:rPr>
          <w:rFonts w:ascii="Times New Roman" w:hAnsi="Times New Roman" w:eastAsia="Times New Roman"/>
          <w:b w:val="0"/>
          <w:color w:val="000000"/>
          <w:spacing w:val="76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6136</w:t>
      </w:r>
      <w:r>
        <w:rPr>
          <w:rFonts w:ascii="Arial" w:hAnsi="Arial" w:eastAsia="Arial"/>
          <w:b w:val="0"/>
          <w:i w:val="0"/>
          <w:color w:val="000000"/>
          <w:sz w:val="32"/>
        </w:rPr>
        <w:t>-</w:t>
      </w:r>
      <w:r>
        <w:rPr>
          <w:rFonts w:ascii="Arial" w:hAnsi="Arial" w:eastAsia="Arial"/>
          <w:b w:val="0"/>
          <w:i w:val="0"/>
          <w:color w:val="000000"/>
          <w:spacing w:val="-3"/>
          <w:sz w:val="32"/>
        </w:rPr>
        <w:t>179</w:t>
      </w:r>
      <w:r>
        <w:rPr>
          <w:rFonts w:ascii="Arial" w:hAnsi="Arial" w:eastAsia="Arial"/>
          <w:b w:val="0"/>
          <w:i w:val="0"/>
          <w:color w:val="000000"/>
          <w:spacing w:val="-97"/>
          <w:sz w:val="32"/>
        </w:rPr>
        <w:t>-</w:t>
      </w:r>
      <w:r>
        <w:rPr>
          <w:rFonts w:ascii="Arial" w:hAnsi="Arial" w:eastAsia="Arial"/>
          <w:b w:val="0"/>
          <w:i w:val="0"/>
          <w:color w:val="000000"/>
          <w:spacing w:val="-89"/>
          <w:sz w:val="32"/>
        </w:rPr>
        <w:t>61</w:t>
      </w:r>
      <w:r>
        <w:rPr>
          <w:rFonts w:ascii="Times New Roman" w:hAnsi="Times New Roman" w:eastAsia="Times New Roman"/>
          <w:b w:val="0"/>
          <w:color w:val="000000"/>
          <w:spacing w:val="17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1</w:t>
      </w:r>
      <w:r>
        <w:rPr>
          <w:rFonts w:ascii="Arial" w:hAnsi="Arial" w:eastAsia="Arial"/>
          <w:b w:val="0"/>
          <w:i w:val="0"/>
          <w:color w:val="000000"/>
          <w:spacing w:val="-29"/>
          <w:sz w:val="32"/>
        </w:rPr>
        <w:t>-</w:t>
      </w:r>
      <w:r>
        <w:rPr>
          <w:rFonts w:ascii="Arial" w:hAnsi="Arial" w:eastAsia="Arial"/>
          <w:b w:val="0"/>
          <w:i w:val="0"/>
          <w:color w:val="000000"/>
          <w:spacing w:val="-149"/>
          <w:sz w:val="32"/>
        </w:rPr>
        <w:t>9</w:t>
      </w:r>
      <w:r>
        <w:rPr>
          <w:rFonts w:ascii="Times New Roman" w:hAnsi="Times New Roman" w:eastAsia="Times New Roman"/>
          <w:b w:val="0"/>
          <w:color w:val="000000"/>
          <w:spacing w:val="69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8602</w:t>
      </w:r>
      <w:r>
        <w:rPr>
          <w:rFonts w:ascii="Arial" w:hAnsi="Arial" w:eastAsia="Arial"/>
          <w:b w:val="0"/>
          <w:i w:val="0"/>
          <w:color w:val="000000"/>
          <w:sz w:val="32"/>
        </w:rPr>
        <w:t>-</w:t>
      </w:r>
      <w:r>
        <w:rPr>
          <w:rFonts w:ascii="Arial" w:hAnsi="Arial" w:eastAsia="Arial"/>
          <w:b w:val="0"/>
          <w:i w:val="0"/>
          <w:color w:val="000000"/>
          <w:spacing w:val="-27"/>
          <w:sz w:val="32"/>
        </w:rPr>
        <w:t>9746</w:t>
      </w:r>
      <w:r>
        <w:rPr>
          <w:rFonts w:ascii="Arial" w:hAnsi="Arial" w:eastAsia="Arial"/>
          <w:b w:val="0"/>
          <w:i w:val="0"/>
          <w:color w:val="000000"/>
          <w:spacing w:val="1"/>
          <w:sz w:val="32"/>
        </w:rPr>
        <w:t>-</w:t>
      </w:r>
      <w:r>
        <w:rPr>
          <w:rFonts w:ascii="Times New Roman" w:hAnsi="Times New Roman" w:eastAsia="Times New Roman"/>
          <w:b w:val="0"/>
          <w:color w:val="000000"/>
          <w:spacing w:val="-28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cel</w:t>
      </w:r>
      <w:r>
        <w:rPr>
          <w:rFonts w:ascii="Arial" w:hAnsi="Arial" w:eastAsia="Arial"/>
          <w:b w:val="0"/>
          <w:i w:val="0"/>
          <w:color w:val="000000"/>
          <w:sz w:val="32"/>
        </w:rPr>
        <w:t>.</w:t>
      </w:r>
      <w:r>
        <w:rPr>
          <w:rFonts w:ascii="Times New Roman" w:hAnsi="Times New Roman" w:eastAsia="Times New Roman"/>
          <w:b w:val="0"/>
          <w:color w:val="000000"/>
          <w:spacing w:val="-38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97156101</w:t>
      </w:r>
      <w:r>
        <w:rPr>
          <w:rFonts w:ascii="Arial" w:hAnsi="Arial" w:eastAsia="Arial"/>
          <w:b w:val="0"/>
          <w:i w:val="0"/>
          <w:color w:val="000000"/>
          <w:spacing w:val="-103"/>
          <w:sz w:val="32"/>
        </w:rPr>
        <w:t>-</w:t>
      </w:r>
      <w:r>
        <w:rPr>
          <w:rFonts w:ascii="Arial" w:hAnsi="Arial" w:eastAsia="Arial"/>
          <w:b w:val="0"/>
          <w:i w:val="0"/>
          <w:color w:val="000000"/>
          <w:spacing w:val="-75"/>
          <w:sz w:val="32"/>
        </w:rPr>
        <w:t>9</w:t>
      </w:r>
      <w:r>
        <w:rPr>
          <w:rFonts w:ascii="Times New Roman" w:hAnsi="Times New Roman" w:eastAsia="Times New Roman"/>
          <w:b w:val="0"/>
          <w:color w:val="000000"/>
          <w:spacing w:val="33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Whbapp</w:t>
      </w:r>
      <w:r>
        <w:rPr>
          <w:rFonts w:ascii="Arial" w:hAnsi="Arial" w:eastAsia="Arial"/>
          <w:b w:val="0"/>
          <w:i w:val="0"/>
          <w:color w:val="000000"/>
          <w:sz w:val="32"/>
        </w:rPr>
        <w:t>.</w:t>
      </w:r>
    </w:p>
    <w:p>
      <w:pPr>
        <w:widowControl/>
        <w:wordWrap w:val="0"/>
        <w:autoSpaceDE w:val="0"/>
        <w:autoSpaceDN w:val="0"/>
        <w:spacing w:line="300" w:lineRule="exact" w:before="955" w:after="236"/>
        <w:ind w:left="47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0"/>
        </w:rPr>
        <w:t>DECLARAÇÃO</w:t>
      </w:r>
    </w:p>
    <w:p>
      <w:pPr>
        <w:widowControl/>
        <w:wordWrap w:val="0"/>
        <w:autoSpaceDE w:val="0"/>
        <w:autoSpaceDN w:val="0"/>
        <w:spacing w:line="14" w:lineRule="exact" w:before="458" w:after="0"/>
        <w:ind w:left="0" w:right="0"/>
      </w:pPr>
    </w:p>
    <w:tbl>
      <w:tblPr>
        <w:tblW w:type="auto" w:w="0"/>
        <w:tblInd w:type="dxa" w:w="40"/>
        <w:tblLayout w:type="fixed"/>
        <w:tblLook w:firstColumn="1" w:firstRow="1" w:lastColumn="0" w:lastRow="0" w:noHBand="0" w:noVBand="1" w:val="04A0"/>
      </w:tblPr>
      <w:tblGrid>
        <w:gridCol w:w="5639"/>
        <w:gridCol w:w="5639"/>
      </w:tblGrid>
      <w:tr>
        <w:trPr>
          <w:trHeight w:hRule="exact" w:val="373"/>
        </w:trPr>
        <w:tc>
          <w:tcPr>
            <w:tcW w:type="dxa" w:w="1135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40" w:lineRule="exact" w:before="233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'''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x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.</w:t>
            </w:r>
          </w:p>
        </w:tc>
        <w:tc>
          <w:tcPr>
            <w:tcW w:type="dxa" w:w="986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10" w:lineRule="exact" w:before="0" w:after="0"/>
              <w:ind w:left="92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Eu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3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Bvuno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4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llu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1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Sopa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9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&amp;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ãnap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6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Data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8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18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Naselmento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9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31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08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1989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,</w:t>
            </w:r>
          </w:p>
        </w:tc>
      </w:tr>
    </w:tbl>
    <w:p>
      <w:pPr>
        <w:widowControl/>
        <w:wordWrap w:val="0"/>
        <w:autoSpaceDE w:val="0"/>
        <w:autoSpaceDN w:val="0"/>
        <w:spacing w:line="330" w:lineRule="exact" w:before="11" w:after="5"/>
        <w:ind w:left="4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Nasceu</w:t>
      </w:r>
      <w:r>
        <w:rPr>
          <w:rFonts w:ascii="Times New Roman" w:hAnsi="Times New Roman" w:eastAsia="Times New Roman"/>
          <w:b w:val="0"/>
          <w:color w:val="000000"/>
          <w:spacing w:val="19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na</w:t>
      </w:r>
      <w:r>
        <w:rPr>
          <w:rFonts w:ascii="Times New Roman" w:hAnsi="Times New Roman" w:eastAsia="Times New Roman"/>
          <w:b w:val="0"/>
          <w:color w:val="000000"/>
          <w:spacing w:val="11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Cidade</w:t>
      </w:r>
      <w:r>
        <w:rPr>
          <w:rFonts w:ascii="Times New Roman" w:hAnsi="Times New Roman" w:eastAsia="Times New Roman"/>
          <w:b w:val="0"/>
          <w:color w:val="000000"/>
          <w:spacing w:val="-8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de</w:t>
      </w:r>
      <w:r>
        <w:rPr>
          <w:rFonts w:ascii="Times New Roman" w:hAnsi="Times New Roman" w:eastAsia="Times New Roman"/>
          <w:b w:val="0"/>
          <w:color w:val="000000"/>
          <w:spacing w:val="31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lbirajuba</w:t>
      </w:r>
      <w:r>
        <w:rPr>
          <w:rFonts w:ascii="Arial" w:hAnsi="Arial" w:eastAsia="Arial"/>
          <w:b w:val="0"/>
          <w:i w:val="0"/>
          <w:color w:val="000000"/>
          <w:sz w:val="33"/>
        </w:rPr>
        <w:t>,</w:t>
      </w:r>
      <w:r>
        <w:rPr>
          <w:rFonts w:ascii="Times New Roman" w:hAnsi="Times New Roman" w:eastAsia="Times New Roman"/>
          <w:b w:val="0"/>
          <w:color w:val="000000"/>
          <w:spacing w:val="199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Nacionalidade</w:t>
      </w:r>
      <w:r>
        <w:rPr>
          <w:rFonts w:ascii="Arial" w:hAnsi="Arial" w:eastAsia="Arial"/>
          <w:b w:val="0"/>
          <w:i w:val="0"/>
          <w:color w:val="000000"/>
          <w:sz w:val="33"/>
        </w:rPr>
        <w:t>:</w:t>
      </w:r>
      <w:r>
        <w:rPr>
          <w:rFonts w:ascii="Times New Roman" w:hAnsi="Times New Roman" w:eastAsia="Times New Roman"/>
          <w:b w:val="0"/>
          <w:color w:val="000000"/>
          <w:spacing w:val="35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Brasileiro</w:t>
      </w:r>
      <w:r>
        <w:rPr>
          <w:rFonts w:ascii="Arial" w:hAnsi="Arial" w:eastAsia="Arial"/>
          <w:b w:val="0"/>
          <w:i w:val="0"/>
          <w:color w:val="000000"/>
          <w:sz w:val="33"/>
        </w:rPr>
        <w:t>,</w:t>
      </w:r>
      <w:r>
        <w:rPr>
          <w:rFonts w:ascii="Times New Roman" w:hAnsi="Times New Roman" w:eastAsia="Times New Roman"/>
          <w:b w:val="0"/>
          <w:color w:val="000000"/>
          <w:spacing w:val="91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10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Civil</w:t>
      </w:r>
      <w:r>
        <w:rPr>
          <w:rFonts w:ascii="Arial" w:hAnsi="Arial" w:eastAsia="Arial"/>
          <w:b w:val="0"/>
          <w:i w:val="0"/>
          <w:color w:val="000000"/>
          <w:sz w:val="33"/>
        </w:rPr>
        <w:t>:</w:t>
      </w:r>
    </w:p>
    <w:p>
      <w:pPr>
        <w:widowControl/>
        <w:wordWrap w:val="0"/>
        <w:autoSpaceDE w:val="0"/>
        <w:autoSpaceDN w:val="0"/>
        <w:spacing w:line="380" w:lineRule="exact" w:before="11" w:after="164"/>
        <w:ind w:left="1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8"/>
        </w:rPr>
        <w:t>-</w:t>
      </w:r>
      <w:r>
        <w:rPr>
          <w:rFonts w:ascii="Times New Roman" w:hAnsi="Times New Roman" w:eastAsia="Times New Roman"/>
          <w:b w:val="0"/>
          <w:color w:val="000000"/>
          <w:spacing w:val="78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Solteiro</w:t>
      </w:r>
      <w:r>
        <w:rPr>
          <w:rFonts w:ascii="Arial" w:hAnsi="Arial" w:eastAsia="Arial"/>
          <w:b w:val="0"/>
          <w:i w:val="0"/>
          <w:color w:val="000000"/>
          <w:sz w:val="38"/>
        </w:rPr>
        <w:t>,</w:t>
      </w:r>
      <w:r>
        <w:rPr>
          <w:rFonts w:ascii="Arial" w:hAnsi="Arial" w:eastAsia="Arial"/>
          <w:b w:val="0"/>
          <w:i w:val="0"/>
          <w:color w:val="000000"/>
          <w:sz w:val="38"/>
        </w:rPr>
        <w:t>Profissão</w:t>
      </w:r>
      <w:r>
        <w:rPr>
          <w:rFonts w:ascii="Arial" w:hAnsi="Arial" w:eastAsia="Arial"/>
          <w:b w:val="0"/>
          <w:i w:val="0"/>
          <w:color w:val="000000"/>
          <w:spacing w:val="-29"/>
          <w:sz w:val="38"/>
        </w:rPr>
        <w:t>:</w:t>
      </w:r>
      <w:r>
        <w:rPr>
          <w:rFonts w:ascii="Arial" w:hAnsi="Arial" w:eastAsia="Arial"/>
          <w:b w:val="0"/>
          <w:i w:val="0"/>
          <w:color w:val="000000"/>
          <w:spacing w:val="-224"/>
          <w:sz w:val="38"/>
        </w:rPr>
        <w:t>A</w:t>
      </w:r>
      <w:r>
        <w:rPr>
          <w:rFonts w:ascii="Times New Roman" w:hAnsi="Times New Roman" w:eastAsia="Times New Roman"/>
          <w:b w:val="0"/>
          <w:color w:val="000000"/>
          <w:spacing w:val="129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utõnamo</w:t>
      </w:r>
      <w:r>
        <w:rPr>
          <w:rFonts w:ascii="Arial" w:hAnsi="Arial" w:eastAsia="Arial"/>
          <w:b w:val="0"/>
          <w:i w:val="0"/>
          <w:color w:val="000000"/>
          <w:sz w:val="38"/>
        </w:rPr>
        <w:t>,</w:t>
      </w:r>
      <w:r>
        <w:rPr>
          <w:rFonts w:ascii="Times New Roman" w:hAnsi="Times New Roman" w:eastAsia="Times New Roman"/>
          <w:b w:val="0"/>
          <w:color w:val="000000"/>
          <w:spacing w:val="47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Inscrito</w:t>
      </w:r>
      <w:r>
        <w:rPr>
          <w:rFonts w:ascii="Times New Roman" w:hAnsi="Times New Roman" w:eastAsia="Times New Roman"/>
          <w:b w:val="0"/>
          <w:color w:val="000000"/>
          <w:spacing w:val="-20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na</w:t>
      </w:r>
      <w:r>
        <w:rPr>
          <w:rFonts w:ascii="Times New Roman" w:hAnsi="Times New Roman" w:eastAsia="Times New Roman"/>
          <w:b w:val="0"/>
          <w:color w:val="000000"/>
          <w:spacing w:val="42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RG</w:t>
      </w:r>
      <w:r>
        <w:rPr>
          <w:rFonts w:ascii="Arial" w:hAnsi="Arial" w:eastAsia="Arial"/>
          <w:b w:val="0"/>
          <w:i w:val="0"/>
          <w:color w:val="000000"/>
          <w:sz w:val="38"/>
        </w:rPr>
        <w:t>de</w:t>
      </w:r>
      <w:r>
        <w:rPr>
          <w:rFonts w:ascii="Times New Roman" w:hAnsi="Times New Roman" w:eastAsia="Times New Roman"/>
          <w:b w:val="0"/>
          <w:color w:val="000000"/>
          <w:spacing w:val="42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70"/>
          <w:sz w:val="38"/>
        </w:rPr>
        <w:t>NO4</w:t>
      </w:r>
      <w:r>
        <w:rPr>
          <w:rFonts w:ascii="Times New Roman" w:hAnsi="Times New Roman" w:eastAsia="Times New Roman"/>
          <w:b w:val="0"/>
          <w:color w:val="000000"/>
          <w:spacing w:val="46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5014159</w:t>
      </w:r>
      <w:r>
        <w:rPr>
          <w:rFonts w:ascii="Arial" w:hAnsi="Arial" w:eastAsia="Arial"/>
          <w:b w:val="0"/>
          <w:i w:val="0"/>
          <w:color w:val="000000"/>
          <w:sz w:val="38"/>
        </w:rPr>
        <w:t>-</w:t>
      </w:r>
      <w:r>
        <w:rPr>
          <w:rFonts w:ascii="Arial" w:hAnsi="Arial" w:eastAsia="Arial"/>
          <w:b w:val="0"/>
          <w:i w:val="0"/>
          <w:color w:val="000000"/>
          <w:spacing w:val="-28"/>
          <w:sz w:val="38"/>
        </w:rPr>
        <w:t>7</w:t>
      </w:r>
      <w:r>
        <w:rPr>
          <w:rFonts w:ascii="Arial" w:hAnsi="Arial" w:eastAsia="Arial"/>
          <w:b w:val="0"/>
          <w:i w:val="0"/>
          <w:color w:val="000000"/>
          <w:spacing w:val="-49"/>
          <w:sz w:val="38"/>
        </w:rPr>
        <w:t>-.</w:t>
      </w:r>
    </w:p>
    <w:p>
      <w:pPr>
        <w:widowControl/>
        <w:wordWrap w:val="0"/>
        <w:autoSpaceDE w:val="0"/>
        <w:autoSpaceDN w:val="0"/>
        <w:spacing w:line="420" w:lineRule="exact" w:before="329" w:after="53"/>
        <w:ind w:left="4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5"/>
        </w:rPr>
        <w:t>Residente</w:t>
      </w:r>
      <w:r>
        <w:rPr>
          <w:rFonts w:ascii="Times New Roman" w:hAnsi="Times New Roman" w:eastAsia="Times New Roman"/>
          <w:b w:val="0"/>
          <w:color w:val="000000"/>
          <w:spacing w:val="-13"/>
          <w:sz w:val="3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9"/>
        </w:rPr>
        <w:t>a</w:t>
      </w:r>
      <w:r>
        <w:rPr>
          <w:rFonts w:ascii="Times New Roman" w:hAnsi="Times New Roman" w:eastAsia="Times New Roman"/>
          <w:b w:val="0"/>
          <w:color w:val="000000"/>
          <w:spacing w:val="63"/>
          <w:sz w:val="4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0"/>
        </w:rPr>
        <w:t>Rua</w:t>
      </w:r>
      <w:r>
        <w:rPr>
          <w:rFonts w:ascii="Times New Roman" w:hAnsi="Times New Roman" w:eastAsia="Times New Roman"/>
          <w:b w:val="0"/>
          <w:color w:val="000000"/>
          <w:spacing w:val="106"/>
          <w:sz w:val="4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0"/>
        </w:rPr>
        <w:t>Jararatuba</w:t>
      </w:r>
      <w:r>
        <w:rPr>
          <w:rFonts w:ascii="Times New Roman" w:hAnsi="Times New Roman" w:eastAsia="Times New Roman"/>
          <w:b w:val="0"/>
          <w:color w:val="000000"/>
          <w:spacing w:val="33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NO</w:t>
      </w:r>
      <w:r>
        <w:rPr>
          <w:rFonts w:ascii="Times New Roman" w:hAnsi="Times New Roman" w:eastAsia="Times New Roman"/>
          <w:b w:val="0"/>
          <w:color w:val="000000"/>
          <w:spacing w:val="-35"/>
          <w:sz w:val="4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2"/>
        </w:rPr>
        <w:t>359</w:t>
      </w:r>
      <w:r>
        <w:rPr>
          <w:rFonts w:ascii="Arial" w:hAnsi="Arial" w:eastAsia="Arial"/>
          <w:b w:val="0"/>
          <w:i w:val="0"/>
          <w:color w:val="000000"/>
          <w:sz w:val="42"/>
        </w:rPr>
        <w:t>,</w:t>
      </w:r>
      <w:r>
        <w:rPr>
          <w:rFonts w:ascii="Times New Roman" w:hAnsi="Times New Roman" w:eastAsia="Times New Roman"/>
          <w:b w:val="0"/>
          <w:color w:val="000000"/>
          <w:spacing w:val="110"/>
          <w:sz w:val="3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7"/>
        </w:rPr>
        <w:t>Bairro</w:t>
      </w:r>
      <w:r>
        <w:rPr>
          <w:rFonts w:ascii="Arial" w:hAnsi="Arial" w:eastAsia="Arial"/>
          <w:b w:val="0"/>
          <w:i w:val="0"/>
          <w:color w:val="000000"/>
          <w:sz w:val="37"/>
        </w:rPr>
        <w:t>:</w:t>
      </w:r>
      <w:r>
        <w:rPr>
          <w:rFonts w:ascii="Times New Roman" w:hAnsi="Times New Roman" w:eastAsia="Times New Roman"/>
          <w:b w:val="0"/>
          <w:color w:val="000000"/>
          <w:spacing w:val="18"/>
          <w:sz w:val="3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7"/>
        </w:rPr>
        <w:t>Jardim</w:t>
      </w:r>
      <w:r>
        <w:rPr>
          <w:rFonts w:ascii="Times New Roman" w:hAnsi="Times New Roman" w:eastAsia="Times New Roman"/>
          <w:b w:val="0"/>
          <w:color w:val="000000"/>
          <w:spacing w:val="28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Normandia</w:t>
      </w:r>
      <w:r>
        <w:rPr>
          <w:rFonts w:ascii="Arial" w:hAnsi="Arial" w:eastAsia="Arial"/>
          <w:b w:val="0"/>
          <w:i w:val="0"/>
          <w:color w:val="000000"/>
          <w:sz w:val="33"/>
        </w:rPr>
        <w:t>,</w:t>
      </w:r>
    </w:p>
    <w:p>
      <w:pPr>
        <w:widowControl/>
        <w:wordWrap w:val="0"/>
        <w:autoSpaceDE w:val="0"/>
        <w:autoSpaceDN w:val="0"/>
        <w:spacing w:line="14" w:lineRule="exact" w:before="92" w:after="0"/>
        <w:ind w:left="0" w:right="0"/>
      </w:pPr>
    </w:p>
    <w:tbl>
      <w:tblPr>
        <w:tblW w:type="auto" w:w="0"/>
        <w:tblInd w:type="dxa" w:w="120"/>
        <w:tblLayout w:type="fixed"/>
        <w:tblLook w:firstColumn="1" w:firstRow="1" w:lastColumn="0" w:lastRow="0" w:noHBand="0" w:noVBand="1" w:val="04A0"/>
      </w:tblPr>
      <w:tblGrid>
        <w:gridCol w:w="3760"/>
        <w:gridCol w:w="3760"/>
        <w:gridCol w:w="3760"/>
      </w:tblGrid>
      <w:tr>
        <w:trPr>
          <w:trHeight w:hRule="exact" w:val="308"/>
        </w:trPr>
        <w:tc>
          <w:tcPr>
            <w:tcW w:type="dxa" w:w="2733"/>
            <w:tcMar>
              <w:left w:type="dxa" w:w="0"/>
              <w:right w:type="dxa" w:w="0"/>
            </w:tcMar>
          </w:tcPr>
          <w:p/>
        </w:tc>
        <w:tc>
          <w:tcPr>
            <w:tcW w:type="dxa" w:w="4468"/>
            <w:tcMar>
              <w:left w:type="dxa" w:w="0"/>
              <w:right w:type="dxa" w:w="0"/>
            </w:tcMar>
          </w:tcPr>
          <w:p/>
        </w:tc>
        <w:tc>
          <w:tcPr>
            <w:tcW w:type="dxa" w:w="3841"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378"/>
        </w:trPr>
        <w:tc>
          <w:tcPr>
            <w:tcW w:type="dxa" w:w="11043"/>
            <w:gridSpan w:val="3"/>
            <w:tcMar>
              <w:left w:type="dxa" w:w="0"/>
              <w:right w:type="dxa" w:w="0"/>
            </w:tcMar>
          </w:tcPr>
          <w:p/>
        </w:tc>
      </w:tr>
    </w:tbl>
    <w:p>
      <w:pPr>
        <w:widowControl/>
        <w:wordWrap w:val="0"/>
        <w:autoSpaceDE w:val="0"/>
        <w:autoSpaceDN w:val="0"/>
        <w:spacing w:line="330" w:lineRule="exact" w:before="59" w:after="0"/>
        <w:ind w:left="1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'</w:t>
      </w:r>
      <w:r>
        <w:rPr>
          <w:rFonts w:ascii="Times New Roman" w:hAnsi="Times New Roman" w:eastAsia="Times New Roman"/>
          <w:b w:val="0"/>
          <w:color w:val="000000"/>
          <w:spacing w:val="154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Responder</w:t>
      </w:r>
      <w:r>
        <w:rPr>
          <w:rFonts w:ascii="Times New Roman" w:hAnsi="Times New Roman" w:eastAsia="Times New Roman"/>
          <w:b w:val="0"/>
          <w:color w:val="000000"/>
          <w:spacing w:val="23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eilrll</w:t>
      </w:r>
      <w:r>
        <w:rPr>
          <w:rFonts w:ascii="Times New Roman" w:hAnsi="Times New Roman" w:eastAsia="Times New Roman"/>
          <w:b w:val="0"/>
          <w:color w:val="000000"/>
          <w:spacing w:val="91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e</w:t>
      </w:r>
      <w:r>
        <w:rPr>
          <w:rFonts w:ascii="Times New Roman" w:hAnsi="Times New Roman" w:eastAsia="Times New Roman"/>
          <w:b w:val="0"/>
          <w:color w:val="000000"/>
          <w:spacing w:val="74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erlmlnalmente</w:t>
      </w:r>
      <w:r>
        <w:rPr>
          <w:rFonts w:ascii="Arial" w:hAnsi="Arial" w:eastAsia="Arial"/>
          <w:b w:val="0"/>
          <w:i w:val="0"/>
          <w:color w:val="000000"/>
          <w:sz w:val="33"/>
        </w:rPr>
        <w:t>,</w:t>
      </w:r>
      <w:r>
        <w:rPr>
          <w:rFonts w:ascii="Times New Roman" w:hAnsi="Times New Roman" w:eastAsia="Times New Roman"/>
          <w:b w:val="0"/>
          <w:color w:val="000000"/>
          <w:spacing w:val="114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que</w:t>
      </w:r>
      <w:r>
        <w:rPr>
          <w:rFonts w:ascii="Times New Roman" w:hAnsi="Times New Roman" w:eastAsia="Times New Roman"/>
          <w:b w:val="0"/>
          <w:color w:val="000000"/>
          <w:spacing w:val="67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o</w:t>
      </w:r>
      <w:r>
        <w:rPr>
          <w:rFonts w:ascii="Times New Roman" w:hAnsi="Times New Roman" w:eastAsia="Times New Roman"/>
          <w:b w:val="0"/>
          <w:color w:val="000000"/>
          <w:spacing w:val="74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EDITAL</w:t>
      </w:r>
      <w:r>
        <w:rPr>
          <w:rFonts w:ascii="Times New Roman" w:hAnsi="Times New Roman" w:eastAsia="Times New Roman"/>
          <w:b w:val="0"/>
          <w:color w:val="000000"/>
          <w:spacing w:val="2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DE</w:t>
      </w:r>
      <w:r>
        <w:rPr>
          <w:rFonts w:ascii="Times New Roman" w:hAnsi="Times New Roman" w:eastAsia="Times New Roman"/>
          <w:b w:val="0"/>
          <w:color w:val="000000"/>
          <w:spacing w:val="-1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17"/>
          <w:sz w:val="33"/>
        </w:rPr>
        <w:t>CONVOCAÇÃOd</w:t>
      </w:r>
      <w:r>
        <w:rPr>
          <w:rFonts w:ascii="Times New Roman" w:hAnsi="Times New Roman" w:eastAsia="Times New Roman"/>
          <w:b w:val="0"/>
          <w:color w:val="000000"/>
          <w:spacing w:val="37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a</w:t>
      </w:r>
    </w:p>
    <w:p>
      <w:pPr>
        <w:widowControl/>
        <w:wordWrap w:val="0"/>
        <w:autoSpaceDE w:val="0"/>
        <w:autoSpaceDN w:val="0"/>
        <w:spacing w:line="347" w:lineRule="exact" w:before="0" w:after="30"/>
        <w:ind w:left="4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6"/>
        </w:rPr>
        <w:t>Assembleia</w:t>
      </w:r>
      <w:r>
        <w:rPr>
          <w:rFonts w:ascii="Times New Roman" w:hAnsi="Times New Roman" w:eastAsia="Times New Roman"/>
          <w:b w:val="0"/>
          <w:color w:val="000000"/>
          <w:spacing w:val="15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Geral</w:t>
      </w:r>
      <w:r>
        <w:rPr>
          <w:rFonts w:ascii="Times New Roman" w:hAnsi="Times New Roman" w:eastAsia="Times New Roman"/>
          <w:b w:val="0"/>
          <w:color w:val="000000"/>
          <w:spacing w:val="2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Extraordinária</w:t>
      </w:r>
      <w:r>
        <w:rPr>
          <w:rFonts w:ascii="Times New Roman" w:hAnsi="Times New Roman" w:eastAsia="Times New Roman"/>
          <w:b w:val="0"/>
          <w:color w:val="000000"/>
          <w:spacing w:val="149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dos</w:t>
      </w:r>
      <w:r>
        <w:rPr>
          <w:rFonts w:ascii="Times New Roman" w:hAnsi="Times New Roman" w:eastAsia="Times New Roman"/>
          <w:b w:val="0"/>
          <w:color w:val="000000"/>
          <w:spacing w:val="23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Dlretores</w:t>
      </w:r>
      <w:r>
        <w:rPr>
          <w:rFonts w:ascii="Times New Roman" w:hAnsi="Times New Roman" w:eastAsia="Times New Roman"/>
          <w:b w:val="0"/>
          <w:color w:val="000000"/>
          <w:spacing w:val="19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Conselheiro</w:t>
      </w:r>
      <w:r>
        <w:rPr>
          <w:rFonts w:ascii="Times New Roman" w:hAnsi="Times New Roman" w:eastAsia="Times New Roman"/>
          <w:b w:val="0"/>
          <w:color w:val="000000"/>
          <w:spacing w:val="109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e</w:t>
      </w:r>
    </w:p>
    <w:p>
      <w:pPr>
        <w:widowControl/>
        <w:wordWrap w:val="0"/>
        <w:autoSpaceDE w:val="0"/>
        <w:autoSpaceDN w:val="0"/>
        <w:spacing w:line="360" w:lineRule="exact" w:before="60" w:after="10"/>
        <w:ind w:left="4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6"/>
        </w:rPr>
        <w:t>Associados</w:t>
      </w:r>
      <w:r>
        <w:rPr>
          <w:rFonts w:ascii="Times New Roman" w:hAnsi="Times New Roman" w:eastAsia="Times New Roman"/>
          <w:b w:val="0"/>
          <w:color w:val="000000"/>
          <w:spacing w:val="9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da</w:t>
      </w:r>
      <w:r>
        <w:rPr>
          <w:rFonts w:ascii="Times New Roman" w:hAnsi="Times New Roman" w:eastAsia="Times New Roman"/>
          <w:b w:val="0"/>
          <w:color w:val="000000"/>
          <w:spacing w:val="7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pessoa</w:t>
      </w:r>
      <w:r>
        <w:rPr>
          <w:rFonts w:ascii="Times New Roman" w:hAnsi="Times New Roman" w:eastAsia="Times New Roman"/>
          <w:b w:val="0"/>
          <w:color w:val="000000"/>
          <w:spacing w:val="9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jurídica</w:t>
      </w:r>
      <w:r>
        <w:rPr>
          <w:rFonts w:ascii="Times New Roman" w:hAnsi="Times New Roman" w:eastAsia="Times New Roman"/>
          <w:b w:val="0"/>
          <w:color w:val="000000"/>
          <w:spacing w:val="9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denominada</w:t>
      </w:r>
      <w:r>
        <w:rPr>
          <w:rFonts w:ascii="Times New Roman" w:hAnsi="Times New Roman" w:eastAsia="Times New Roman"/>
          <w:b w:val="0"/>
          <w:color w:val="000000"/>
          <w:spacing w:val="-11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alyG</w:t>
      </w:r>
      <w:r>
        <w:rPr>
          <w:rFonts w:ascii="Arial" w:hAnsi="Arial" w:eastAsia="Arial"/>
          <w:b w:val="0"/>
          <w:i w:val="0"/>
          <w:color w:val="000000"/>
          <w:sz w:val="36"/>
        </w:rPr>
        <w:t>'</w:t>
      </w:r>
      <w:r>
        <w:rPr>
          <w:rFonts w:ascii="Times New Roman" w:hAnsi="Times New Roman" w:eastAsia="Times New Roman"/>
          <w:b w:val="0"/>
          <w:color w:val="000000"/>
          <w:spacing w:val="-39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=</w:t>
      </w:r>
      <w:r>
        <w:rPr>
          <w:rFonts w:ascii="Times New Roman" w:hAnsi="Times New Roman" w:eastAsia="Times New Roman"/>
          <w:b w:val="0"/>
          <w:color w:val="000000"/>
          <w:spacing w:val="10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INS</w:t>
      </w:r>
      <w:r>
        <w:rPr>
          <w:rFonts w:ascii="Arial" w:hAnsi="Arial" w:eastAsia="Arial"/>
          <w:b w:val="0"/>
          <w:i w:val="0"/>
          <w:color w:val="000000"/>
          <w:sz w:val="36"/>
        </w:rPr>
        <w:t>'</w:t>
      </w:r>
      <w:r>
        <w:rPr>
          <w:rFonts w:ascii="Arial" w:hAnsi="Arial" w:eastAsia="Arial"/>
          <w:b w:val="0"/>
          <w:i w:val="0"/>
          <w:color w:val="000000"/>
          <w:spacing w:val="-37"/>
          <w:sz w:val="36"/>
        </w:rPr>
        <w:t>TITULOD</w:t>
      </w:r>
      <w:r>
        <w:rPr>
          <w:rFonts w:ascii="Times New Roman" w:hAnsi="Times New Roman" w:eastAsia="Times New Roman"/>
          <w:b w:val="0"/>
          <w:color w:val="000000"/>
          <w:spacing w:val="101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E</w:t>
      </w:r>
    </w:p>
    <w:p>
      <w:pPr>
        <w:widowControl/>
        <w:wordWrap w:val="0"/>
        <w:autoSpaceDE w:val="0"/>
        <w:autoSpaceDN w:val="0"/>
        <w:spacing w:line="360" w:lineRule="exact" w:before="20" w:after="4"/>
        <w:ind w:left="4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2"/>
        </w:rPr>
        <w:t>CIDADANIA</w:t>
      </w:r>
      <w:r>
        <w:rPr>
          <w:rFonts w:ascii="Times New Roman" w:hAnsi="Times New Roman" w:eastAsia="Times New Roman"/>
          <w:b w:val="0"/>
          <w:color w:val="000000"/>
          <w:spacing w:val="15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PORTELINHA</w:t>
      </w:r>
      <w:r>
        <w:rPr>
          <w:rFonts w:ascii="Arial" w:hAnsi="Arial" w:eastAsia="Arial"/>
          <w:b w:val="0"/>
          <w:i w:val="0"/>
          <w:color w:val="000000"/>
          <w:sz w:val="33"/>
        </w:rPr>
        <w:t>,</w:t>
      </w:r>
      <w:r>
        <w:rPr>
          <w:rFonts w:ascii="Times New Roman" w:hAnsi="Times New Roman" w:eastAsia="Times New Roman"/>
          <w:b w:val="0"/>
          <w:color w:val="000000"/>
          <w:spacing w:val="-1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7bn»óénn</w:t>
      </w:r>
      <w:r>
        <w:rPr>
          <w:rFonts w:ascii="Times New Roman" w:hAnsi="Times New Roman" w:eastAsia="Times New Roman"/>
          <w:b w:val="0"/>
          <w:color w:val="000000"/>
          <w:spacing w:val="-7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DesígaalRu</w:t>
      </w:r>
      <w:r>
        <w:rPr>
          <w:rFonts w:ascii="Times New Roman" w:hAnsi="Times New Roman" w:eastAsia="Times New Roman"/>
          <w:b w:val="0"/>
          <w:color w:val="000000"/>
          <w:spacing w:val="8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Reza</w:t>
      </w:r>
      <w:r>
        <w:rPr>
          <w:rFonts w:ascii="Arial" w:hAnsi="Arial" w:eastAsia="Arial"/>
          <w:b w:val="0"/>
          <w:i w:val="0"/>
          <w:color w:val="000000"/>
          <w:sz w:val="29"/>
        </w:rPr>
        <w:t>'</w:t>
      </w:r>
      <w:r>
        <w:rPr>
          <w:rFonts w:ascii="Times New Roman" w:hAnsi="Times New Roman" w:eastAsia="Times New Roman"/>
          <w:b w:val="0"/>
          <w:color w:val="000000"/>
          <w:spacing w:val="3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S19Zn</w:t>
      </w:r>
      <w:r>
        <w:rPr>
          <w:rFonts w:ascii="Arial" w:hAnsi="Arial" w:eastAsia="Arial"/>
          <w:b w:val="0"/>
          <w:i w:val="0"/>
          <w:color w:val="000000"/>
          <w:sz w:val="26"/>
        </w:rPr>
        <w:t>'</w:t>
      </w:r>
      <w:r>
        <w:rPr>
          <w:rFonts w:ascii="Times New Roman" w:hAnsi="Times New Roman" w:eastAsia="Times New Roman"/>
          <w:b w:val="0"/>
          <w:color w:val="000000"/>
          <w:spacing w:val="-26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db</w:t>
      </w:r>
      <w:r>
        <w:rPr>
          <w:rFonts w:ascii="Times New Roman" w:hAnsi="Times New Roman" w:eastAsia="Times New Roman"/>
          <w:b w:val="0"/>
          <w:color w:val="000000"/>
          <w:spacing w:val="20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/</w:t>
      </w:r>
      <w:r>
        <w:rPr>
          <w:rFonts w:ascii="Arial" w:hAnsi="Arial" w:eastAsia="Arial"/>
          <w:b w:val="0"/>
          <w:i w:val="0"/>
          <w:color w:val="000000"/>
          <w:sz w:val="32"/>
        </w:rPr>
        <w:t>bnfasãa</w:t>
      </w:r>
      <w:r>
        <w:rPr>
          <w:rFonts w:ascii="Arial" w:hAnsi="Arial" w:eastAsia="Arial"/>
          <w:b w:val="0"/>
          <w:i w:val="0"/>
          <w:color w:val="000000"/>
          <w:sz w:val="32"/>
        </w:rPr>
        <w:t>-</w:t>
      </w:r>
    </w:p>
    <w:p>
      <w:pPr>
        <w:widowControl/>
        <w:wordWrap w:val="0"/>
        <w:autoSpaceDE w:val="0"/>
        <w:autoSpaceDN w:val="0"/>
        <w:spacing w:line="400" w:lineRule="exact" w:before="9" w:after="6"/>
        <w:ind w:left="4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5"/>
        </w:rPr>
        <w:t>ONG</w:t>
      </w:r>
      <w:r>
        <w:rPr>
          <w:rFonts w:ascii="Arial" w:hAnsi="Arial" w:eastAsia="Arial"/>
          <w:b w:val="0"/>
          <w:i w:val="0"/>
          <w:color w:val="000000"/>
          <w:sz w:val="35"/>
        </w:rPr>
        <w:t>-</w:t>
      </w:r>
      <w:r>
        <w:rPr>
          <w:rFonts w:ascii="Times New Roman" w:hAnsi="Times New Roman" w:eastAsia="Times New Roman"/>
          <w:b w:val="0"/>
          <w:color w:val="000000"/>
          <w:spacing w:val="21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PORTELINlIA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  <w:r>
        <w:rPr>
          <w:rFonts w:ascii="Times New Roman" w:hAnsi="Times New Roman" w:eastAsia="Times New Roman"/>
          <w:b w:val="0"/>
          <w:color w:val="000000"/>
          <w:spacing w:val="18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Devidamente</w:t>
      </w:r>
      <w:r>
        <w:rPr>
          <w:rFonts w:ascii="Times New Roman" w:hAnsi="Times New Roman" w:eastAsia="Times New Roman"/>
          <w:b w:val="0"/>
          <w:color w:val="000000"/>
          <w:spacing w:val="-21"/>
          <w:sz w:val="4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0"/>
        </w:rPr>
        <w:t>Inscrita</w:t>
      </w:r>
      <w:r>
        <w:rPr>
          <w:rFonts w:ascii="Times New Roman" w:hAnsi="Times New Roman" w:eastAsia="Times New Roman"/>
          <w:b w:val="0"/>
          <w:color w:val="000000"/>
          <w:spacing w:val="13"/>
          <w:sz w:val="3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9"/>
        </w:rPr>
        <w:t>e</w:t>
      </w:r>
      <w:r>
        <w:rPr>
          <w:rFonts w:ascii="Times New Roman" w:hAnsi="Times New Roman" w:eastAsia="Times New Roman"/>
          <w:b w:val="0"/>
          <w:color w:val="000000"/>
          <w:spacing w:val="111"/>
          <w:sz w:val="3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7"/>
        </w:rPr>
        <w:t>cadastrado</w:t>
      </w:r>
      <w:r>
        <w:rPr>
          <w:rFonts w:ascii="Times New Roman" w:hAnsi="Times New Roman" w:eastAsia="Times New Roman"/>
          <w:b w:val="0"/>
          <w:color w:val="000000"/>
          <w:spacing w:val="2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no</w:t>
      </w:r>
      <w:r>
        <w:rPr>
          <w:rFonts w:ascii="Times New Roman" w:hAnsi="Times New Roman" w:eastAsia="Times New Roman"/>
          <w:b w:val="0"/>
          <w:color w:val="000000"/>
          <w:spacing w:val="125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CNPJ</w:t>
      </w:r>
    </w:p>
    <w:p>
      <w:pPr>
        <w:widowControl/>
        <w:wordWrap w:val="0"/>
        <w:autoSpaceDE w:val="0"/>
        <w:autoSpaceDN w:val="0"/>
        <w:spacing w:line="360" w:lineRule="exact" w:before="11" w:after="32"/>
        <w:ind w:left="4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6"/>
        </w:rPr>
        <w:t>28</w:t>
      </w:r>
      <w:r>
        <w:rPr>
          <w:rFonts w:ascii="Arial" w:hAnsi="Arial" w:eastAsia="Arial"/>
          <w:b w:val="0"/>
          <w:i w:val="0"/>
          <w:color w:val="000000"/>
          <w:sz w:val="36"/>
        </w:rPr>
        <w:t>.</w:t>
      </w:r>
      <w:r>
        <w:rPr>
          <w:rFonts w:ascii="Arial" w:hAnsi="Arial" w:eastAsia="Arial"/>
          <w:b w:val="0"/>
          <w:i w:val="0"/>
          <w:color w:val="000000"/>
          <w:sz w:val="36"/>
        </w:rPr>
        <w:t>655</w:t>
      </w:r>
      <w:r>
        <w:rPr>
          <w:rFonts w:ascii="Arial" w:hAnsi="Arial" w:eastAsia="Arial"/>
          <w:b w:val="0"/>
          <w:i w:val="0"/>
          <w:color w:val="000000"/>
          <w:sz w:val="36"/>
        </w:rPr>
        <w:t>.</w:t>
      </w:r>
      <w:r>
        <w:rPr>
          <w:rFonts w:ascii="Arial" w:hAnsi="Arial" w:eastAsia="Arial"/>
          <w:b w:val="0"/>
          <w:i w:val="0"/>
          <w:color w:val="000000"/>
          <w:sz w:val="36"/>
        </w:rPr>
        <w:t>071</w:t>
      </w:r>
      <w:r>
        <w:rPr>
          <w:rFonts w:ascii="Arial" w:hAnsi="Arial" w:eastAsia="Arial"/>
          <w:b w:val="0"/>
          <w:i w:val="0"/>
          <w:color w:val="000000"/>
          <w:sz w:val="36"/>
        </w:rPr>
        <w:t>/</w:t>
      </w:r>
      <w:r>
        <w:rPr>
          <w:rFonts w:ascii="Arial" w:hAnsi="Arial" w:eastAsia="Arial"/>
          <w:b w:val="0"/>
          <w:i w:val="0"/>
          <w:color w:val="000000"/>
          <w:spacing w:val="-67"/>
          <w:sz w:val="36"/>
        </w:rPr>
        <w:t>0001A4s1s</w:t>
      </w:r>
      <w:r>
        <w:rPr>
          <w:rFonts w:ascii="Arial" w:hAnsi="Arial" w:eastAsia="Arial"/>
          <w:b w:val="0"/>
          <w:i w:val="0"/>
          <w:color w:val="000000"/>
          <w:sz w:val="36"/>
        </w:rPr>
        <w:t>,</w:t>
      </w:r>
      <w:r>
        <w:rPr>
          <w:rFonts w:ascii="Arial" w:hAnsi="Arial" w:eastAsia="Arial"/>
          <w:b w:val="0"/>
          <w:i w:val="0"/>
          <w:color w:val="000000"/>
          <w:spacing w:val="-25"/>
          <w:sz w:val="36"/>
        </w:rPr>
        <w:t>embleiap</w:t>
      </w:r>
      <w:r>
        <w:rPr>
          <w:rFonts w:ascii="Times New Roman" w:hAnsi="Times New Roman" w:eastAsia="Times New Roman"/>
          <w:b w:val="0"/>
          <w:color w:val="000000"/>
          <w:spacing w:val="1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revista</w:t>
      </w:r>
      <w:r>
        <w:rPr>
          <w:rFonts w:ascii="Times New Roman" w:hAnsi="Times New Roman" w:eastAsia="Times New Roman"/>
          <w:b w:val="0"/>
          <w:color w:val="000000"/>
          <w:spacing w:val="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para</w:t>
      </w:r>
      <w:r>
        <w:rPr>
          <w:rFonts w:ascii="Times New Roman" w:hAnsi="Times New Roman" w:eastAsia="Times New Roman"/>
          <w:b w:val="0"/>
          <w:color w:val="000000"/>
          <w:spacing w:val="-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o</w:t>
      </w:r>
      <w:r>
        <w:rPr>
          <w:rFonts w:ascii="Times New Roman" w:hAnsi="Times New Roman" w:eastAsia="Times New Roman"/>
          <w:b w:val="0"/>
          <w:color w:val="000000"/>
          <w:spacing w:val="3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dia</w:t>
      </w:r>
      <w:r>
        <w:rPr>
          <w:rFonts w:ascii="Times New Roman" w:hAnsi="Times New Roman" w:eastAsia="Times New Roman"/>
          <w:b w:val="0"/>
          <w:color w:val="000000"/>
          <w:spacing w:val="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24</w:t>
      </w:r>
      <w:r>
        <w:rPr>
          <w:rFonts w:ascii="Times New Roman" w:hAnsi="Times New Roman" w:eastAsia="Times New Roman"/>
          <w:b w:val="0"/>
          <w:color w:val="000000"/>
          <w:spacing w:val="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de</w:t>
      </w:r>
      <w:r>
        <w:rPr>
          <w:rFonts w:ascii="Times New Roman" w:hAnsi="Times New Roman" w:eastAsia="Times New Roman"/>
          <w:b w:val="0"/>
          <w:color w:val="000000"/>
          <w:spacing w:val="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Abril</w:t>
      </w:r>
      <w:r>
        <w:rPr>
          <w:rFonts w:ascii="Times New Roman" w:hAnsi="Times New Roman" w:eastAsia="Times New Roman"/>
          <w:b w:val="0"/>
          <w:color w:val="000000"/>
          <w:spacing w:val="3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de</w:t>
      </w:r>
      <w:r>
        <w:rPr>
          <w:rFonts w:ascii="Times New Roman" w:hAnsi="Times New Roman" w:eastAsia="Times New Roman"/>
          <w:b w:val="0"/>
          <w:color w:val="000000"/>
          <w:spacing w:val="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2022</w:t>
      </w:r>
      <w:r>
        <w:rPr>
          <w:rFonts w:ascii="Arial" w:hAnsi="Arial" w:eastAsia="Arial"/>
          <w:b w:val="0"/>
          <w:i w:val="0"/>
          <w:color w:val="000000"/>
          <w:sz w:val="36"/>
        </w:rPr>
        <w:t>,</w:t>
      </w:r>
    </w:p>
    <w:p>
      <w:pPr>
        <w:widowControl/>
        <w:wordWrap w:val="0"/>
        <w:autoSpaceDE w:val="0"/>
        <w:autoSpaceDN w:val="0"/>
        <w:spacing w:line="330" w:lineRule="exact" w:before="63" w:after="3"/>
        <w:ind w:left="4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sendo</w:t>
      </w:r>
      <w:r>
        <w:rPr>
          <w:rFonts w:ascii="Times New Roman" w:hAnsi="Times New Roman" w:eastAsia="Times New Roman"/>
          <w:b w:val="0"/>
          <w:color w:val="000000"/>
          <w:spacing w:val="19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que</w:t>
      </w:r>
      <w:r>
        <w:rPr>
          <w:rFonts w:ascii="Times New Roman" w:hAnsi="Times New Roman" w:eastAsia="Times New Roman"/>
          <w:b w:val="0"/>
          <w:color w:val="000000"/>
          <w:spacing w:val="7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esta</w:t>
      </w:r>
      <w:r>
        <w:rPr>
          <w:rFonts w:ascii="Times New Roman" w:hAnsi="Times New Roman" w:eastAsia="Times New Roman"/>
          <w:b w:val="0"/>
          <w:color w:val="000000"/>
          <w:spacing w:val="54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fol</w:t>
      </w:r>
      <w:r>
        <w:rPr>
          <w:rFonts w:ascii="Times New Roman" w:hAnsi="Times New Roman" w:eastAsia="Times New Roman"/>
          <w:b w:val="0"/>
          <w:color w:val="000000"/>
          <w:spacing w:val="69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realizada</w:t>
      </w:r>
      <w:r>
        <w:rPr>
          <w:rFonts w:ascii="Times New Roman" w:hAnsi="Times New Roman" w:eastAsia="Times New Roman"/>
          <w:b w:val="0"/>
          <w:color w:val="000000"/>
          <w:spacing w:val="59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respeitando</w:t>
      </w:r>
      <w:r>
        <w:rPr>
          <w:rFonts w:ascii="Times New Roman" w:hAnsi="Times New Roman" w:eastAsia="Times New Roman"/>
          <w:b w:val="0"/>
          <w:color w:val="000000"/>
          <w:spacing w:val="53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o</w:t>
      </w:r>
      <w:r>
        <w:rPr>
          <w:rFonts w:ascii="Arial" w:hAnsi="Arial" w:eastAsia="Arial"/>
          <w:b w:val="0"/>
          <w:i w:val="0"/>
          <w:color w:val="000000"/>
          <w:sz w:val="33"/>
        </w:rPr>
        <w:t>$</w:t>
      </w:r>
      <w:r>
        <w:rPr>
          <w:rFonts w:ascii="Times New Roman" w:hAnsi="Times New Roman" w:eastAsia="Times New Roman"/>
          <w:b w:val="0"/>
          <w:color w:val="000000"/>
          <w:spacing w:val="11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dispositivos</w:t>
      </w:r>
      <w:r>
        <w:rPr>
          <w:rFonts w:ascii="Times New Roman" w:hAnsi="Times New Roman" w:eastAsia="Times New Roman"/>
          <w:b w:val="0"/>
          <w:color w:val="000000"/>
          <w:spacing w:val="92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estatutários</w:t>
      </w:r>
      <w:r>
        <w:rPr>
          <w:rFonts w:ascii="Times New Roman" w:hAnsi="Times New Roman" w:eastAsia="Times New Roman"/>
          <w:b w:val="0"/>
          <w:color w:val="000000"/>
          <w:spacing w:val="132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e</w:t>
      </w:r>
    </w:p>
    <w:tbl>
      <w:tblPr>
        <w:tblW w:type="auto" w:w="0"/>
        <w:tblInd w:type="dxa" w:w="100"/>
        <w:tblLayout w:type="fixed"/>
        <w:tblLook w:firstColumn="1" w:firstRow="1" w:lastColumn="0" w:lastRow="0" w:noHBand="0" w:noVBand="1" w:val="04A0"/>
      </w:tblPr>
      <w:tblGrid>
        <w:gridCol w:w="3760"/>
        <w:gridCol w:w="3760"/>
        <w:gridCol w:w="3760"/>
      </w:tblGrid>
      <w:tr>
        <w:trPr>
          <w:trHeight w:hRule="exact" w:val="360"/>
        </w:trPr>
        <w:tc>
          <w:tcPr>
            <w:tcW w:type="dxa" w:w="245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10" w:lineRule="exact" w:before="675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1"/>
              </w:rPr>
              <w:t>-'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5"/>
                <w:sz w:val="1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1"/>
              </w:rPr>
              <w:t>''-;</w:t>
            </w:r>
          </w:p>
        </w:tc>
        <w:tc>
          <w:tcPr>
            <w:tcW w:type="dxa" w:w="10876"/>
            <w:gridSpan w:val="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60" w:lineRule="exact" w:before="0" w:after="0"/>
              <w:ind w:left="3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foi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5"/>
                <w:sz w:val="36"/>
              </w:rPr>
              <w:t>a«ixadon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9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sede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se«ilal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dia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20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Março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2022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.,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na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Avenida</w:t>
            </w:r>
          </w:p>
        </w:tc>
      </w:tr>
      <w:tr>
        <w:trPr>
          <w:trHeight w:hRule="exact" w:val="380"/>
        </w:trPr>
        <w:tc>
          <w:tcPr>
            <w:tcW w:type="dxa" w:w="3760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4266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60" w:lineRule="exact" w:before="0" w:after="0"/>
              <w:ind w:left="7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pacing w:val="-47"/>
                <w:sz w:val="36"/>
              </w:rPr>
              <w:t>AnimaG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arlbaldi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67"/>
                <w:sz w:val="36"/>
              </w:rPr>
              <w:t>NO1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32</w:t>
            </w:r>
          </w:p>
        </w:tc>
        <w:tc>
          <w:tcPr>
            <w:tcW w:type="dxa" w:w="6610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60" w:lineRule="exact" w:before="0" w:after="0"/>
              <w:ind w:left="39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rro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Bonsueesso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81"/>
                <w:sz w:val="36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79"/>
                <w:sz w:val="36"/>
              </w:rPr>
              <w:t>C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9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ep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07179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800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61"/>
                <w:sz w:val="36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39"/>
                <w:sz w:val="36"/>
              </w:rPr>
              <w:t>n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9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a</w:t>
            </w:r>
          </w:p>
        </w:tc>
      </w:tr>
      <w:tr>
        <w:trPr>
          <w:trHeight w:hRule="exact" w:val="380"/>
        </w:trPr>
        <w:tc>
          <w:tcPr>
            <w:tcW w:type="dxa" w:w="3760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0876"/>
            <w:gridSpan w:val="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60" w:lineRule="exact" w:before="20" w:after="0"/>
              <w:ind w:left="9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pacing w:val="-29"/>
                <w:sz w:val="36"/>
              </w:rPr>
              <w:t>Cidaded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Guarulhos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9"/>
                <w:sz w:val="36"/>
              </w:rPr>
              <w:t>Estadod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1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São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Paulo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,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em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legal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visível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que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a</w:t>
            </w:r>
          </w:p>
        </w:tc>
      </w:tr>
    </w:tbl>
    <w:p>
      <w:pPr>
        <w:widowControl/>
        <w:wordWrap w:val="0"/>
        <w:autoSpaceDE w:val="0"/>
        <w:autoSpaceDN w:val="0"/>
        <w:spacing w:line="340" w:lineRule="exact" w:before="55" w:after="840"/>
        <w:ind w:left="4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assembleia</w:t>
      </w:r>
      <w:r>
        <w:rPr>
          <w:rFonts w:ascii="Times New Roman" w:hAnsi="Times New Roman" w:eastAsia="Times New Roman"/>
          <w:b w:val="0"/>
          <w:color w:val="000000"/>
          <w:spacing w:val="1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realizou</w:t>
      </w:r>
      <w:r>
        <w:rPr>
          <w:rFonts w:ascii="Arial" w:hAnsi="Arial" w:eastAsia="Arial"/>
          <w:b w:val="0"/>
          <w:i w:val="0"/>
          <w:color w:val="000000"/>
          <w:sz w:val="34"/>
        </w:rPr>
        <w:t>-</w:t>
      </w:r>
      <w:r>
        <w:rPr>
          <w:rFonts w:ascii="Arial" w:hAnsi="Arial" w:eastAsia="Arial"/>
          <w:b w:val="0"/>
          <w:i w:val="0"/>
          <w:color w:val="000000"/>
          <w:sz w:val="34"/>
        </w:rPr>
        <w:t>se</w:t>
      </w:r>
      <w:r>
        <w:rPr>
          <w:rFonts w:ascii="Times New Roman" w:hAnsi="Times New Roman" w:eastAsia="Times New Roman"/>
          <w:b w:val="0"/>
          <w:color w:val="000000"/>
          <w:spacing w:val="-8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respeitando</w:t>
      </w:r>
      <w:r>
        <w:rPr>
          <w:rFonts w:ascii="Times New Roman" w:hAnsi="Times New Roman" w:eastAsia="Times New Roman"/>
          <w:b w:val="0"/>
          <w:color w:val="000000"/>
          <w:spacing w:val="19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o</w:t>
      </w:r>
      <w:r>
        <w:rPr>
          <w:rFonts w:ascii="Times New Roman" w:hAnsi="Times New Roman" w:eastAsia="Times New Roman"/>
          <w:b w:val="0"/>
          <w:color w:val="000000"/>
          <w:spacing w:val="2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quórum</w:t>
      </w:r>
      <w:r>
        <w:rPr>
          <w:rFonts w:ascii="Times New Roman" w:hAnsi="Times New Roman" w:eastAsia="Times New Roman"/>
          <w:b w:val="0"/>
          <w:color w:val="000000"/>
          <w:spacing w:val="22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previsto</w:t>
      </w:r>
      <w:r>
        <w:rPr>
          <w:rFonts w:ascii="Times New Roman" w:hAnsi="Times New Roman" w:eastAsia="Times New Roman"/>
          <w:b w:val="0"/>
          <w:color w:val="000000"/>
          <w:spacing w:val="45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para</w:t>
      </w:r>
      <w:r>
        <w:rPr>
          <w:rFonts w:ascii="Times New Roman" w:hAnsi="Times New Roman" w:eastAsia="Times New Roman"/>
          <w:b w:val="0"/>
          <w:color w:val="000000"/>
          <w:spacing w:val="15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o</w:t>
      </w:r>
      <w:r>
        <w:rPr>
          <w:rFonts w:ascii="Times New Roman" w:hAnsi="Times New Roman" w:eastAsia="Times New Roman"/>
          <w:b w:val="0"/>
          <w:color w:val="000000"/>
          <w:spacing w:val="4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caso</w:t>
      </w:r>
      <w:r>
        <w:rPr>
          <w:rFonts w:ascii="Times New Roman" w:hAnsi="Times New Roman" w:eastAsia="Times New Roman"/>
          <w:b w:val="0"/>
          <w:color w:val="000000"/>
          <w:spacing w:val="17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em</w:t>
      </w:r>
    </w:p>
    <w:p>
      <w:pPr>
        <w:widowControl/>
        <w:wordWrap w:val="0"/>
        <w:autoSpaceDE w:val="0"/>
        <w:autoSpaceDN w:val="0"/>
        <w:spacing w:line="340" w:lineRule="exact" w:before="1680" w:after="1378"/>
        <w:ind w:left="8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N</w:t>
      </w:r>
      <w:r>
        <w:rPr>
          <w:rFonts w:ascii="Arial" w:hAnsi="Arial" w:eastAsia="Arial"/>
          <w:b w:val="0"/>
          <w:i w:val="0"/>
          <w:color w:val="000000"/>
          <w:spacing w:val="-10"/>
          <w:sz w:val="34"/>
        </w:rPr>
        <w:t>'</w:t>
      </w:r>
      <w:r>
        <w:rPr>
          <w:rFonts w:ascii="Arial" w:hAnsi="Arial" w:eastAsia="Arial"/>
          <w:b w:val="0"/>
          <w:i w:val="0"/>
          <w:color w:val="000000"/>
          <w:spacing w:val="-179"/>
          <w:sz w:val="34"/>
        </w:rPr>
        <w:t>3</w:t>
      </w:r>
      <w:r>
        <w:rPr>
          <w:rFonts w:ascii="Times New Roman" w:hAnsi="Times New Roman" w:eastAsia="Times New Roman"/>
          <w:b w:val="0"/>
          <w:color w:val="000000"/>
          <w:spacing w:val="165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2</w:t>
      </w:r>
      <w:r>
        <w:rPr>
          <w:rFonts w:ascii="Times New Roman" w:hAnsi="Times New Roman" w:eastAsia="Times New Roman"/>
          <w:b w:val="0"/>
          <w:color w:val="000000"/>
          <w:spacing w:val="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2</w:t>
      </w:r>
      <w:r>
        <w:rPr>
          <w:rFonts w:ascii="Arial" w:hAnsi="Arial" w:eastAsia="Arial"/>
          <w:b w:val="0"/>
          <w:i w:val="0"/>
          <w:color w:val="000000"/>
          <w:sz w:val="34"/>
        </w:rPr>
        <w:t>7</w:t>
      </w:r>
      <w:r>
        <w:rPr>
          <w:rFonts w:ascii="Times New Roman" w:hAnsi="Times New Roman" w:eastAsia="Times New Roman"/>
          <w:b w:val="0"/>
          <w:color w:val="000000"/>
          <w:spacing w:val="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4</w:t>
      </w:r>
    </w:p>
    <w:p>
      <w:pPr>
        <w:widowControl/>
        <w:wordWrap w:val="0"/>
        <w:autoSpaceDE w:val="0"/>
        <w:autoSpaceDN w:val="0"/>
        <w:spacing w:line="14" w:lineRule="exact" w:before="2742" w:after="0"/>
        <w:ind w:left="0" w:right="0"/>
      </w:pPr>
    </w:p>
    <w:tbl>
      <w:tblPr>
        <w:tblW w:type="auto" w:w="0"/>
        <w:tblInd w:type="dxa" w:w="2960"/>
        <w:tblLayout w:type="fixed"/>
        <w:tblLook w:firstColumn="1" w:firstRow="1" w:lastColumn="0" w:lastRow="0" w:noHBand="0" w:noVBand="1" w:val="04A0"/>
      </w:tblPr>
      <w:tblGrid>
        <w:gridCol w:w="5639"/>
        <w:gridCol w:w="5639"/>
      </w:tblGrid>
      <w:tr>
        <w:trPr>
          <w:trHeight w:hRule="exact" w:val="213"/>
        </w:trPr>
        <w:tc>
          <w:tcPr>
            <w:tcW w:type="dxa" w:w="50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40" w:lineRule="exact" w:before="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F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"/>
                <w:sz w:val="1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(</w:t>
            </w:r>
          </w:p>
        </w:tc>
        <w:tc>
          <w:tcPr>
            <w:tcW w:type="dxa" w:w="655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40" w:lineRule="exact" w:before="0" w:after="0"/>
              <w:ind w:left="25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')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2"/>
                <w:sz w:val="1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..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4"/>
              </w:rPr>
              <w:t>2</w:t>
            </w:r>
          </w:p>
        </w:tc>
      </w:tr>
    </w:tbl>
    <w:p>
      <w:pPr>
        <w:widowControl/>
        <w:wordWrap w:val="0"/>
        <w:autoSpaceDE w:val="0"/>
        <w:autoSpaceDN w:val="0"/>
        <w:spacing w:line="14" w:lineRule="exact" w:before="0" w:after="0"/>
        <w:ind w:left="0" w:right="0"/>
      </w:pPr>
    </w:p>
    <w:p>
      <w:pPr>
        <w:spacing w:after="0"/>
        <w:sectPr>
          <w:pgSz w:w="11920" w:h="16820"/>
          <w:pgMar w:top="0" w:right="361" w:bottom="588" w:left="280" w:header="720" w:footer="720" w:gutter="0"/>
          <w:cols w:space="720" w:num="1" w:equalWidth="0">
            <w:col w:w="11279" w:space="0"/>
            <w:col w:w="538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83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wrapNone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/>
                  </pic:spPr>
                </pic:pic>
              </a:graphicData>
            </a:graphic>
          </wp:anchor>
        </w:drawing>
      </w:r>
      <w:r>
        <w:pict>
          <v:shape path="m,l,1000r1000,l1000,xe" filled="f" stroked="f" style="margin-left:20.0pt;margin-top:437.13pt;width:520.24pt;height:20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8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',@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6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©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©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;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W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$@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8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24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®Ag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@&amp;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©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$,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4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ã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$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ã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6"/>
                      <w:sz w:val="2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8"/>
                    </w:rPr>
                    <w:t>: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8"/>
                    </w:rPr>
                    <w:t>dasl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8"/>
                    </w:rPr>
                    <w:t>;$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8"/>
                    </w:rPr>
                    <w:t>óéÊé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8"/>
                    </w:rPr>
                    <w:t>@@@@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50"/>
                      <w:sz w:val="3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@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47"/>
                      <w:sz w:val="27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&amp;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ã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$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©©l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8"/>
                      <w:sz w:val="3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$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6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60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: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Âm8g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18.0pt;margin-top:423.26pt;width:121.21pt;height:16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-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35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~:;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A8é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mb8eêã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121.0pt;margin-top:423.26pt;width:64.23pt;height:16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ó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tóü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3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@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204.0pt;margin-top:423.26pt;width:71.7pt;height:16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@@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8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ó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264.0pt;margin-top:423.26pt;width:115.83pt;height:16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â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78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8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ãóg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@@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ã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8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1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$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61.0pt;margin-top:423.26pt;width:9.34pt;height:16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ã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406.0pt;margin-top:423.26pt;width:125.67pt;height:16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F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@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3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aB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'@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asgm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512.0pt;margin-top:423.26pt;width:55.01pt;height:16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Ég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238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Õã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4.0pt;margin-top:407.48pt;width:536.9pt;height:17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2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Instituição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,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22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Eleição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22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30"/>
                      <w:sz w:val="32"/>
                    </w:rPr>
                    <w:t>Possed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69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4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Novo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33"/>
                      <w:sz w:val="32"/>
                    </w:rPr>
                    <w:t>QuadroD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24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iretlvo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42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Flseal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da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4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Instituiçãol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32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4.0pt;margin-top:486.13pt;width:20.29pt;height:20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8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@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75.0pt;margin-top:486.13pt;width:495.65pt;height:20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8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$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6"/>
                      <w:sz w:val="34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4"/>
                    </w:rPr>
                    <w:t>d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203"/>
                      <w:sz w:val="27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ã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00"/>
                      <w:sz w:val="2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8"/>
                    </w:rPr>
                    <w:t>dêié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31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ã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92"/>
                      <w:sz w:val="3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6"/>
                    </w:rPr>
                    <w:t>;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12"/>
                      <w:sz w:val="27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ó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65"/>
                      <w:sz w:val="26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;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é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ühà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#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i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6"/>
                    </w:rPr>
                    <w:t>;@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2"/>
                      <w:sz w:val="2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2"/>
                    </w:rPr>
                    <w:t>ê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2"/>
                    </w:rPr>
                    <w:t>@%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2"/>
                    </w:rPr>
                    <w:t>g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2"/>
                    </w:rPr>
                    <w:t>@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62"/>
                      <w:sz w:val="3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@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74"/>
                      <w:sz w:val="24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4"/>
                    </w:rPr>
                    <w:t>gZ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4"/>
                    </w:rPr>
                    <w:t>%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4"/>
                    </w:rPr>
                    <w:t>U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7"/>
                      <w:sz w:val="24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4"/>
                    </w:rPr>
                    <w:t>á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4"/>
                    </w:rPr>
                    <w:t>#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4"/>
                    </w:rPr>
                    <w:t>y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4"/>
                    </w:rPr>
                    <w:t>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4"/>
                    </w:rPr>
                    <w:t>E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4"/>
                    </w:rPr>
                    <w:t>$;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13"/>
                      <w:sz w:val="25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5"/>
                    </w:rPr>
                    <w:t>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5"/>
                    </w:rPr>
                    <w:t>$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5"/>
                    </w:rPr>
                    <w:t>Bgbmm©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5"/>
                    </w:rPr>
                    <w:t>;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5"/>
                    </w:rPr>
                    <w:t>dispa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i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#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êV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9"/>
                    </w:rPr>
                    <w:t>@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4.0pt;margin-top:471.48pt;width:75.69pt;height:17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2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EDIL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.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SON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99.0pt;margin-top:471.48pt;width:476.81pt;height:17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2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CEARÁ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71"/>
                      <w:sz w:val="32"/>
                    </w:rPr>
                    <w:t>,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142"/>
                      <w:sz w:val="32"/>
                    </w:rPr>
                    <w:t>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62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ntre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25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outros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,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2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EM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ATO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20"/>
                      <w:sz w:val="32"/>
                    </w:rPr>
                    <w:t>CONTINUOd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eu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-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se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inicio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31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aos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4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trabalhos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562.0pt;margin-top:653.44pt;width:14.7pt;height:14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7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@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4.0pt;margin-top:624.66pt;width:537.48pt;height:15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9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vigente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,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32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6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Senhor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27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Presidente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,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declarou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5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regulamnonte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Instalada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1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14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Assembleia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9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Geral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5.0pt;margin-top:638.48pt;width:285.9pt;height:17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2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em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23"/>
                      <w:sz w:val="21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1"/>
                    </w:rPr>
                    <w:t>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1"/>
                    </w:rPr>
                    <w:t>Éendêm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1"/>
                    </w:rPr>
                    <w:t>@@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1"/>
                    </w:rPr>
                    <w:t>ÉÕ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à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;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84"/>
                      <w:sz w:val="23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3"/>
                    </w:rPr>
                    <w:t>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3"/>
                    </w:rPr>
                    <w:t>áÉ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3"/>
                    </w:rPr>
                    <w:t>@:;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3"/>
                    </w:rPr>
                    <w:t>d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11"/>
                      <w:sz w:val="27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: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ã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$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,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20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ó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42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&amp;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8à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9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ê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56.0pt;margin-top:638.48pt;width:206.1pt;height:17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2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bf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81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asgü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69"/>
                      <w:sz w:val="31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1"/>
                    </w:rPr>
                    <w:t>ç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225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sdõs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84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m©m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&amp;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ó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05"/>
                      <w:sz w:val="14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4"/>
                    </w:rPr>
                    <w:t>@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0.0pt;margin-top:596.04pt;width:1.69pt;height:3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5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5"/>
                    </w:rPr>
                    <w:t>\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4.0pt;margin-top:657.26pt;width:523.67pt;height:16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ent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[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dade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.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4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e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,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35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em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20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seguida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6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]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á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46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eonhee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]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2"/>
                      <w:sz w:val="30"/>
                    </w:rPr>
                    <w:t>dosos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40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eand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]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datos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28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conforme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6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pauta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26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do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23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Dla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5.0pt;margin-top:690.66pt;width:535.64pt;height:15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9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seguido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16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da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3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contagem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6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dos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8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votos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26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presenelada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16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por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100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todos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10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os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13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presentes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14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e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18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18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resultado</w:t>
                  </w:r>
                </w:p>
              </w:txbxContent>
            </v:textbox>
            <w10:wrap type="none"/>
          </v:shape>
        </w:pict>
      </w:r>
    </w:p>
    <w:p>
      <w:pPr>
        <w:widowControl/>
        <w:wordWrap w:val="0"/>
        <w:autoSpaceDE w:val="0"/>
        <w:autoSpaceDN w:val="0"/>
        <w:spacing w:line="670" w:lineRule="exact" w:before="194" w:after="23"/>
        <w:ind w:left="94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67"/>
        </w:rPr>
        <w:t>r</w:t>
      </w:r>
      <w:r>
        <w:rPr>
          <w:rFonts w:ascii="Arial" w:hAnsi="Arial" w:eastAsia="Arial"/>
          <w:b w:val="0"/>
          <w:i w:val="0"/>
          <w:color w:val="000000"/>
          <w:sz w:val="67"/>
        </w:rPr>
        <w:t>''</w:t>
      </w:r>
      <w:r>
        <w:rPr>
          <w:rFonts w:ascii="Times New Roman" w:hAnsi="Times New Roman" w:eastAsia="Times New Roman"/>
          <w:b w:val="0"/>
          <w:color w:val="000000"/>
          <w:spacing w:val="213"/>
          <w:sz w:val="6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67"/>
        </w:rPr>
        <w:t>t</w:t>
      </w:r>
      <w:r>
        <w:rPr>
          <w:rFonts w:ascii="Arial" w:hAnsi="Arial" w:eastAsia="Arial"/>
          <w:b w:val="0"/>
          <w:i w:val="0"/>
          <w:color w:val="000000"/>
          <w:sz w:val="67"/>
        </w:rPr>
        <w:t>:</w:t>
      </w:r>
      <w:r>
        <w:rPr>
          <w:rFonts w:ascii="Arial" w:hAnsi="Arial" w:eastAsia="Arial"/>
          <w:b w:val="0"/>
          <w:i w:val="0"/>
          <w:color w:val="000000"/>
          <w:sz w:val="67"/>
        </w:rPr>
        <w:t>li</w:t>
      </w:r>
      <w:r>
        <w:rPr>
          <w:rFonts w:ascii="Arial" w:hAnsi="Arial" w:eastAsia="Arial"/>
          <w:b w:val="0"/>
          <w:i w:val="0"/>
          <w:color w:val="000000"/>
          <w:spacing w:val="-62"/>
          <w:sz w:val="67"/>
        </w:rPr>
        <w:t>".-</w:t>
      </w:r>
    </w:p>
    <w:p>
      <w:pPr>
        <w:widowControl/>
        <w:wordWrap w:val="0"/>
        <w:autoSpaceDE w:val="0"/>
        <w:autoSpaceDN w:val="0"/>
        <w:spacing w:line="14" w:lineRule="exact" w:before="32" w:after="0"/>
        <w:ind w:left="0" w:right="0"/>
      </w:pPr>
    </w:p>
    <w:tbl>
      <w:tblPr>
        <w:tblW w:type="auto" w:w="0"/>
        <w:tblInd w:type="dxa" w:w="1240"/>
        <w:tblLayout w:type="fixed"/>
        <w:tblLook w:firstColumn="1" w:firstRow="1" w:lastColumn="0" w:lastRow="0" w:noHBand="0" w:noVBand="1" w:val="04A0"/>
      </w:tblPr>
      <w:tblGrid>
        <w:gridCol w:w="5828"/>
        <w:gridCol w:w="5828"/>
      </w:tblGrid>
      <w:tr>
        <w:trPr>
          <w:trHeight w:hRule="exact" w:val="694"/>
        </w:trPr>
        <w:tc>
          <w:tcPr>
            <w:tcW w:type="dxa" w:w="106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70" w:lineRule="exact" w:before="19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ONG</w:t>
            </w:r>
          </w:p>
        </w:tc>
        <w:tc>
          <w:tcPr>
            <w:tcW w:type="dxa" w:w="8049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420" w:lineRule="exact" w:before="0" w:after="0"/>
              <w:ind w:left="19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40"/>
              </w:rPr>
              <w:t>INSTITUTO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1"/>
                <w:sz w:val="3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4"/>
                <w:sz w:val="4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1"/>
              </w:rPr>
              <w:t>CIDADANIA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3"/>
                <w:sz w:val="4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2"/>
              </w:rPr>
              <w:t>PORTELINlIA</w:t>
            </w:r>
          </w:p>
          <w:p>
            <w:pPr>
              <w:widowControl/>
              <w:wordWrap w:val="0"/>
              <w:autoSpaceDE w:val="0"/>
              <w:autoSpaceDN w:val="0"/>
              <w:spacing w:line="274" w:lineRule="exact" w:before="0" w:after="0"/>
              <w:ind w:left="65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©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@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©ásálsêldn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pàie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54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N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3"/>
                <w:sz w:val="2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@$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@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2"/>
                <w:sz w:val="2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Ag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6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&amp;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7"/>
                <w:sz w:val="2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$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2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eã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8"/>
                <w:sz w:val="2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©NGGÂ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E</w:t>
            </w:r>
          </w:p>
        </w:tc>
      </w:tr>
    </w:tbl>
    <w:p>
      <w:pPr>
        <w:widowControl/>
        <w:wordWrap w:val="0"/>
        <w:autoSpaceDE w:val="0"/>
        <w:autoSpaceDN w:val="0"/>
        <w:spacing w:line="290" w:lineRule="exact" w:before="48" w:after="448"/>
        <w:ind w:left="24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Cel</w:t>
      </w:r>
      <w:r>
        <w:rPr>
          <w:rFonts w:ascii="Arial" w:hAnsi="Arial" w:eastAsia="Arial"/>
          <w:b w:val="0"/>
          <w:i w:val="0"/>
          <w:color w:val="000000"/>
          <w:sz w:val="29"/>
        </w:rPr>
        <w:t>.</w:t>
      </w:r>
      <w:r>
        <w:rPr>
          <w:rFonts w:ascii="Times New Roman" w:hAnsi="Times New Roman" w:eastAsia="Times New Roman"/>
          <w:b w:val="0"/>
          <w:color w:val="000000"/>
          <w:spacing w:val="-8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11</w:t>
      </w:r>
      <w:r>
        <w:rPr>
          <w:rFonts w:ascii="Arial" w:hAnsi="Arial" w:eastAsia="Arial"/>
          <w:b w:val="0"/>
          <w:i w:val="0"/>
          <w:color w:val="000000"/>
          <w:sz w:val="29"/>
        </w:rPr>
        <w:t>-</w:t>
      </w:r>
      <w:r>
        <w:rPr>
          <w:rFonts w:ascii="Arial" w:hAnsi="Arial" w:eastAsia="Arial"/>
          <w:b w:val="0"/>
          <w:i w:val="0"/>
          <w:color w:val="000000"/>
          <w:sz w:val="29"/>
        </w:rPr>
        <w:t>96136</w:t>
      </w:r>
      <w:r>
        <w:rPr>
          <w:rFonts w:ascii="Arial" w:hAnsi="Arial" w:eastAsia="Arial"/>
          <w:b w:val="0"/>
          <w:i w:val="0"/>
          <w:color w:val="000000"/>
          <w:sz w:val="29"/>
        </w:rPr>
        <w:t>-</w:t>
      </w:r>
      <w:r>
        <w:rPr>
          <w:rFonts w:ascii="Arial" w:hAnsi="Arial" w:eastAsia="Arial"/>
          <w:b w:val="0"/>
          <w:i w:val="0"/>
          <w:color w:val="000000"/>
          <w:spacing w:val="-7"/>
          <w:sz w:val="29"/>
        </w:rPr>
        <w:t>1796</w:t>
      </w:r>
      <w:r>
        <w:rPr>
          <w:rFonts w:ascii="Arial" w:hAnsi="Arial" w:eastAsia="Arial"/>
          <w:b w:val="0"/>
          <w:i w:val="0"/>
          <w:color w:val="000000"/>
          <w:spacing w:val="-69"/>
          <w:sz w:val="29"/>
        </w:rPr>
        <w:t>-</w:t>
      </w:r>
      <w:r>
        <w:rPr>
          <w:rFonts w:ascii="Times New Roman" w:hAnsi="Times New Roman" w:eastAsia="Times New Roman"/>
          <w:b w:val="0"/>
          <w:color w:val="000000"/>
          <w:spacing w:val="-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11</w:t>
      </w:r>
      <w:r>
        <w:rPr>
          <w:rFonts w:ascii="Arial" w:hAnsi="Arial" w:eastAsia="Arial"/>
          <w:b w:val="0"/>
          <w:i w:val="0"/>
          <w:color w:val="000000"/>
          <w:sz w:val="29"/>
        </w:rPr>
        <w:t>-</w:t>
      </w:r>
      <w:r>
        <w:rPr>
          <w:rFonts w:ascii="Arial" w:hAnsi="Arial" w:eastAsia="Arial"/>
          <w:b w:val="0"/>
          <w:i w:val="0"/>
          <w:color w:val="000000"/>
          <w:sz w:val="29"/>
        </w:rPr>
        <w:t>98602</w:t>
      </w:r>
      <w:r>
        <w:rPr>
          <w:rFonts w:ascii="Arial" w:hAnsi="Arial" w:eastAsia="Arial"/>
          <w:b w:val="0"/>
          <w:i w:val="0"/>
          <w:color w:val="000000"/>
          <w:sz w:val="29"/>
        </w:rPr>
        <w:t>-</w:t>
      </w:r>
      <w:r>
        <w:rPr>
          <w:rFonts w:ascii="Arial" w:hAnsi="Arial" w:eastAsia="Arial"/>
          <w:b w:val="0"/>
          <w:i w:val="0"/>
          <w:color w:val="000000"/>
          <w:sz w:val="29"/>
        </w:rPr>
        <w:t>9746</w:t>
      </w:r>
      <w:r>
        <w:rPr>
          <w:rFonts w:ascii="Times New Roman" w:hAnsi="Times New Roman" w:eastAsia="Times New Roman"/>
          <w:b w:val="0"/>
          <w:color w:val="000000"/>
          <w:spacing w:val="0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-</w:t>
      </w:r>
      <w:r>
        <w:rPr>
          <w:rFonts w:ascii="Times New Roman" w:hAnsi="Times New Roman" w:eastAsia="Times New Roman"/>
          <w:b w:val="0"/>
          <w:color w:val="000000"/>
          <w:spacing w:val="-9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cel</w:t>
      </w:r>
      <w:r>
        <w:rPr>
          <w:rFonts w:ascii="Arial" w:hAnsi="Arial" w:eastAsia="Arial"/>
          <w:b w:val="0"/>
          <w:i w:val="0"/>
          <w:color w:val="000000"/>
          <w:sz w:val="29"/>
        </w:rPr>
        <w:t>.</w:t>
      </w:r>
      <w:r>
        <w:rPr>
          <w:rFonts w:ascii="Times New Roman" w:hAnsi="Times New Roman" w:eastAsia="Times New Roman"/>
          <w:b w:val="0"/>
          <w:color w:val="000000"/>
          <w:spacing w:val="-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4"/>
          <w:sz w:val="29"/>
        </w:rPr>
        <w:t>971561019</w:t>
      </w:r>
      <w:r>
        <w:rPr>
          <w:rFonts w:ascii="Arial" w:hAnsi="Arial" w:eastAsia="Arial"/>
          <w:b w:val="0"/>
          <w:i w:val="0"/>
          <w:color w:val="000000"/>
          <w:spacing w:val="-65"/>
          <w:sz w:val="29"/>
        </w:rPr>
        <w:t>-</w:t>
      </w:r>
      <w:r>
        <w:rPr>
          <w:rFonts w:ascii="Times New Roman" w:hAnsi="Times New Roman" w:eastAsia="Times New Roman"/>
          <w:b w:val="0"/>
          <w:color w:val="000000"/>
          <w:spacing w:val="11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Whtsapp</w:t>
      </w:r>
    </w:p>
    <w:p>
      <w:pPr>
        <w:widowControl/>
        <w:wordWrap w:val="0"/>
        <w:autoSpaceDE w:val="0"/>
        <w:autoSpaceDN w:val="0"/>
        <w:spacing w:line="14" w:lineRule="exact" w:before="882" w:after="0"/>
        <w:ind w:left="0" w:right="0"/>
      </w:pPr>
    </w:p>
    <w:tbl>
      <w:tblPr>
        <w:tblW w:type="auto" w:w="0"/>
        <w:tblInd w:type="dxa" w:w="1920"/>
        <w:tblLayout w:type="fixed"/>
        <w:tblLook w:firstColumn="1" w:firstRow="1" w:lastColumn="0" w:lastRow="0" w:noHBand="0" w:noVBand="1" w:val="04A0"/>
      </w:tblPr>
      <w:tblGrid>
        <w:gridCol w:w="5828"/>
        <w:gridCol w:w="5828"/>
      </w:tblGrid>
      <w:tr>
        <w:trPr>
          <w:trHeight w:hRule="exact" w:val="423"/>
        </w:trPr>
        <w:tc>
          <w:tcPr>
            <w:tcW w:type="dxa" w:w="1319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80" w:lineRule="exact" w:before="43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8"/>
              </w:rPr>
              <w:t>AS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8"/>
              </w:rPr>
              <w:t>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8"/>
              </w:rPr>
              <w:t>EI</w:t>
            </w:r>
          </w:p>
        </w:tc>
        <w:tc>
          <w:tcPr>
            <w:tcW w:type="dxa" w:w="639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410" w:lineRule="exact" w:before="0" w:after="0"/>
              <w:ind w:left="221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41"/>
              </w:rPr>
              <w:t>}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1"/>
              </w:rPr>
              <w:t>l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1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1"/>
              </w:rPr>
              <w:t>EIAGERALEXTRAORDINÁRIA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1"/>
              </w:rPr>
              <w:t>:</w:t>
            </w:r>
          </w:p>
        </w:tc>
      </w:tr>
    </w:tbl>
    <w:p>
      <w:pPr>
        <w:widowControl/>
        <w:wordWrap w:val="0"/>
        <w:autoSpaceDE w:val="0"/>
        <w:autoSpaceDN w:val="0"/>
        <w:spacing w:line="200" w:lineRule="exact" w:before="621" w:after="64"/>
        <w:ind w:left="23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0"/>
        </w:rPr>
        <w:t>Aêad</w:t>
      </w:r>
      <w:r>
        <w:rPr>
          <w:rFonts w:ascii="Times New Roman" w:hAnsi="Times New Roman" w:eastAsia="Times New Roman"/>
          <w:b w:val="0"/>
          <w:color w:val="000000"/>
          <w:spacing w:val="643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eu</w:t>
      </w:r>
      <w:r>
        <w:rPr>
          <w:rFonts w:ascii="Arial" w:hAnsi="Arial" w:eastAsia="Arial"/>
          <w:b w:val="0"/>
          <w:i w:val="0"/>
          <w:color w:val="000000"/>
          <w:sz w:val="20"/>
        </w:rPr>
        <w:t>$</w:t>
      </w:r>
      <w:r>
        <w:rPr>
          <w:rFonts w:ascii="Arial" w:hAnsi="Arial" w:eastAsia="Arial"/>
          <w:b w:val="0"/>
          <w:i w:val="0"/>
          <w:color w:val="000000"/>
          <w:sz w:val="20"/>
        </w:rPr>
        <w:t>ã</w:t>
      </w:r>
      <w:r>
        <w:rPr>
          <w:rFonts w:ascii="Arial" w:hAnsi="Arial" w:eastAsia="Arial"/>
          <w:b w:val="0"/>
          <w:i w:val="0"/>
          <w:color w:val="000000"/>
          <w:sz w:val="20"/>
        </w:rPr>
        <w:t>:@;</w:t>
      </w:r>
      <w:r>
        <w:rPr>
          <w:rFonts w:ascii="Arial" w:hAnsi="Arial" w:eastAsia="Arial"/>
          <w:b w:val="0"/>
          <w:i w:val="0"/>
          <w:color w:val="000000"/>
          <w:sz w:val="20"/>
        </w:rPr>
        <w:t>Â</w:t>
      </w:r>
      <w:r>
        <w:rPr>
          <w:rFonts w:ascii="Times New Roman" w:hAnsi="Times New Roman" w:eastAsia="Times New Roman"/>
          <w:b w:val="0"/>
          <w:color w:val="000000"/>
          <w:spacing w:val="1278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bêê</w:t>
      </w:r>
      <w:r>
        <w:rPr>
          <w:rFonts w:ascii="Times New Roman" w:hAnsi="Times New Roman" w:eastAsia="Times New Roman"/>
          <w:b w:val="0"/>
          <w:color w:val="000000"/>
          <w:spacing w:val="776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,</w:t>
      </w:r>
      <w:r>
        <w:rPr>
          <w:rFonts w:ascii="Arial" w:hAnsi="Arial" w:eastAsia="Arial"/>
          <w:b w:val="0"/>
          <w:i w:val="0"/>
          <w:color w:val="000000"/>
          <w:sz w:val="20"/>
        </w:rPr>
        <w:t>g</w:t>
      </w:r>
      <w:r>
        <w:rPr>
          <w:rFonts w:ascii="Arial" w:hAnsi="Arial" w:eastAsia="Arial"/>
          <w:b w:val="0"/>
          <w:i w:val="0"/>
          <w:color w:val="000000"/>
          <w:sz w:val="20"/>
        </w:rPr>
        <w:t>;$@</w:t>
      </w:r>
      <w:r>
        <w:rPr>
          <w:rFonts w:ascii="Times New Roman" w:hAnsi="Times New Roman" w:eastAsia="Times New Roman"/>
          <w:b w:val="0"/>
          <w:color w:val="000000"/>
          <w:spacing w:val="733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@!</w:t>
      </w:r>
      <w:r>
        <w:rPr>
          <w:rFonts w:ascii="Arial" w:hAnsi="Arial" w:eastAsia="Arial"/>
          <w:b w:val="0"/>
          <w:i w:val="0"/>
          <w:color w:val="000000"/>
          <w:sz w:val="20"/>
        </w:rPr>
        <w:t>á</w:t>
      </w:r>
      <w:r>
        <w:rPr>
          <w:rFonts w:ascii="Arial" w:hAnsi="Arial" w:eastAsia="Arial"/>
          <w:b w:val="0"/>
          <w:i w:val="0"/>
          <w:color w:val="000000"/>
          <w:sz w:val="20"/>
        </w:rPr>
        <w:t>@@</w:t>
      </w:r>
      <w:r>
        <w:rPr>
          <w:rFonts w:ascii="Times New Roman" w:hAnsi="Times New Roman" w:eastAsia="Times New Roman"/>
          <w:b w:val="0"/>
          <w:color w:val="000000"/>
          <w:spacing w:val="71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a</w:t>
      </w:r>
      <w:r>
        <w:rPr>
          <w:rFonts w:ascii="Arial" w:hAnsi="Arial" w:eastAsia="Arial"/>
          <w:b w:val="0"/>
          <w:i w:val="0"/>
          <w:color w:val="000000"/>
          <w:sz w:val="20"/>
        </w:rPr>
        <w:t>$</w:t>
      </w:r>
      <w:r>
        <w:rPr>
          <w:rFonts w:ascii="Times New Roman" w:hAnsi="Times New Roman" w:eastAsia="Times New Roman"/>
          <w:b w:val="0"/>
          <w:color w:val="000000"/>
          <w:spacing w:val="488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Ê</w:t>
      </w:r>
      <w:r>
        <w:rPr>
          <w:rFonts w:ascii="Arial" w:hAnsi="Arial" w:eastAsia="Arial"/>
          <w:b w:val="0"/>
          <w:i w:val="0"/>
          <w:color w:val="000000"/>
          <w:sz w:val="20"/>
        </w:rPr>
        <w:t>@</w:t>
      </w:r>
      <w:r>
        <w:rPr>
          <w:rFonts w:ascii="Arial" w:hAnsi="Arial" w:eastAsia="Arial"/>
          <w:b w:val="0"/>
          <w:i w:val="0"/>
          <w:color w:val="000000"/>
          <w:sz w:val="20"/>
        </w:rPr>
        <w:t>das</w:t>
      </w:r>
    </w:p>
    <w:p>
      <w:pPr>
        <w:widowControl/>
        <w:wordWrap w:val="0"/>
        <w:autoSpaceDE w:val="0"/>
        <w:autoSpaceDN w:val="0"/>
        <w:spacing w:line="240" w:lineRule="exact" w:before="129" w:after="3"/>
        <w:ind w:left="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4"/>
        </w:rPr>
        <w:t>-':</w:t>
      </w:r>
      <w:r>
        <w:rPr>
          <w:rFonts w:ascii="Times New Roman" w:hAnsi="Times New Roman" w:eastAsia="Times New Roman"/>
          <w:b w:val="0"/>
          <w:color w:val="000000"/>
          <w:spacing w:val="148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da</w:t>
      </w:r>
      <w:r>
        <w:rPr>
          <w:rFonts w:ascii="Times New Roman" w:hAnsi="Times New Roman" w:eastAsia="Times New Roman"/>
          <w:b w:val="0"/>
          <w:color w:val="000000"/>
          <w:spacing w:val="9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Arial" w:hAnsi="Arial" w:eastAsia="Arial"/>
          <w:b w:val="0"/>
          <w:i w:val="0"/>
          <w:color w:val="000000"/>
          <w:sz w:val="24"/>
        </w:rPr>
        <w:t>ê</w:t>
      </w:r>
      <w:r>
        <w:rPr>
          <w:rFonts w:ascii="Times New Roman" w:hAnsi="Times New Roman" w:eastAsia="Times New Roman"/>
          <w:b w:val="0"/>
          <w:color w:val="000000"/>
          <w:spacing w:val="2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ã</w:t>
      </w:r>
      <w:r>
        <w:rPr>
          <w:rFonts w:ascii="Times New Roman" w:hAnsi="Times New Roman" w:eastAsia="Times New Roman"/>
          <w:b w:val="0"/>
          <w:color w:val="000000"/>
          <w:spacing w:val="107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a</w:t>
      </w:r>
      <w:r>
        <w:rPr>
          <w:rFonts w:ascii="Times New Roman" w:hAnsi="Times New Roman" w:eastAsia="Times New Roman"/>
          <w:b w:val="0"/>
          <w:color w:val="000000"/>
          <w:spacing w:val="67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.</w:t>
      </w:r>
      <w:r>
        <w:rPr>
          <w:rFonts w:ascii="Arial" w:hAnsi="Arial" w:eastAsia="Arial"/>
          <w:b w:val="0"/>
          <w:i w:val="0"/>
          <w:color w:val="000000"/>
          <w:sz w:val="24"/>
        </w:rPr>
        <w:t>ê©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Arial" w:hAnsi="Arial" w:eastAsia="Arial"/>
          <w:b w:val="0"/>
          <w:i w:val="0"/>
          <w:color w:val="000000"/>
          <w:sz w:val="24"/>
        </w:rPr>
        <w:t>di©</w:t>
      </w:r>
      <w:r>
        <w:rPr>
          <w:rFonts w:ascii="Arial" w:hAnsi="Arial" w:eastAsia="Arial"/>
          <w:b w:val="0"/>
          <w:i w:val="0"/>
          <w:color w:val="000000"/>
          <w:sz w:val="24"/>
        </w:rPr>
        <w:t>&amp;</w:t>
      </w:r>
      <w:r>
        <w:rPr>
          <w:rFonts w:ascii="Arial" w:hAnsi="Arial" w:eastAsia="Arial"/>
          <w:b w:val="0"/>
          <w:i w:val="0"/>
          <w:color w:val="000000"/>
          <w:sz w:val="24"/>
        </w:rPr>
        <w:t>de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Arial" w:hAnsi="Arial" w:eastAsia="Arial"/>
          <w:b w:val="0"/>
          <w:i w:val="0"/>
          <w:color w:val="000000"/>
          <w:sz w:val="24"/>
        </w:rPr>
        <w:t>©gã</w:t>
      </w:r>
      <w:r>
        <w:rPr>
          <w:rFonts w:ascii="Arial" w:hAnsi="Arial" w:eastAsia="Arial"/>
          <w:b w:val="0"/>
          <w:i w:val="0"/>
          <w:color w:val="000000"/>
          <w:sz w:val="24"/>
        </w:rPr>
        <w:t>&amp;</w:t>
      </w:r>
      <w:r>
        <w:rPr>
          <w:rFonts w:ascii="Arial" w:hAnsi="Arial" w:eastAsia="Arial"/>
          <w:b w:val="0"/>
          <w:i w:val="0"/>
          <w:color w:val="000000"/>
          <w:spacing w:val="-8"/>
          <w:sz w:val="24"/>
        </w:rPr>
        <w:t>ã</w:t>
      </w:r>
      <w:r>
        <w:rPr>
          <w:rFonts w:ascii="Arial" w:hAnsi="Arial" w:eastAsia="Arial"/>
          <w:b w:val="0"/>
          <w:i w:val="0"/>
          <w:color w:val="000000"/>
          <w:spacing w:val="-236"/>
          <w:sz w:val="24"/>
        </w:rPr>
        <w:t>@</w:t>
      </w:r>
      <w:r>
        <w:rPr>
          <w:rFonts w:ascii="Times New Roman" w:hAnsi="Times New Roman" w:eastAsia="Times New Roman"/>
          <w:b w:val="0"/>
          <w:color w:val="000000"/>
          <w:spacing w:val="176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a</w:t>
      </w:r>
      <w:r>
        <w:rPr>
          <w:rFonts w:ascii="Times New Roman" w:hAnsi="Times New Roman" w:eastAsia="Times New Roman"/>
          <w:b w:val="0"/>
          <w:color w:val="000000"/>
          <w:spacing w:val="12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@#</w:t>
      </w:r>
      <w:r>
        <w:rPr>
          <w:rFonts w:ascii="Arial" w:hAnsi="Arial" w:eastAsia="Arial"/>
          <w:b w:val="0"/>
          <w:i w:val="0"/>
          <w:color w:val="000000"/>
          <w:sz w:val="24"/>
        </w:rPr>
        <w:t>W©</w:t>
      </w:r>
      <w:r>
        <w:rPr>
          <w:rFonts w:ascii="Times New Roman" w:hAnsi="Times New Roman" w:eastAsia="Times New Roman"/>
          <w:b w:val="0"/>
          <w:color w:val="000000"/>
          <w:spacing w:val="100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8</w:t>
      </w:r>
      <w:r>
        <w:rPr>
          <w:rFonts w:ascii="Times New Roman" w:hAnsi="Times New Roman" w:eastAsia="Times New Roman"/>
          <w:b w:val="0"/>
          <w:color w:val="000000"/>
          <w:spacing w:val="87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$</w:t>
      </w:r>
      <w:r>
        <w:rPr>
          <w:rFonts w:ascii="Arial" w:hAnsi="Arial" w:eastAsia="Arial"/>
          <w:b w:val="0"/>
          <w:i w:val="0"/>
          <w:color w:val="000000"/>
          <w:sz w:val="24"/>
        </w:rPr>
        <w:t>Vê</w:t>
      </w:r>
      <w:r>
        <w:rPr>
          <w:rFonts w:ascii="Arial" w:hAnsi="Arial" w:eastAsia="Arial"/>
          <w:b w:val="0"/>
          <w:i w:val="0"/>
          <w:color w:val="000000"/>
          <w:sz w:val="24"/>
        </w:rPr>
        <w:t>?:</w:t>
      </w:r>
      <w:r>
        <w:rPr>
          <w:rFonts w:ascii="Times New Roman" w:hAnsi="Times New Roman" w:eastAsia="Times New Roman"/>
          <w:b w:val="0"/>
          <w:color w:val="000000"/>
          <w:spacing w:val="9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Y</w:t>
      </w:r>
      <w:r>
        <w:rPr>
          <w:rFonts w:ascii="Times New Roman" w:hAnsi="Times New Roman" w:eastAsia="Times New Roman"/>
          <w:b w:val="0"/>
          <w:color w:val="000000"/>
          <w:spacing w:val="460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g</w:t>
      </w:r>
      <w:r>
        <w:rPr>
          <w:rFonts w:ascii="Arial" w:hAnsi="Arial" w:eastAsia="Arial"/>
          <w:b w:val="0"/>
          <w:i w:val="0"/>
          <w:color w:val="000000"/>
          <w:sz w:val="24"/>
        </w:rPr>
        <w:t>.</w:t>
      </w:r>
      <w:r>
        <w:rPr>
          <w:rFonts w:ascii="Times New Roman" w:hAnsi="Times New Roman" w:eastAsia="Times New Roman"/>
          <w:b w:val="0"/>
          <w:color w:val="000000"/>
          <w:spacing w:val="200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g©A©AW8A</w:t>
      </w:r>
      <w:r>
        <w:rPr>
          <w:rFonts w:ascii="Arial" w:hAnsi="Arial" w:eastAsia="Arial"/>
          <w:b w:val="0"/>
          <w:i w:val="0"/>
          <w:color w:val="000000"/>
          <w:sz w:val="24"/>
        </w:rPr>
        <w:t>;</w:t>
      </w:r>
      <w:r>
        <w:rPr>
          <w:rFonts w:ascii="Arial" w:hAnsi="Arial" w:eastAsia="Arial"/>
          <w:b w:val="0"/>
          <w:i w:val="0"/>
          <w:color w:val="000000"/>
          <w:sz w:val="24"/>
        </w:rPr>
        <w:t>P</w:t>
      </w:r>
      <w:r>
        <w:rPr>
          <w:rFonts w:ascii="Times New Roman" w:hAnsi="Times New Roman" w:eastAsia="Times New Roman"/>
          <w:b w:val="0"/>
          <w:color w:val="000000"/>
          <w:spacing w:val="146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®T©kêMWA</w:t>
      </w:r>
      <w:r>
        <w:rPr>
          <w:rFonts w:ascii="Arial" w:hAnsi="Arial" w:eastAsia="Arial"/>
          <w:b w:val="0"/>
          <w:i w:val="0"/>
          <w:color w:val="000000"/>
          <w:sz w:val="24"/>
        </w:rPr>
        <w:t>.</w:t>
      </w:r>
    </w:p>
    <w:p>
      <w:pPr>
        <w:widowControl/>
        <w:wordWrap w:val="0"/>
        <w:autoSpaceDE w:val="0"/>
        <w:autoSpaceDN w:val="0"/>
        <w:spacing w:line="360" w:lineRule="exact" w:before="6" w:after="27"/>
        <w:ind w:left="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6"/>
        </w:rPr>
        <w:t>-.</w:t>
      </w:r>
      <w:r>
        <w:rPr>
          <w:rFonts w:ascii="Times New Roman" w:hAnsi="Times New Roman" w:eastAsia="Times New Roman"/>
          <w:b w:val="0"/>
          <w:color w:val="000000"/>
          <w:spacing w:val="173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?</w:t>
      </w:r>
      <w:r>
        <w:rPr>
          <w:rFonts w:ascii="Arial" w:hAnsi="Arial" w:eastAsia="Arial"/>
          <w:b w:val="0"/>
          <w:i w:val="0"/>
          <w:color w:val="000000"/>
          <w:sz w:val="19"/>
        </w:rPr>
        <w:t>b</w:t>
      </w:r>
      <w:r>
        <w:rPr>
          <w:rFonts w:ascii="Arial" w:hAnsi="Arial" w:eastAsia="Arial"/>
          <w:b w:val="0"/>
          <w:i w:val="0"/>
          <w:color w:val="000000"/>
          <w:sz w:val="19"/>
        </w:rPr>
        <w:t>###@</w:t>
      </w:r>
      <w:r>
        <w:rPr>
          <w:rFonts w:ascii="Arial" w:hAnsi="Arial" w:eastAsia="Arial"/>
          <w:b w:val="0"/>
          <w:i w:val="0"/>
          <w:color w:val="000000"/>
          <w:sz w:val="19"/>
        </w:rPr>
        <w:t>ém</w:t>
      </w:r>
      <w:r>
        <w:rPr>
          <w:rFonts w:ascii="Arial" w:hAnsi="Arial" w:eastAsia="Arial"/>
          <w:b w:val="0"/>
          <w:i w:val="0"/>
          <w:color w:val="000000"/>
          <w:sz w:val="19"/>
        </w:rPr>
        <w:t>#</w:t>
      </w:r>
      <w:r>
        <w:rPr>
          <w:rFonts w:ascii="Arial" w:hAnsi="Arial" w:eastAsia="Arial"/>
          <w:b w:val="0"/>
          <w:i w:val="0"/>
          <w:color w:val="000000"/>
          <w:sz w:val="19"/>
        </w:rPr>
        <w:t>p</w:t>
      </w:r>
      <w:r>
        <w:rPr>
          <w:rFonts w:ascii="Times New Roman" w:hAnsi="Times New Roman" w:eastAsia="Times New Roman"/>
          <w:b w:val="0"/>
          <w:color w:val="000000"/>
          <w:spacing w:val="1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@</w:t>
      </w:r>
      <w:r>
        <w:rPr>
          <w:rFonts w:ascii="Times New Roman" w:hAnsi="Times New Roman" w:eastAsia="Times New Roman"/>
          <w:b w:val="0"/>
          <w:color w:val="000000"/>
          <w:spacing w:val="-9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9</w:t>
      </w:r>
      <w:r>
        <w:rPr>
          <w:rFonts w:ascii="Arial" w:hAnsi="Arial" w:eastAsia="Arial"/>
          <w:b w:val="0"/>
          <w:i w:val="0"/>
          <w:color w:val="000000"/>
          <w:sz w:val="30"/>
        </w:rPr>
        <w:t>@</w:t>
      </w:r>
      <w:r>
        <w:rPr>
          <w:rFonts w:ascii="Times New Roman" w:hAnsi="Times New Roman" w:eastAsia="Times New Roman"/>
          <w:b w:val="0"/>
          <w:color w:val="000000"/>
          <w:spacing w:val="214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g</w:t>
      </w:r>
      <w:r>
        <w:rPr>
          <w:rFonts w:ascii="Arial" w:hAnsi="Arial" w:eastAsia="Arial"/>
          <w:b w:val="0"/>
          <w:i w:val="0"/>
          <w:color w:val="000000"/>
          <w:sz w:val="22"/>
        </w:rPr>
        <w:t>@</w:t>
      </w:r>
      <w:r>
        <w:rPr>
          <w:rFonts w:ascii="Times New Roman" w:hAnsi="Times New Roman" w:eastAsia="Times New Roman"/>
          <w:b w:val="0"/>
          <w:color w:val="000000"/>
          <w:spacing w:val="-13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@</w:t>
      </w:r>
      <w:r>
        <w:rPr>
          <w:rFonts w:ascii="Times New Roman" w:hAnsi="Times New Roman" w:eastAsia="Times New Roman"/>
          <w:b w:val="0"/>
          <w:color w:val="000000"/>
          <w:spacing w:val="21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á</w:t>
      </w:r>
      <w:r>
        <w:rPr>
          <w:rFonts w:ascii="Arial" w:hAnsi="Arial" w:eastAsia="Arial"/>
          <w:b w:val="0"/>
          <w:i w:val="0"/>
          <w:color w:val="000000"/>
          <w:sz w:val="18"/>
        </w:rPr>
        <w:t>@:</w:t>
      </w:r>
      <w:r>
        <w:rPr>
          <w:rFonts w:ascii="Times New Roman" w:hAnsi="Times New Roman" w:eastAsia="Times New Roman"/>
          <w:b w:val="0"/>
          <w:color w:val="000000"/>
          <w:spacing w:val="-10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81</w:t>
      </w:r>
      <w:r>
        <w:rPr>
          <w:rFonts w:ascii="Arial" w:hAnsi="Arial" w:eastAsia="Arial"/>
          <w:b w:val="0"/>
          <w:i w:val="0"/>
          <w:color w:val="000000"/>
          <w:sz w:val="23"/>
        </w:rPr>
        <w:t>@</w:t>
      </w:r>
      <w:r>
        <w:rPr>
          <w:rFonts w:ascii="Arial" w:hAnsi="Arial" w:eastAsia="Arial"/>
          <w:b w:val="0"/>
          <w:i w:val="0"/>
          <w:color w:val="000000"/>
          <w:sz w:val="23"/>
        </w:rPr>
        <w:t>ga</w:t>
      </w:r>
      <w:r>
        <w:rPr>
          <w:rFonts w:ascii="Times New Roman" w:hAnsi="Times New Roman" w:eastAsia="Times New Roman"/>
          <w:b w:val="0"/>
          <w:color w:val="000000"/>
          <w:spacing w:val="28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éá</w:t>
      </w:r>
      <w:r>
        <w:rPr>
          <w:rFonts w:ascii="Arial" w:hAnsi="Arial" w:eastAsia="Arial"/>
          <w:b w:val="0"/>
          <w:i w:val="0"/>
          <w:color w:val="000000"/>
          <w:sz w:val="19"/>
        </w:rPr>
        <w:t>@</w:t>
      </w:r>
      <w:r>
        <w:rPr>
          <w:rFonts w:ascii="Times New Roman" w:hAnsi="Times New Roman" w:eastAsia="Times New Roman"/>
          <w:b w:val="0"/>
          <w:color w:val="000000"/>
          <w:spacing w:val="-14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#%</w:t>
      </w:r>
      <w:r>
        <w:rPr>
          <w:rFonts w:ascii="Times New Roman" w:hAnsi="Times New Roman" w:eastAsia="Times New Roman"/>
          <w:b w:val="0"/>
          <w:color w:val="000000"/>
          <w:spacing w:val="5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áãàã®</w:t>
      </w:r>
      <w:r>
        <w:rPr>
          <w:rFonts w:ascii="Times New Roman" w:hAnsi="Times New Roman" w:eastAsia="Times New Roman"/>
          <w:b w:val="0"/>
          <w:color w:val="000000"/>
          <w:spacing w:val="151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W</w:t>
      </w:r>
      <w:r>
        <w:rPr>
          <w:rFonts w:ascii="Times New Roman" w:hAnsi="Times New Roman" w:eastAsia="Times New Roman"/>
          <w:b w:val="0"/>
          <w:color w:val="000000"/>
          <w:spacing w:val="20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ú</w:t>
      </w:r>
      <w:r>
        <w:rPr>
          <w:rFonts w:ascii="Arial" w:hAnsi="Arial" w:eastAsia="Arial"/>
          <w:b w:val="0"/>
          <w:i w:val="0"/>
          <w:color w:val="000000"/>
          <w:sz w:val="23"/>
        </w:rPr>
        <w:t>:@</w:t>
      </w:r>
      <w:r>
        <w:rPr>
          <w:rFonts w:ascii="Arial" w:hAnsi="Arial" w:eastAsia="Arial"/>
          <w:b w:val="0"/>
          <w:i w:val="0"/>
          <w:color w:val="000000"/>
          <w:sz w:val="23"/>
        </w:rPr>
        <w:t>©</w:t>
      </w:r>
      <w:r>
        <w:rPr>
          <w:rFonts w:ascii="Arial" w:hAnsi="Arial" w:eastAsia="Arial"/>
          <w:b w:val="0"/>
          <w:i w:val="0"/>
          <w:color w:val="000000"/>
          <w:sz w:val="23"/>
        </w:rPr>
        <w:t>@'</w:t>
      </w:r>
      <w:r>
        <w:rPr>
          <w:rFonts w:ascii="Arial" w:hAnsi="Arial" w:eastAsia="Arial"/>
          <w:b w:val="0"/>
          <w:i w:val="0"/>
          <w:color w:val="000000"/>
          <w:sz w:val="23"/>
        </w:rPr>
        <w:t>rgã</w:t>
      </w:r>
      <w:r>
        <w:rPr>
          <w:rFonts w:ascii="Arial" w:hAnsi="Arial" w:eastAsia="Arial"/>
          <w:b w:val="0"/>
          <w:i w:val="0"/>
          <w:color w:val="000000"/>
          <w:sz w:val="23"/>
        </w:rPr>
        <w:t>.$@</w:t>
      </w:r>
      <w:r>
        <w:rPr>
          <w:rFonts w:ascii="Arial" w:hAnsi="Arial" w:eastAsia="Arial"/>
          <w:b w:val="0"/>
          <w:i w:val="0"/>
          <w:color w:val="000000"/>
          <w:sz w:val="23"/>
        </w:rPr>
        <w:t>êãA</w:t>
      </w:r>
      <w:r>
        <w:rPr>
          <w:rFonts w:ascii="Arial" w:hAnsi="Arial" w:eastAsia="Arial"/>
          <w:b w:val="0"/>
          <w:i w:val="0"/>
          <w:color w:val="000000"/>
          <w:sz w:val="23"/>
        </w:rPr>
        <w:t>,</w:t>
      </w:r>
      <w:r>
        <w:rPr>
          <w:rFonts w:ascii="Times New Roman" w:hAnsi="Times New Roman" w:eastAsia="Times New Roman"/>
          <w:b w:val="0"/>
          <w:color w:val="000000"/>
          <w:spacing w:val="20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Cam</w:t>
      </w:r>
      <w:r>
        <w:rPr>
          <w:rFonts w:ascii="Times New Roman" w:hAnsi="Times New Roman" w:eastAsia="Times New Roman"/>
          <w:b w:val="0"/>
          <w:color w:val="000000"/>
          <w:spacing w:val="1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g</w:t>
      </w:r>
      <w:r>
        <w:rPr>
          <w:rFonts w:ascii="Times New Roman" w:hAnsi="Times New Roman" w:eastAsia="Times New Roman"/>
          <w:b w:val="0"/>
          <w:color w:val="000000"/>
          <w:spacing w:val="168"/>
          <w:sz w:val="1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7"/>
        </w:rPr>
        <w:t>a</w:t>
      </w:r>
      <w:r>
        <w:rPr>
          <w:rFonts w:ascii="Arial" w:hAnsi="Arial" w:eastAsia="Arial"/>
          <w:b w:val="0"/>
          <w:i w:val="0"/>
          <w:color w:val="000000"/>
          <w:sz w:val="17"/>
        </w:rPr>
        <w:t>@</w:t>
      </w:r>
      <w:r>
        <w:rPr>
          <w:rFonts w:ascii="Arial" w:hAnsi="Arial" w:eastAsia="Arial"/>
          <w:b w:val="0"/>
          <w:i w:val="0"/>
          <w:color w:val="000000"/>
          <w:sz w:val="17"/>
        </w:rPr>
        <w:t>ü</w:t>
      </w:r>
      <w:r>
        <w:rPr>
          <w:rFonts w:ascii="Arial" w:hAnsi="Arial" w:eastAsia="Arial"/>
          <w:b w:val="0"/>
          <w:i w:val="0"/>
          <w:color w:val="000000"/>
          <w:sz w:val="17"/>
        </w:rPr>
        <w:t>%</w:t>
      </w:r>
    </w:p>
    <w:p>
      <w:pPr>
        <w:widowControl/>
        <w:wordWrap w:val="0"/>
        <w:autoSpaceDE w:val="0"/>
        <w:autoSpaceDN w:val="0"/>
        <w:spacing w:line="240" w:lineRule="exact" w:before="54" w:after="21"/>
        <w:ind w:left="4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4"/>
        </w:rPr>
        <w:t>$</w:t>
      </w:r>
      <w:r>
        <w:rPr>
          <w:rFonts w:ascii="Times New Roman" w:hAnsi="Times New Roman" w:eastAsia="Times New Roman"/>
          <w:b w:val="0"/>
          <w:color w:val="000000"/>
          <w:spacing w:val="267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Êã</w:t>
      </w:r>
      <w:r>
        <w:rPr>
          <w:rFonts w:ascii="Arial" w:hAnsi="Arial" w:eastAsia="Arial"/>
          <w:b w:val="0"/>
          <w:i w:val="0"/>
          <w:color w:val="000000"/>
          <w:sz w:val="24"/>
        </w:rPr>
        <w:t>$</w:t>
      </w:r>
      <w:r>
        <w:rPr>
          <w:rFonts w:ascii="Times New Roman" w:hAnsi="Times New Roman" w:eastAsia="Times New Roman"/>
          <w:b w:val="0"/>
          <w:color w:val="000000"/>
          <w:spacing w:val="43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Arial" w:hAnsi="Arial" w:eastAsia="Arial"/>
          <w:b w:val="0"/>
          <w:i w:val="0"/>
          <w:color w:val="000000"/>
          <w:sz w:val="24"/>
        </w:rPr>
        <w:t>8ãad</w:t>
      </w:r>
      <w:r>
        <w:rPr>
          <w:rFonts w:ascii="Arial" w:hAnsi="Arial" w:eastAsia="Arial"/>
          <w:b w:val="0"/>
          <w:i w:val="0"/>
          <w:color w:val="000000"/>
          <w:sz w:val="24"/>
        </w:rPr>
        <w:t>;;</w:t>
      </w:r>
      <w:r>
        <w:rPr>
          <w:rFonts w:ascii="Arial" w:hAnsi="Arial" w:eastAsia="Arial"/>
          <w:b w:val="0"/>
          <w:i w:val="0"/>
          <w:color w:val="000000"/>
          <w:sz w:val="24"/>
        </w:rPr>
        <w:t>üãé</w:t>
      </w:r>
      <w:r>
        <w:rPr>
          <w:rFonts w:ascii="Arial" w:hAnsi="Arial" w:eastAsia="Arial"/>
          <w:b w:val="0"/>
          <w:i w:val="0"/>
          <w:color w:val="000000"/>
          <w:sz w:val="24"/>
        </w:rPr>
        <w:t>;$</w:t>
      </w:r>
      <w:r>
        <w:rPr>
          <w:rFonts w:ascii="Arial" w:hAnsi="Arial" w:eastAsia="Arial"/>
          <w:b w:val="0"/>
          <w:i w:val="0"/>
          <w:color w:val="000000"/>
          <w:sz w:val="24"/>
        </w:rPr>
        <w:t>ów®mÉ</w:t>
      </w:r>
      <w:r>
        <w:rPr>
          <w:rFonts w:ascii="Arial" w:hAnsi="Arial" w:eastAsia="Arial"/>
          <w:b w:val="0"/>
          <w:i w:val="0"/>
          <w:color w:val="000000"/>
          <w:sz w:val="24"/>
        </w:rPr>
        <w:t>$</w:t>
      </w:r>
      <w:r>
        <w:rPr>
          <w:rFonts w:ascii="Arial" w:hAnsi="Arial" w:eastAsia="Arial"/>
          <w:b w:val="0"/>
          <w:i w:val="0"/>
          <w:color w:val="000000"/>
          <w:sz w:val="24"/>
        </w:rPr>
        <w:t>a</w:t>
      </w:r>
      <w:r>
        <w:rPr>
          <w:rFonts w:ascii="Arial" w:hAnsi="Arial" w:eastAsia="Arial"/>
          <w:b w:val="0"/>
          <w:i w:val="0"/>
          <w:color w:val="000000"/>
          <w:sz w:val="24"/>
        </w:rPr>
        <w:t>,:</w:t>
      </w:r>
      <w:r>
        <w:rPr>
          <w:rFonts w:ascii="Times New Roman" w:hAnsi="Times New Roman" w:eastAsia="Times New Roman"/>
          <w:b w:val="0"/>
          <w:color w:val="000000"/>
          <w:spacing w:val="945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$$</w:t>
      </w:r>
      <w:r>
        <w:rPr>
          <w:rFonts w:ascii="Arial" w:hAnsi="Arial" w:eastAsia="Arial"/>
          <w:b w:val="0"/>
          <w:i w:val="0"/>
          <w:color w:val="000000"/>
          <w:sz w:val="24"/>
        </w:rPr>
        <w:t>daá</w:t>
      </w:r>
      <w:r>
        <w:rPr>
          <w:rFonts w:ascii="Times New Roman" w:hAnsi="Times New Roman" w:eastAsia="Times New Roman"/>
          <w:b w:val="0"/>
          <w:color w:val="000000"/>
          <w:spacing w:val="3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Arial" w:hAnsi="Arial" w:eastAsia="Arial"/>
          <w:b w:val="0"/>
          <w:i w:val="0"/>
          <w:color w:val="000000"/>
          <w:sz w:val="24"/>
        </w:rPr>
        <w:t>hÉ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Arial" w:hAnsi="Arial" w:eastAsia="Arial"/>
          <w:b w:val="0"/>
          <w:i w:val="0"/>
          <w:color w:val="000000"/>
          <w:sz w:val="24"/>
        </w:rPr>
        <w:t>8</w:t>
      </w:r>
      <w:r>
        <w:rPr>
          <w:rFonts w:ascii="Times New Roman" w:hAnsi="Times New Roman" w:eastAsia="Times New Roman"/>
          <w:b w:val="0"/>
          <w:color w:val="000000"/>
          <w:spacing w:val="286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8Êa</w:t>
      </w:r>
      <w:r>
        <w:rPr>
          <w:rFonts w:ascii="Times New Roman" w:hAnsi="Times New Roman" w:eastAsia="Times New Roman"/>
          <w:b w:val="0"/>
          <w:color w:val="000000"/>
          <w:spacing w:val="49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a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Arial" w:hAnsi="Arial" w:eastAsia="Arial"/>
          <w:b w:val="0"/>
          <w:i w:val="0"/>
          <w:color w:val="000000"/>
          <w:sz w:val="24"/>
        </w:rPr>
        <w:t>s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Arial" w:hAnsi="Arial" w:eastAsia="Arial"/>
          <w:b w:val="0"/>
          <w:i w:val="0"/>
          <w:color w:val="000000"/>
          <w:sz w:val="24"/>
        </w:rPr>
        <w:t>üadana</w:t>
      </w:r>
      <w:r>
        <w:rPr>
          <w:rFonts w:ascii="Times New Roman" w:hAnsi="Times New Roman" w:eastAsia="Times New Roman"/>
          <w:b w:val="0"/>
          <w:color w:val="000000"/>
          <w:spacing w:val="459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MP</w:t>
      </w:r>
    </w:p>
    <w:p>
      <w:pPr>
        <w:widowControl/>
        <w:wordWrap w:val="0"/>
        <w:autoSpaceDE w:val="0"/>
        <w:autoSpaceDN w:val="0"/>
        <w:spacing w:line="340" w:lineRule="exact" w:before="42" w:after="57"/>
        <w:ind w:left="1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-</w:t>
      </w:r>
      <w:r>
        <w:rPr>
          <w:rFonts w:ascii="Times New Roman" w:hAnsi="Times New Roman" w:eastAsia="Times New Roman"/>
          <w:b w:val="0"/>
          <w:color w:val="000000"/>
          <w:spacing w:val="102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28</w:t>
      </w:r>
      <w:r>
        <w:rPr>
          <w:rFonts w:ascii="Arial" w:hAnsi="Arial" w:eastAsia="Arial"/>
          <w:b w:val="0"/>
          <w:i w:val="0"/>
          <w:color w:val="000000"/>
          <w:sz w:val="34"/>
        </w:rPr>
        <w:t>.</w:t>
      </w:r>
      <w:r>
        <w:rPr>
          <w:rFonts w:ascii="Arial" w:hAnsi="Arial" w:eastAsia="Arial"/>
          <w:b w:val="0"/>
          <w:i w:val="0"/>
          <w:color w:val="000000"/>
          <w:sz w:val="34"/>
        </w:rPr>
        <w:t>655</w:t>
      </w:r>
      <w:r>
        <w:rPr>
          <w:rFonts w:ascii="Arial" w:hAnsi="Arial" w:eastAsia="Arial"/>
          <w:b w:val="0"/>
          <w:i w:val="0"/>
          <w:color w:val="000000"/>
          <w:sz w:val="34"/>
        </w:rPr>
        <w:t>.</w:t>
      </w:r>
      <w:r>
        <w:rPr>
          <w:rFonts w:ascii="Arial" w:hAnsi="Arial" w:eastAsia="Arial"/>
          <w:b w:val="0"/>
          <w:i w:val="0"/>
          <w:color w:val="000000"/>
          <w:sz w:val="34"/>
        </w:rPr>
        <w:t>071</w:t>
      </w:r>
      <w:r>
        <w:rPr>
          <w:rFonts w:ascii="Arial" w:hAnsi="Arial" w:eastAsia="Arial"/>
          <w:b w:val="0"/>
          <w:i w:val="0"/>
          <w:color w:val="000000"/>
          <w:sz w:val="34"/>
        </w:rPr>
        <w:t>/</w:t>
      </w:r>
      <w:r>
        <w:rPr>
          <w:rFonts w:ascii="Arial" w:hAnsi="Arial" w:eastAsia="Arial"/>
          <w:b w:val="0"/>
          <w:i w:val="0"/>
          <w:color w:val="000000"/>
          <w:sz w:val="34"/>
        </w:rPr>
        <w:t>000141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  <w:r>
        <w:rPr>
          <w:rFonts w:ascii="Times New Roman" w:hAnsi="Times New Roman" w:eastAsia="Times New Roman"/>
          <w:b w:val="0"/>
          <w:color w:val="000000"/>
          <w:spacing w:val="10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com</w:t>
      </w:r>
      <w:r>
        <w:rPr>
          <w:rFonts w:ascii="Times New Roman" w:hAnsi="Times New Roman" w:eastAsia="Times New Roman"/>
          <w:b w:val="0"/>
          <w:color w:val="000000"/>
          <w:spacing w:val="5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24"/>
          <w:sz w:val="34"/>
        </w:rPr>
        <w:t>AssembleiGa</w:t>
      </w:r>
      <w:r>
        <w:rPr>
          <w:rFonts w:ascii="Times New Roman" w:hAnsi="Times New Roman" w:eastAsia="Times New Roman"/>
          <w:b w:val="0"/>
          <w:color w:val="000000"/>
          <w:spacing w:val="-18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eral</w:t>
      </w:r>
      <w:r>
        <w:rPr>
          <w:rFonts w:ascii="Arial" w:hAnsi="Arial" w:eastAsia="Arial"/>
          <w:b w:val="0"/>
          <w:i w:val="0"/>
          <w:color w:val="000000"/>
          <w:spacing w:val="-25"/>
          <w:sz w:val="34"/>
        </w:rPr>
        <w:t>Extmordlnárlnae</w:t>
      </w:r>
      <w:r>
        <w:rPr>
          <w:rFonts w:ascii="Times New Roman" w:hAnsi="Times New Roman" w:eastAsia="Times New Roman"/>
          <w:b w:val="0"/>
          <w:color w:val="000000"/>
          <w:spacing w:val="9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42"/>
          <w:sz w:val="34"/>
        </w:rPr>
        <w:t>allzadnao</w:t>
      </w:r>
      <w:r>
        <w:rPr>
          <w:rFonts w:ascii="Times New Roman" w:hAnsi="Times New Roman" w:eastAsia="Times New Roman"/>
          <w:b w:val="0"/>
          <w:color w:val="000000"/>
          <w:spacing w:val="180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dia</w:t>
      </w:r>
      <w:r>
        <w:rPr>
          <w:rFonts w:ascii="Arial" w:hAnsi="Arial" w:eastAsia="Arial"/>
          <w:b w:val="0"/>
          <w:i w:val="0"/>
          <w:color w:val="000000"/>
          <w:sz w:val="34"/>
        </w:rPr>
        <w:t>24</w:t>
      </w:r>
    </w:p>
    <w:p>
      <w:pPr>
        <w:widowControl/>
        <w:wordWrap w:val="0"/>
        <w:autoSpaceDE w:val="0"/>
        <w:autoSpaceDN w:val="0"/>
        <w:spacing w:line="220" w:lineRule="exact" w:before="114" w:after="42"/>
        <w:ind w:left="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2"/>
        </w:rPr>
        <w:t>'</w:t>
      </w:r>
      <w:r>
        <w:rPr>
          <w:rFonts w:ascii="Times New Roman" w:hAnsi="Times New Roman" w:eastAsia="Times New Roman"/>
          <w:b w:val="0"/>
          <w:color w:val="000000"/>
          <w:spacing w:val="263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d</w:t>
      </w:r>
      <w:r>
        <w:rPr>
          <w:rFonts w:ascii="Arial" w:hAnsi="Arial" w:eastAsia="Arial"/>
          <w:b w:val="0"/>
          <w:i w:val="0"/>
          <w:color w:val="000000"/>
          <w:sz w:val="22"/>
        </w:rPr>
        <w:t>@</w:t>
      </w:r>
      <w:r>
        <w:rPr>
          <w:rFonts w:ascii="Arial" w:hAnsi="Arial" w:eastAsia="Arial"/>
          <w:b w:val="0"/>
          <w:i w:val="0"/>
          <w:color w:val="000000"/>
          <w:sz w:val="22"/>
        </w:rPr>
        <w:t>Ab</w:t>
      </w:r>
      <w:r>
        <w:rPr>
          <w:rFonts w:ascii="Arial" w:hAnsi="Arial" w:eastAsia="Arial"/>
          <w:b w:val="0"/>
          <w:i w:val="0"/>
          <w:color w:val="000000"/>
          <w:sz w:val="22"/>
        </w:rPr>
        <w:t>@</w:t>
      </w:r>
      <w:r>
        <w:rPr>
          <w:rFonts w:ascii="Arial" w:hAnsi="Arial" w:eastAsia="Arial"/>
          <w:b w:val="0"/>
          <w:i w:val="0"/>
          <w:color w:val="000000"/>
          <w:sz w:val="22"/>
        </w:rPr>
        <w:t>g</w:t>
      </w:r>
      <w:r>
        <w:rPr>
          <w:rFonts w:ascii="Arial" w:hAnsi="Arial" w:eastAsia="Arial"/>
          <w:b w:val="0"/>
          <w:i w:val="0"/>
          <w:color w:val="000000"/>
          <w:sz w:val="22"/>
        </w:rPr>
        <w:t>@</w:t>
      </w:r>
      <w:r>
        <w:rPr>
          <w:rFonts w:ascii="Arial" w:hAnsi="Arial" w:eastAsia="Arial"/>
          <w:b w:val="0"/>
          <w:i w:val="0"/>
          <w:color w:val="000000"/>
          <w:sz w:val="22"/>
        </w:rPr>
        <w:t>©2©22</w:t>
      </w:r>
      <w:r>
        <w:rPr>
          <w:rFonts w:ascii="Arial" w:hAnsi="Arial" w:eastAsia="Arial"/>
          <w:b w:val="0"/>
          <w:i w:val="0"/>
          <w:color w:val="000000"/>
          <w:sz w:val="22"/>
        </w:rPr>
        <w:t>#</w:t>
      </w:r>
      <w:r>
        <w:rPr>
          <w:rFonts w:ascii="Times New Roman" w:hAnsi="Times New Roman" w:eastAsia="Times New Roman"/>
          <w:b w:val="0"/>
          <w:color w:val="000000"/>
          <w:spacing w:val="268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;</w:t>
      </w:r>
      <w:r>
        <w:rPr>
          <w:rFonts w:ascii="Arial" w:hAnsi="Arial" w:eastAsia="Arial"/>
          <w:b w:val="0"/>
          <w:i w:val="0"/>
          <w:color w:val="000000"/>
          <w:sz w:val="22"/>
        </w:rPr>
        <w:t>ãêém</w:t>
      </w:r>
      <w:r>
        <w:rPr>
          <w:rFonts w:ascii="Arial" w:hAnsi="Arial" w:eastAsia="Arial"/>
          <w:b w:val="0"/>
          <w:i w:val="0"/>
          <w:color w:val="000000"/>
          <w:spacing w:val="-1"/>
          <w:sz w:val="22"/>
        </w:rPr>
        <w:t>@@@@</w:t>
      </w:r>
      <w:r>
        <w:rPr>
          <w:rFonts w:ascii="Arial" w:hAnsi="Arial" w:eastAsia="Arial"/>
          <w:b w:val="0"/>
          <w:i w:val="0"/>
          <w:color w:val="000000"/>
          <w:spacing w:val="-118"/>
          <w:sz w:val="22"/>
        </w:rPr>
        <w:t>a</w:t>
      </w:r>
      <w:r>
        <w:rPr>
          <w:rFonts w:ascii="Times New Roman" w:hAnsi="Times New Roman" w:eastAsia="Times New Roman"/>
          <w:b w:val="0"/>
          <w:color w:val="000000"/>
          <w:spacing w:val="280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:</w:t>
      </w:r>
      <w:r>
        <w:rPr>
          <w:rFonts w:ascii="Arial" w:hAnsi="Arial" w:eastAsia="Arial"/>
          <w:b w:val="0"/>
          <w:i w:val="0"/>
          <w:color w:val="000000"/>
          <w:sz w:val="22"/>
        </w:rPr>
        <w:t>8</w:t>
      </w:r>
      <w:r>
        <w:rPr>
          <w:rFonts w:ascii="Arial" w:hAnsi="Arial" w:eastAsia="Arial"/>
          <w:b w:val="0"/>
          <w:i w:val="0"/>
          <w:color w:val="000000"/>
          <w:sz w:val="22"/>
        </w:rPr>
        <w:t>@</w:t>
      </w:r>
      <w:r>
        <w:rPr>
          <w:rFonts w:ascii="Arial" w:hAnsi="Arial" w:eastAsia="Arial"/>
          <w:b w:val="0"/>
          <w:i w:val="0"/>
          <w:color w:val="000000"/>
          <w:sz w:val="22"/>
        </w:rPr>
        <w:t>Êêá8</w:t>
      </w:r>
      <w:r>
        <w:rPr>
          <w:rFonts w:ascii="Arial" w:hAnsi="Arial" w:eastAsia="Arial"/>
          <w:b w:val="0"/>
          <w:i w:val="0"/>
          <w:color w:val="000000"/>
          <w:sz w:val="22"/>
        </w:rPr>
        <w:t>@</w:t>
      </w:r>
      <w:r>
        <w:rPr>
          <w:rFonts w:ascii="Times New Roman" w:hAnsi="Times New Roman" w:eastAsia="Times New Roman"/>
          <w:b w:val="0"/>
          <w:color w:val="000000"/>
          <w:spacing w:val="601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v</w:t>
      </w:r>
      <w:r>
        <w:rPr>
          <w:rFonts w:ascii="Times New Roman" w:hAnsi="Times New Roman" w:eastAsia="Times New Roman"/>
          <w:b w:val="0"/>
          <w:color w:val="000000"/>
          <w:spacing w:val="595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@@@</w:t>
      </w:r>
      <w:r>
        <w:rPr>
          <w:rFonts w:ascii="Times New Roman" w:hAnsi="Times New Roman" w:eastAsia="Times New Roman"/>
          <w:b w:val="0"/>
          <w:color w:val="000000"/>
          <w:spacing w:val="-5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:</w:t>
      </w:r>
      <w:r>
        <w:rPr>
          <w:rFonts w:ascii="Arial" w:hAnsi="Arial" w:eastAsia="Arial"/>
          <w:b w:val="0"/>
          <w:i w:val="0"/>
          <w:color w:val="000000"/>
          <w:sz w:val="22"/>
        </w:rPr>
        <w:t>2</w:t>
      </w:r>
      <w:r>
        <w:rPr>
          <w:rFonts w:ascii="Times New Roman" w:hAnsi="Times New Roman" w:eastAsia="Times New Roman"/>
          <w:b w:val="0"/>
          <w:color w:val="000000"/>
          <w:spacing w:val="282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@@</w:t>
      </w:r>
      <w:r>
        <w:rPr>
          <w:rFonts w:ascii="Arial" w:hAnsi="Arial" w:eastAsia="Arial"/>
          <w:b w:val="0"/>
          <w:i w:val="0"/>
          <w:color w:val="000000"/>
          <w:sz w:val="22"/>
        </w:rPr>
        <w:t>l</w:t>
      </w:r>
      <w:r>
        <w:rPr>
          <w:rFonts w:ascii="Arial" w:hAnsi="Arial" w:eastAsia="Arial"/>
          <w:b w:val="0"/>
          <w:i w:val="0"/>
          <w:color w:val="000000"/>
          <w:sz w:val="22"/>
        </w:rPr>
        <w:t>@</w:t>
      </w:r>
      <w:r>
        <w:rPr>
          <w:rFonts w:ascii="Arial" w:hAnsi="Arial" w:eastAsia="Arial"/>
          <w:b w:val="0"/>
          <w:i w:val="0"/>
          <w:color w:val="000000"/>
          <w:sz w:val="22"/>
        </w:rPr>
        <w:t>afÇ</w:t>
      </w:r>
      <w:r>
        <w:rPr>
          <w:rFonts w:ascii="Arial" w:hAnsi="Arial" w:eastAsia="Arial"/>
          <w:b w:val="0"/>
          <w:i w:val="0"/>
          <w:color w:val="000000"/>
          <w:sz w:val="22"/>
        </w:rPr>
        <w:t>@@@;</w:t>
      </w:r>
      <w:r>
        <w:rPr>
          <w:rFonts w:ascii="Arial" w:hAnsi="Arial" w:eastAsia="Arial"/>
          <w:b w:val="0"/>
          <w:i w:val="0"/>
          <w:color w:val="000000"/>
          <w:sz w:val="22"/>
        </w:rPr>
        <w:t>2©22g</w:t>
      </w:r>
      <w:r>
        <w:rPr>
          <w:rFonts w:ascii="Times New Roman" w:hAnsi="Times New Roman" w:eastAsia="Times New Roman"/>
          <w:b w:val="0"/>
          <w:color w:val="000000"/>
          <w:spacing w:val="81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©</w:t>
      </w:r>
    </w:p>
    <w:p>
      <w:pPr>
        <w:widowControl/>
        <w:wordWrap w:val="0"/>
        <w:autoSpaceDE w:val="0"/>
        <w:autoSpaceDN w:val="0"/>
        <w:spacing w:line="290" w:lineRule="exact" w:before="85" w:after="64"/>
        <w:ind w:left="5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fixado</w:t>
      </w:r>
      <w:r>
        <w:rPr>
          <w:rFonts w:ascii="Times New Roman" w:hAnsi="Times New Roman" w:eastAsia="Times New Roman"/>
          <w:b w:val="0"/>
          <w:color w:val="000000"/>
          <w:spacing w:val="11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Na</w:t>
      </w:r>
      <w:r>
        <w:rPr>
          <w:rFonts w:ascii="Times New Roman" w:hAnsi="Times New Roman" w:eastAsia="Times New Roman"/>
          <w:b w:val="0"/>
          <w:color w:val="000000"/>
          <w:spacing w:val="-2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Avenida</w:t>
      </w:r>
      <w:r>
        <w:rPr>
          <w:rFonts w:ascii="Times New Roman" w:hAnsi="Times New Roman" w:eastAsia="Times New Roman"/>
          <w:b w:val="0"/>
          <w:color w:val="000000"/>
          <w:spacing w:val="180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Anata</w:t>
      </w:r>
      <w:r>
        <w:rPr>
          <w:rFonts w:ascii="Times New Roman" w:hAnsi="Times New Roman" w:eastAsia="Times New Roman"/>
          <w:b w:val="0"/>
          <w:color w:val="000000"/>
          <w:spacing w:val="70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Garibaldi</w:t>
      </w:r>
      <w:r>
        <w:rPr>
          <w:rFonts w:ascii="Times New Roman" w:hAnsi="Times New Roman" w:eastAsia="Times New Roman"/>
          <w:b w:val="0"/>
          <w:color w:val="000000"/>
          <w:spacing w:val="327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NO</w:t>
      </w:r>
      <w:r>
        <w:rPr>
          <w:rFonts w:ascii="Arial" w:hAnsi="Arial" w:eastAsia="Arial"/>
          <w:b w:val="0"/>
          <w:i w:val="0"/>
          <w:color w:val="000000"/>
          <w:sz w:val="29"/>
        </w:rPr>
        <w:t>132</w:t>
      </w:r>
      <w:r>
        <w:rPr>
          <w:rFonts w:ascii="Times New Roman" w:hAnsi="Times New Roman" w:eastAsia="Times New Roman"/>
          <w:b w:val="0"/>
          <w:color w:val="000000"/>
          <w:spacing w:val="6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-</w:t>
      </w:r>
      <w:r>
        <w:rPr>
          <w:rFonts w:ascii="Times New Roman" w:hAnsi="Times New Roman" w:eastAsia="Times New Roman"/>
          <w:b w:val="0"/>
          <w:color w:val="000000"/>
          <w:spacing w:val="111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Bairro</w:t>
      </w:r>
      <w:r>
        <w:rPr>
          <w:rFonts w:ascii="Times New Roman" w:hAnsi="Times New Roman" w:eastAsia="Times New Roman"/>
          <w:b w:val="0"/>
          <w:color w:val="000000"/>
          <w:spacing w:val="17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de</w:t>
      </w:r>
      <w:r>
        <w:rPr>
          <w:rFonts w:ascii="Times New Roman" w:hAnsi="Times New Roman" w:eastAsia="Times New Roman"/>
          <w:b w:val="0"/>
          <w:color w:val="000000"/>
          <w:spacing w:val="8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Bonsueesso</w:t>
      </w:r>
      <w:r>
        <w:rPr>
          <w:rFonts w:ascii="Arial" w:hAnsi="Arial" w:eastAsia="Arial"/>
          <w:b w:val="0"/>
          <w:i w:val="0"/>
          <w:color w:val="000000"/>
          <w:sz w:val="29"/>
        </w:rPr>
        <w:t>-</w:t>
      </w:r>
      <w:r>
        <w:rPr>
          <w:rFonts w:ascii="Times New Roman" w:hAnsi="Times New Roman" w:eastAsia="Times New Roman"/>
          <w:b w:val="0"/>
          <w:color w:val="000000"/>
          <w:spacing w:val="21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Cep</w:t>
      </w:r>
    </w:p>
    <w:p>
      <w:pPr>
        <w:widowControl/>
        <w:wordWrap w:val="0"/>
        <w:autoSpaceDE w:val="0"/>
        <w:autoSpaceDN w:val="0"/>
        <w:spacing w:line="240" w:lineRule="exact" w:before="129" w:after="19"/>
        <w:ind w:left="4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4"/>
        </w:rPr>
        <w:t>©7</w:t>
      </w:r>
      <w:r>
        <w:rPr>
          <w:rFonts w:ascii="Arial" w:hAnsi="Arial" w:eastAsia="Arial"/>
          <w:b w:val="0"/>
          <w:i w:val="0"/>
          <w:color w:val="000000"/>
          <w:sz w:val="24"/>
        </w:rPr>
        <w:t>$?@.,</w:t>
      </w:r>
      <w:r>
        <w:rPr>
          <w:rFonts w:ascii="Arial" w:hAnsi="Arial" w:eastAsia="Arial"/>
          <w:b w:val="0"/>
          <w:i w:val="0"/>
          <w:color w:val="000000"/>
          <w:sz w:val="24"/>
        </w:rPr>
        <w:t>8©©«</w:t>
      </w:r>
      <w:r>
        <w:rPr>
          <w:rFonts w:ascii="Times New Roman" w:hAnsi="Times New Roman" w:eastAsia="Times New Roman"/>
          <w:b w:val="0"/>
          <w:color w:val="000000"/>
          <w:spacing w:val="805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ê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Arial" w:hAnsi="Arial" w:eastAsia="Arial"/>
          <w:b w:val="0"/>
          <w:i w:val="0"/>
          <w:color w:val="000000"/>
          <w:sz w:val="24"/>
        </w:rPr>
        <w:t>ãdé</w:t>
      </w:r>
      <w:r>
        <w:rPr>
          <w:rFonts w:ascii="Times New Roman" w:hAnsi="Times New Roman" w:eastAsia="Times New Roman"/>
          <w:b w:val="0"/>
          <w:color w:val="000000"/>
          <w:spacing w:val="12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Arial" w:hAnsi="Arial" w:eastAsia="Arial"/>
          <w:b w:val="0"/>
          <w:i w:val="0"/>
          <w:color w:val="000000"/>
          <w:sz w:val="24"/>
        </w:rPr>
        <w:t>ó</w:t>
      </w:r>
      <w:r>
        <w:rPr>
          <w:rFonts w:ascii="Times New Roman" w:hAnsi="Times New Roman" w:eastAsia="Times New Roman"/>
          <w:b w:val="0"/>
          <w:color w:val="000000"/>
          <w:spacing w:val="28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Times New Roman" w:hAnsi="Times New Roman" w:eastAsia="Times New Roman"/>
          <w:b w:val="0"/>
          <w:color w:val="000000"/>
          <w:spacing w:val="56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f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Arial" w:hAnsi="Arial" w:eastAsia="Arial"/>
          <w:b w:val="0"/>
          <w:i w:val="0"/>
          <w:color w:val="000000"/>
          <w:sz w:val="24"/>
        </w:rPr>
        <w:t>8h</w:t>
      </w:r>
      <w:r>
        <w:rPr>
          <w:rFonts w:ascii="Times New Roman" w:hAnsi="Times New Roman" w:eastAsia="Times New Roman"/>
          <w:b w:val="0"/>
          <w:color w:val="000000"/>
          <w:spacing w:val="12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$</w:t>
      </w:r>
      <w:r>
        <w:rPr>
          <w:rFonts w:ascii="Times New Roman" w:hAnsi="Times New Roman" w:eastAsia="Times New Roman"/>
          <w:b w:val="0"/>
          <w:color w:val="000000"/>
          <w:spacing w:val="247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$</w:t>
      </w:r>
      <w:r>
        <w:rPr>
          <w:rFonts w:ascii="Times New Roman" w:hAnsi="Times New Roman" w:eastAsia="Times New Roman"/>
          <w:b w:val="0"/>
          <w:color w:val="000000"/>
          <w:spacing w:val="287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Times New Roman" w:hAnsi="Times New Roman" w:eastAsia="Times New Roman"/>
          <w:b w:val="0"/>
          <w:color w:val="000000"/>
          <w:spacing w:val="196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Times New Roman" w:hAnsi="Times New Roman" w:eastAsia="Times New Roman"/>
          <w:b w:val="0"/>
          <w:color w:val="000000"/>
          <w:spacing w:val="56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;$</w:t>
      </w:r>
      <w:r>
        <w:rPr>
          <w:rFonts w:ascii="Arial" w:hAnsi="Arial" w:eastAsia="Arial"/>
          <w:b w:val="0"/>
          <w:i w:val="0"/>
          <w:color w:val="000000"/>
          <w:sz w:val="24"/>
        </w:rPr>
        <w:t>ã</w:t>
      </w:r>
      <w:r>
        <w:rPr>
          <w:rFonts w:ascii="Times New Roman" w:hAnsi="Times New Roman" w:eastAsia="Times New Roman"/>
          <w:b w:val="0"/>
          <w:color w:val="000000"/>
          <w:spacing w:val="286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;;</w:t>
      </w:r>
      <w:r>
        <w:rPr>
          <w:rFonts w:ascii="Arial" w:hAnsi="Arial" w:eastAsia="Arial"/>
          <w:b w:val="0"/>
          <w:i w:val="0"/>
          <w:color w:val="000000"/>
          <w:sz w:val="24"/>
        </w:rPr>
        <w:t>P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Arial" w:hAnsi="Arial" w:eastAsia="Arial"/>
          <w:b w:val="0"/>
          <w:i w:val="0"/>
          <w:color w:val="000000"/>
          <w:sz w:val="24"/>
        </w:rPr>
        <w:t>wg©</w:t>
      </w:r>
      <w:r>
        <w:rPr>
          <w:rFonts w:ascii="Arial" w:hAnsi="Arial" w:eastAsia="Arial"/>
          <w:b w:val="0"/>
          <w:i w:val="0"/>
          <w:color w:val="000000"/>
          <w:sz w:val="24"/>
        </w:rPr>
        <w:t>,</w:t>
      </w:r>
      <w:r>
        <w:rPr>
          <w:rFonts w:ascii="Arial" w:hAnsi="Arial" w:eastAsia="Arial"/>
          <w:b w:val="0"/>
          <w:i w:val="0"/>
          <w:color w:val="000000"/>
          <w:sz w:val="24"/>
        </w:rPr>
        <w:t>aam</w:t>
      </w:r>
      <w:r>
        <w:rPr>
          <w:rFonts w:ascii="Times New Roman" w:hAnsi="Times New Roman" w:eastAsia="Times New Roman"/>
          <w:b w:val="0"/>
          <w:color w:val="000000"/>
          <w:spacing w:val="306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Arial" w:hAnsi="Arial" w:eastAsia="Arial"/>
          <w:b w:val="0"/>
          <w:i w:val="0"/>
          <w:color w:val="000000"/>
          <w:sz w:val="24"/>
        </w:rPr>
        <w:t>Mmai</w:t>
      </w:r>
      <w:r>
        <w:rPr>
          <w:rFonts w:ascii="Arial" w:hAnsi="Arial" w:eastAsia="Arial"/>
          <w:b w:val="0"/>
          <w:i w:val="0"/>
          <w:color w:val="000000"/>
          <w:sz w:val="24"/>
        </w:rPr>
        <w:t>&amp;</w:t>
      </w:r>
    </w:p>
    <w:p>
      <w:pPr>
        <w:widowControl/>
        <w:wordWrap w:val="0"/>
        <w:autoSpaceDE w:val="0"/>
        <w:autoSpaceDN w:val="0"/>
        <w:spacing w:line="320" w:lineRule="exact" w:before="37" w:after="57"/>
        <w:ind w:left="4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2"/>
        </w:rPr>
        <w:t>chamada</w:t>
      </w:r>
      <w:r>
        <w:rPr>
          <w:rFonts w:ascii="Times New Roman" w:hAnsi="Times New Roman" w:eastAsia="Times New Roman"/>
          <w:b w:val="0"/>
          <w:color w:val="000000"/>
          <w:spacing w:val="244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ás</w:t>
      </w:r>
      <w:r>
        <w:rPr>
          <w:rFonts w:ascii="Times New Roman" w:hAnsi="Times New Roman" w:eastAsia="Times New Roman"/>
          <w:b w:val="0"/>
          <w:color w:val="000000"/>
          <w:spacing w:val="42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8</w:t>
      </w:r>
      <w:r>
        <w:rPr>
          <w:rFonts w:ascii="Arial" w:hAnsi="Arial" w:eastAsia="Arial"/>
          <w:b w:val="0"/>
          <w:i w:val="0"/>
          <w:color w:val="000000"/>
          <w:sz w:val="32"/>
        </w:rPr>
        <w:t>:</w:t>
      </w:r>
      <w:r>
        <w:rPr>
          <w:rFonts w:ascii="Arial" w:hAnsi="Arial" w:eastAsia="Arial"/>
          <w:b w:val="0"/>
          <w:i w:val="0"/>
          <w:color w:val="000000"/>
          <w:sz w:val="32"/>
        </w:rPr>
        <w:t>00</w:t>
      </w:r>
      <w:r>
        <w:rPr>
          <w:rFonts w:ascii="Times New Roman" w:hAnsi="Times New Roman" w:eastAsia="Times New Roman"/>
          <w:b w:val="0"/>
          <w:color w:val="000000"/>
          <w:spacing w:val="-3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horas</w:t>
      </w:r>
      <w:r>
        <w:rPr>
          <w:rFonts w:ascii="Times New Roman" w:hAnsi="Times New Roman" w:eastAsia="Times New Roman"/>
          <w:b w:val="0"/>
          <w:color w:val="000000"/>
          <w:spacing w:val="0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e</w:t>
      </w:r>
      <w:r>
        <w:rPr>
          <w:rFonts w:ascii="Times New Roman" w:hAnsi="Times New Roman" w:eastAsia="Times New Roman"/>
          <w:b w:val="0"/>
          <w:color w:val="000000"/>
          <w:spacing w:val="62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29"/>
          <w:sz w:val="32"/>
        </w:rPr>
        <w:t>SegundaC</w:t>
      </w:r>
      <w:r>
        <w:rPr>
          <w:rFonts w:ascii="Times New Roman" w:hAnsi="Times New Roman" w:eastAsia="Times New Roman"/>
          <w:b w:val="0"/>
          <w:color w:val="000000"/>
          <w:spacing w:val="130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25"/>
          <w:sz w:val="32"/>
        </w:rPr>
        <w:t>hamadaa</w:t>
      </w:r>
      <w:r>
        <w:rPr>
          <w:rFonts w:ascii="Times New Roman" w:hAnsi="Times New Roman" w:eastAsia="Times New Roman"/>
          <w:b w:val="0"/>
          <w:color w:val="000000"/>
          <w:spacing w:val="71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s</w:t>
      </w:r>
      <w:r>
        <w:rPr>
          <w:rFonts w:ascii="Times New Roman" w:hAnsi="Times New Roman" w:eastAsia="Times New Roman"/>
          <w:b w:val="0"/>
          <w:color w:val="000000"/>
          <w:spacing w:val="42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9</w:t>
      </w:r>
      <w:r>
        <w:rPr>
          <w:rFonts w:ascii="Arial" w:hAnsi="Arial" w:eastAsia="Arial"/>
          <w:b w:val="0"/>
          <w:i w:val="0"/>
          <w:color w:val="000000"/>
          <w:sz w:val="32"/>
        </w:rPr>
        <w:t>:</w:t>
      </w:r>
      <w:r>
        <w:rPr>
          <w:rFonts w:ascii="Arial" w:hAnsi="Arial" w:eastAsia="Arial"/>
          <w:b w:val="0"/>
          <w:i w:val="0"/>
          <w:color w:val="000000"/>
          <w:sz w:val="32"/>
        </w:rPr>
        <w:t>00</w:t>
      </w:r>
      <w:r>
        <w:rPr>
          <w:rFonts w:ascii="Times New Roman" w:hAnsi="Times New Roman" w:eastAsia="Times New Roman"/>
          <w:b w:val="0"/>
          <w:color w:val="000000"/>
          <w:spacing w:val="-3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horas</w:t>
      </w:r>
      <w:r>
        <w:rPr>
          <w:rFonts w:ascii="Arial" w:hAnsi="Arial" w:eastAsia="Arial"/>
          <w:b w:val="0"/>
          <w:i w:val="0"/>
          <w:color w:val="000000"/>
          <w:sz w:val="32"/>
        </w:rPr>
        <w:t>,</w:t>
      </w:r>
      <w:r>
        <w:rPr>
          <w:rFonts w:ascii="Times New Roman" w:hAnsi="Times New Roman" w:eastAsia="Times New Roman"/>
          <w:b w:val="0"/>
          <w:color w:val="000000"/>
          <w:spacing w:val="-29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reuniram</w:t>
      </w:r>
      <w:r>
        <w:rPr>
          <w:rFonts w:ascii="Arial" w:hAnsi="Arial" w:eastAsia="Arial"/>
          <w:b w:val="0"/>
          <w:i w:val="0"/>
          <w:color w:val="000000"/>
          <w:sz w:val="32"/>
        </w:rPr>
        <w:t>-</w:t>
      </w:r>
      <w:r>
        <w:rPr>
          <w:rFonts w:ascii="Arial" w:hAnsi="Arial" w:eastAsia="Arial"/>
          <w:b w:val="0"/>
          <w:i w:val="0"/>
          <w:color w:val="000000"/>
          <w:spacing w:val="-59"/>
          <w:sz w:val="32"/>
        </w:rPr>
        <w:t>seo</w:t>
      </w:r>
      <w:r>
        <w:rPr>
          <w:rFonts w:ascii="Times New Roman" w:hAnsi="Times New Roman" w:eastAsia="Times New Roman"/>
          <w:b w:val="0"/>
          <w:color w:val="000000"/>
          <w:spacing w:val="71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s</w:t>
      </w:r>
    </w:p>
    <w:p>
      <w:pPr>
        <w:widowControl/>
        <w:wordWrap w:val="0"/>
        <w:autoSpaceDE w:val="0"/>
        <w:autoSpaceDN w:val="0"/>
        <w:spacing w:line="200" w:lineRule="exact" w:before="114" w:after="54"/>
        <w:ind w:left="2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0"/>
        </w:rPr>
        <w:t>~</w:t>
      </w:r>
      <w:r>
        <w:rPr>
          <w:rFonts w:ascii="Times New Roman" w:hAnsi="Times New Roman" w:eastAsia="Times New Roman"/>
          <w:b w:val="0"/>
          <w:color w:val="000000"/>
          <w:spacing w:val="113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$</w:t>
      </w:r>
      <w:r>
        <w:rPr>
          <w:rFonts w:ascii="Arial" w:hAnsi="Arial" w:eastAsia="Arial"/>
          <w:b w:val="0"/>
          <w:i w:val="0"/>
          <w:color w:val="000000"/>
          <w:sz w:val="20"/>
        </w:rPr>
        <w:t>e</w:t>
      </w:r>
      <w:r>
        <w:rPr>
          <w:rFonts w:ascii="Arial" w:hAnsi="Arial" w:eastAsia="Arial"/>
          <w:b w:val="0"/>
          <w:i w:val="0"/>
          <w:color w:val="000000"/>
          <w:sz w:val="20"/>
        </w:rPr>
        <w:t>@&amp;</w:t>
      </w:r>
      <w:r>
        <w:rPr>
          <w:rFonts w:ascii="Arial" w:hAnsi="Arial" w:eastAsia="Arial"/>
          <w:b w:val="0"/>
          <w:i w:val="0"/>
          <w:color w:val="000000"/>
          <w:sz w:val="20"/>
        </w:rPr>
        <w:t>f</w:t>
      </w:r>
      <w:r>
        <w:rPr>
          <w:rFonts w:ascii="Times New Roman" w:hAnsi="Times New Roman" w:eastAsia="Times New Roman"/>
          <w:b w:val="0"/>
          <w:color w:val="000000"/>
          <w:spacing w:val="296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s</w:t>
      </w:r>
      <w:r>
        <w:rPr>
          <w:rFonts w:ascii="Arial" w:hAnsi="Arial" w:eastAsia="Arial"/>
          <w:b w:val="0"/>
          <w:i w:val="0"/>
          <w:color w:val="000000"/>
          <w:sz w:val="20"/>
        </w:rPr>
        <w:t>;</w:t>
      </w:r>
      <w:r>
        <w:rPr>
          <w:rFonts w:ascii="Times New Roman" w:hAnsi="Times New Roman" w:eastAsia="Times New Roman"/>
          <w:b w:val="0"/>
          <w:color w:val="000000"/>
          <w:spacing w:val="41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d</w:t>
      </w:r>
      <w:r>
        <w:rPr>
          <w:rFonts w:ascii="Times New Roman" w:hAnsi="Times New Roman" w:eastAsia="Times New Roman"/>
          <w:b w:val="0"/>
          <w:color w:val="000000"/>
          <w:spacing w:val="299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$</w:t>
      </w:r>
      <w:r>
        <w:rPr>
          <w:rFonts w:ascii="Arial" w:hAnsi="Arial" w:eastAsia="Arial"/>
          <w:b w:val="0"/>
          <w:i w:val="0"/>
          <w:color w:val="000000"/>
          <w:sz w:val="20"/>
        </w:rPr>
        <w:t>à</w:t>
      </w:r>
      <w:r>
        <w:rPr>
          <w:rFonts w:ascii="Arial" w:hAnsi="Arial" w:eastAsia="Arial"/>
          <w:b w:val="0"/>
          <w:i w:val="0"/>
          <w:color w:val="000000"/>
          <w:sz w:val="20"/>
        </w:rPr>
        <w:t>!</w:t>
      </w:r>
      <w:r>
        <w:rPr>
          <w:rFonts w:ascii="Times New Roman" w:hAnsi="Times New Roman" w:eastAsia="Times New Roman"/>
          <w:b w:val="0"/>
          <w:color w:val="000000"/>
          <w:spacing w:val="192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;</w:t>
      </w:r>
      <w:r>
        <w:rPr>
          <w:rFonts w:ascii="Times New Roman" w:hAnsi="Times New Roman" w:eastAsia="Times New Roman"/>
          <w:b w:val="0"/>
          <w:color w:val="000000"/>
          <w:spacing w:val="9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ã</w:t>
      </w:r>
      <w:r>
        <w:rPr>
          <w:rFonts w:ascii="Times New Roman" w:hAnsi="Times New Roman" w:eastAsia="Times New Roman"/>
          <w:b w:val="0"/>
          <w:color w:val="000000"/>
          <w:spacing w:val="119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@</w:t>
      </w:r>
      <w:r>
        <w:rPr>
          <w:rFonts w:ascii="Arial" w:hAnsi="Arial" w:eastAsia="Arial"/>
          <w:b w:val="0"/>
          <w:i w:val="0"/>
          <w:color w:val="000000"/>
          <w:sz w:val="20"/>
        </w:rPr>
        <w:t>aÊàd</w:t>
      </w:r>
      <w:r>
        <w:rPr>
          <w:rFonts w:ascii="Arial" w:hAnsi="Arial" w:eastAsia="Arial"/>
          <w:b w:val="0"/>
          <w:i w:val="0"/>
          <w:color w:val="000000"/>
          <w:sz w:val="20"/>
        </w:rPr>
        <w:t>@</w:t>
      </w:r>
      <w:r>
        <w:rPr>
          <w:rFonts w:ascii="Arial" w:hAnsi="Arial" w:eastAsia="Arial"/>
          <w:b w:val="0"/>
          <w:i w:val="0"/>
          <w:color w:val="000000"/>
          <w:sz w:val="20"/>
        </w:rPr>
        <w:t>®i</w:t>
      </w:r>
      <w:r>
        <w:rPr>
          <w:rFonts w:ascii="Arial" w:hAnsi="Arial" w:eastAsia="Arial"/>
          <w:b w:val="0"/>
          <w:i w:val="0"/>
          <w:color w:val="000000"/>
          <w:sz w:val="20"/>
        </w:rPr>
        <w:t>::</w:t>
      </w:r>
      <w:r>
        <w:rPr>
          <w:rFonts w:ascii="Arial" w:hAnsi="Arial" w:eastAsia="Arial"/>
          <w:b w:val="0"/>
          <w:i w:val="0"/>
          <w:color w:val="000000"/>
          <w:sz w:val="20"/>
        </w:rPr>
        <w:t>eógã</w:t>
      </w:r>
      <w:r>
        <w:rPr>
          <w:rFonts w:ascii="Arial" w:hAnsi="Arial" w:eastAsia="Arial"/>
          <w:b w:val="0"/>
          <w:i w:val="0"/>
          <w:color w:val="000000"/>
          <w:sz w:val="20"/>
        </w:rPr>
        <w:t>;</w:t>
      </w:r>
      <w:r>
        <w:rPr>
          <w:rFonts w:ascii="Arial" w:hAnsi="Arial" w:eastAsia="Arial"/>
          <w:b w:val="0"/>
          <w:i w:val="0"/>
          <w:color w:val="000000"/>
          <w:sz w:val="20"/>
        </w:rPr>
        <w:t>pg</w:t>
      </w:r>
      <w:r>
        <w:rPr>
          <w:rFonts w:ascii="Arial" w:hAnsi="Arial" w:eastAsia="Arial"/>
          <w:b w:val="0"/>
          <w:i w:val="0"/>
          <w:color w:val="000000"/>
          <w:sz w:val="20"/>
        </w:rPr>
        <w:t>@</w:t>
      </w:r>
      <w:r>
        <w:rPr>
          <w:rFonts w:ascii="Arial" w:hAnsi="Arial" w:eastAsia="Arial"/>
          <w:b w:val="0"/>
          <w:i w:val="0"/>
          <w:color w:val="000000"/>
          <w:sz w:val="20"/>
        </w:rPr>
        <w:t>ãe®çaãd</w:t>
      </w:r>
      <w:r>
        <w:rPr>
          <w:rFonts w:ascii="Arial" w:hAnsi="Arial" w:eastAsia="Arial"/>
          <w:b w:val="0"/>
          <w:i w:val="0"/>
          <w:color w:val="000000"/>
          <w:sz w:val="20"/>
        </w:rPr>
        <w:t>@</w:t>
      </w:r>
      <w:r>
        <w:rPr>
          <w:rFonts w:ascii="Arial" w:hAnsi="Arial" w:eastAsia="Arial"/>
          <w:b w:val="0"/>
          <w:i w:val="0"/>
          <w:color w:val="000000"/>
          <w:sz w:val="20"/>
        </w:rPr>
        <w:t>vÊ</w:t>
      </w:r>
      <w:r>
        <w:rPr>
          <w:rFonts w:ascii="Arial" w:hAnsi="Arial" w:eastAsia="Arial"/>
          <w:b w:val="0"/>
          <w:i w:val="0"/>
          <w:color w:val="000000"/>
          <w:sz w:val="20"/>
        </w:rPr>
        <w:t>@</w:t>
      </w:r>
      <w:r>
        <w:rPr>
          <w:rFonts w:ascii="Arial" w:hAnsi="Arial" w:eastAsia="Arial"/>
          <w:b w:val="0"/>
          <w:i w:val="0"/>
          <w:color w:val="000000"/>
          <w:sz w:val="20"/>
        </w:rPr>
        <w:t>a</w:t>
      </w:r>
      <w:r>
        <w:rPr>
          <w:rFonts w:ascii="Times New Roman" w:hAnsi="Times New Roman" w:eastAsia="Times New Roman"/>
          <w:b w:val="0"/>
          <w:color w:val="000000"/>
          <w:spacing w:val="774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ãÊ</w:t>
      </w:r>
      <w:r>
        <w:rPr>
          <w:rFonts w:ascii="Arial" w:hAnsi="Arial" w:eastAsia="Arial"/>
          <w:b w:val="0"/>
          <w:i w:val="0"/>
          <w:color w:val="000000"/>
          <w:sz w:val="20"/>
        </w:rPr>
        <w:t>&amp;;</w:t>
      </w:r>
      <w:r>
        <w:rPr>
          <w:rFonts w:ascii="Arial" w:hAnsi="Arial" w:eastAsia="Arial"/>
          <w:b w:val="0"/>
          <w:i w:val="0"/>
          <w:color w:val="000000"/>
          <w:sz w:val="20"/>
        </w:rPr>
        <w:t>é</w:t>
      </w:r>
      <w:r>
        <w:rPr>
          <w:rFonts w:ascii="Times New Roman" w:hAnsi="Times New Roman" w:eastAsia="Times New Roman"/>
          <w:b w:val="0"/>
          <w:color w:val="000000"/>
          <w:spacing w:val="185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ggã</w:t>
      </w:r>
      <w:r>
        <w:rPr>
          <w:rFonts w:ascii="Times New Roman" w:hAnsi="Times New Roman" w:eastAsia="Times New Roman"/>
          <w:b w:val="0"/>
          <w:color w:val="000000"/>
          <w:spacing w:val="356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dàsem</w:t>
      </w:r>
      <w:r>
        <w:rPr>
          <w:rFonts w:ascii="Times New Roman" w:hAnsi="Times New Roman" w:eastAsia="Times New Roman"/>
          <w:b w:val="0"/>
          <w:color w:val="000000"/>
          <w:spacing w:val="390"/>
          <w:sz w:val="2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0"/>
        </w:rPr>
        <w:t>gls</w:t>
      </w:r>
    </w:p>
    <w:p>
      <w:pPr>
        <w:widowControl/>
        <w:wordWrap w:val="0"/>
        <w:autoSpaceDE w:val="0"/>
        <w:autoSpaceDN w:val="0"/>
        <w:spacing w:line="240" w:lineRule="exact" w:before="109" w:after="48"/>
        <w:ind w:left="1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4"/>
        </w:rPr>
        <w:t>::</w:t>
      </w:r>
      <w:r>
        <w:rPr>
          <w:rFonts w:ascii="Times New Roman" w:hAnsi="Times New Roman" w:eastAsia="Times New Roman"/>
          <w:b w:val="0"/>
          <w:color w:val="000000"/>
          <w:spacing w:val="67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45"/>
          <w:sz w:val="24"/>
        </w:rPr>
        <w:t>8me</w:t>
      </w:r>
      <w:r>
        <w:rPr>
          <w:rFonts w:ascii="Times New Roman" w:hAnsi="Times New Roman" w:eastAsia="Times New Roman"/>
          <w:b w:val="0"/>
          <w:color w:val="000000"/>
          <w:spacing w:val="367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ãh</w:t>
      </w:r>
      <w:r>
        <w:rPr>
          <w:rFonts w:ascii="Times New Roman" w:hAnsi="Times New Roman" w:eastAsia="Times New Roman"/>
          <w:b w:val="0"/>
          <w:color w:val="000000"/>
          <w:spacing w:val="7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ód</w:t>
      </w:r>
      <w:r>
        <w:rPr>
          <w:rFonts w:ascii="Times New Roman" w:hAnsi="Times New Roman" w:eastAsia="Times New Roman"/>
          <w:b w:val="0"/>
          <w:color w:val="000000"/>
          <w:spacing w:val="31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@&amp;</w:t>
      </w:r>
      <w:r>
        <w:rPr>
          <w:rFonts w:ascii="Arial" w:hAnsi="Arial" w:eastAsia="Arial"/>
          <w:b w:val="0"/>
          <w:i w:val="0"/>
          <w:color w:val="000000"/>
          <w:sz w:val="24"/>
        </w:rPr>
        <w:t>é</w:t>
      </w:r>
      <w:r>
        <w:rPr>
          <w:rFonts w:ascii="Arial" w:hAnsi="Arial" w:eastAsia="Arial"/>
          <w:b w:val="0"/>
          <w:i w:val="0"/>
          <w:color w:val="000000"/>
          <w:sz w:val="24"/>
        </w:rPr>
        <w:t>éãÊ</w:t>
      </w:r>
      <w:r>
        <w:rPr>
          <w:rFonts w:ascii="Times New Roman" w:hAnsi="Times New Roman" w:eastAsia="Times New Roman"/>
          <w:b w:val="0"/>
          <w:color w:val="000000"/>
          <w:spacing w:val="19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ãéàdé</w:t>
      </w:r>
      <w:r>
        <w:rPr>
          <w:rFonts w:ascii="Arial" w:hAnsi="Arial" w:eastAsia="Arial"/>
          <w:b w:val="0"/>
          <w:i w:val="0"/>
          <w:color w:val="000000"/>
          <w:sz w:val="24"/>
        </w:rPr>
        <w:t>:;</w:t>
      </w:r>
      <w:r>
        <w:rPr>
          <w:rFonts w:ascii="Arial" w:hAnsi="Arial" w:eastAsia="Arial"/>
          <w:b w:val="0"/>
          <w:i w:val="0"/>
          <w:color w:val="000000"/>
          <w:sz w:val="24"/>
        </w:rPr>
        <w:t>ãéá</w:t>
      </w:r>
      <w:r>
        <w:rPr>
          <w:rFonts w:ascii="Arial" w:hAnsi="Arial" w:eastAsia="Arial"/>
          <w:b w:val="0"/>
          <w:i w:val="0"/>
          <w:color w:val="000000"/>
          <w:sz w:val="24"/>
        </w:rPr>
        <w:t>@$</w:t>
      </w:r>
      <w:r>
        <w:rPr>
          <w:rFonts w:ascii="Arial" w:hAnsi="Arial" w:eastAsia="Arial"/>
          <w:b w:val="0"/>
          <w:i w:val="0"/>
          <w:color w:val="000000"/>
          <w:sz w:val="24"/>
        </w:rPr>
        <w:t>úb8é8ã</w:t>
      </w:r>
      <w:r>
        <w:rPr>
          <w:rFonts w:ascii="Times New Roman" w:hAnsi="Times New Roman" w:eastAsia="Times New Roman"/>
          <w:b w:val="0"/>
          <w:color w:val="000000"/>
          <w:spacing w:val="221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Times New Roman" w:hAnsi="Times New Roman" w:eastAsia="Times New Roman"/>
          <w:b w:val="0"/>
          <w:color w:val="000000"/>
          <w:spacing w:val="196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é</w:t>
      </w:r>
      <w:r>
        <w:rPr>
          <w:rFonts w:ascii="Arial" w:hAnsi="Arial" w:eastAsia="Arial"/>
          <w:b w:val="0"/>
          <w:i w:val="0"/>
          <w:color w:val="000000"/>
          <w:sz w:val="24"/>
        </w:rPr>
        <w:t>%@</w:t>
      </w:r>
      <w:r>
        <w:rPr>
          <w:rFonts w:ascii="Arial" w:hAnsi="Arial" w:eastAsia="Arial"/>
          <w:b w:val="0"/>
          <w:i w:val="0"/>
          <w:color w:val="000000"/>
          <w:sz w:val="24"/>
        </w:rPr>
        <w:t>óãd</w:t>
      </w:r>
      <w:r>
        <w:rPr>
          <w:rFonts w:ascii="Times New Roman" w:hAnsi="Times New Roman" w:eastAsia="Times New Roman"/>
          <w:b w:val="0"/>
          <w:color w:val="000000"/>
          <w:spacing w:val="229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g8êã</w:t>
      </w:r>
      <w:r>
        <w:rPr>
          <w:rFonts w:ascii="Times New Roman" w:hAnsi="Times New Roman" w:eastAsia="Times New Roman"/>
          <w:b w:val="0"/>
          <w:color w:val="000000"/>
          <w:spacing w:val="566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S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Times New Roman" w:hAnsi="Times New Roman" w:eastAsia="Times New Roman"/>
          <w:b w:val="0"/>
          <w:color w:val="000000"/>
          <w:spacing w:val="36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8a</w:t>
      </w:r>
      <w:r>
        <w:rPr>
          <w:rFonts w:ascii="Arial" w:hAnsi="Arial" w:eastAsia="Arial"/>
          <w:b w:val="0"/>
          <w:i w:val="0"/>
          <w:color w:val="000000"/>
          <w:sz w:val="24"/>
        </w:rPr>
        <w:t>$@#</w:t>
      </w:r>
      <w:r>
        <w:rPr>
          <w:rFonts w:ascii="Arial" w:hAnsi="Arial" w:eastAsia="Arial"/>
          <w:b w:val="0"/>
          <w:i w:val="0"/>
          <w:color w:val="000000"/>
          <w:sz w:val="24"/>
        </w:rPr>
        <w:t>wvg©©f</w:t>
      </w:r>
      <w:r>
        <w:rPr>
          <w:rFonts w:ascii="Arial" w:hAnsi="Arial" w:eastAsia="Arial"/>
          <w:b w:val="0"/>
          <w:i w:val="0"/>
          <w:color w:val="000000"/>
          <w:sz w:val="24"/>
        </w:rPr>
        <w:t>,</w:t>
      </w:r>
    </w:p>
    <w:p>
      <w:pPr>
        <w:widowControl/>
        <w:wordWrap w:val="0"/>
        <w:autoSpaceDE w:val="0"/>
        <w:autoSpaceDN w:val="0"/>
        <w:spacing w:line="220" w:lineRule="exact" w:before="95" w:after="31"/>
        <w:ind w:left="4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2"/>
        </w:rPr>
        <w:t>pan</w:t>
      </w:r>
      <w:r>
        <w:rPr>
          <w:rFonts w:ascii="Arial" w:hAnsi="Arial" w:eastAsia="Arial"/>
          <w:b w:val="0"/>
          <w:i w:val="0"/>
          <w:color w:val="000000"/>
          <w:sz w:val="22"/>
        </w:rPr>
        <w:t>'</w:t>
      </w:r>
      <w:r>
        <w:rPr>
          <w:rFonts w:ascii="Arial" w:hAnsi="Arial" w:eastAsia="Arial"/>
          <w:b w:val="0"/>
          <w:i w:val="0"/>
          <w:color w:val="000000"/>
          <w:sz w:val="22"/>
        </w:rPr>
        <w:t>a</w:t>
      </w:r>
      <w:r>
        <w:rPr>
          <w:rFonts w:ascii="Times New Roman" w:hAnsi="Times New Roman" w:eastAsia="Times New Roman"/>
          <w:b w:val="0"/>
          <w:color w:val="000000"/>
          <w:spacing w:val="174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©</w:t>
      </w:r>
      <w:r>
        <w:rPr>
          <w:rFonts w:ascii="Arial" w:hAnsi="Arial" w:eastAsia="Arial"/>
          <w:b w:val="0"/>
          <w:i w:val="0"/>
          <w:color w:val="000000"/>
          <w:sz w:val="22"/>
        </w:rPr>
        <w:t>$</w:t>
      </w:r>
      <w:r>
        <w:rPr>
          <w:rFonts w:ascii="Times New Roman" w:hAnsi="Times New Roman" w:eastAsia="Times New Roman"/>
          <w:b w:val="0"/>
          <w:color w:val="000000"/>
          <w:spacing w:val="281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ÚÊpeà</w:t>
      </w:r>
      <w:r>
        <w:rPr>
          <w:rFonts w:ascii="Times New Roman" w:hAnsi="Times New Roman" w:eastAsia="Times New Roman"/>
          <w:b w:val="0"/>
          <w:color w:val="000000"/>
          <w:spacing w:val="12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;</w:t>
      </w:r>
      <w:r>
        <w:rPr>
          <w:rFonts w:ascii="Times New Roman" w:hAnsi="Times New Roman" w:eastAsia="Times New Roman"/>
          <w:b w:val="0"/>
          <w:color w:val="000000"/>
          <w:spacing w:val="244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ãeÊibégãreÜ</w:t>
      </w:r>
      <w:r>
        <w:rPr>
          <w:rFonts w:ascii="Times New Roman" w:hAnsi="Times New Roman" w:eastAsia="Times New Roman"/>
          <w:b w:val="0"/>
          <w:color w:val="000000"/>
          <w:spacing w:val="281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àüaútÓ</w:t>
      </w:r>
      <w:r>
        <w:rPr>
          <w:rFonts w:ascii="Arial" w:hAnsi="Arial" w:eastAsia="Arial"/>
          <w:b w:val="0"/>
          <w:i w:val="0"/>
          <w:color w:val="000000"/>
          <w:sz w:val="22"/>
        </w:rPr>
        <w:t>;</w:t>
      </w:r>
      <w:r>
        <w:rPr>
          <w:rFonts w:ascii="Times New Roman" w:hAnsi="Times New Roman" w:eastAsia="Times New Roman"/>
          <w:b w:val="0"/>
          <w:color w:val="000000"/>
          <w:spacing w:val="382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aP</w:t>
      </w:r>
      <w:r>
        <w:rPr>
          <w:rFonts w:ascii="Arial" w:hAnsi="Arial" w:eastAsia="Arial"/>
          <w:b w:val="0"/>
          <w:i w:val="0"/>
          <w:color w:val="000000"/>
          <w:sz w:val="22"/>
        </w:rPr>
        <w:t>#</w:t>
      </w:r>
      <w:r>
        <w:rPr>
          <w:rFonts w:ascii="Times New Roman" w:hAnsi="Times New Roman" w:eastAsia="Times New Roman"/>
          <w:b w:val="0"/>
          <w:color w:val="000000"/>
          <w:spacing w:val="114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wãÇá</w:t>
      </w:r>
      <w:r>
        <w:rPr>
          <w:rFonts w:ascii="Arial" w:hAnsi="Arial" w:eastAsia="Arial"/>
          <w:b w:val="0"/>
          <w:i w:val="0"/>
          <w:color w:val="000000"/>
          <w:sz w:val="22"/>
        </w:rPr>
        <w:t>@@</w:t>
      </w:r>
      <w:r>
        <w:rPr>
          <w:rFonts w:ascii="Arial" w:hAnsi="Arial" w:eastAsia="Arial"/>
          <w:b w:val="0"/>
          <w:i w:val="0"/>
          <w:color w:val="000000"/>
          <w:sz w:val="22"/>
        </w:rPr>
        <w:t>aA8</w:t>
      </w:r>
      <w:r>
        <w:rPr>
          <w:rFonts w:ascii="Times New Roman" w:hAnsi="Times New Roman" w:eastAsia="Times New Roman"/>
          <w:b w:val="0"/>
          <w:color w:val="000000"/>
          <w:spacing w:val="405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:</w:t>
      </w:r>
      <w:r>
        <w:rPr>
          <w:rFonts w:ascii="Arial" w:hAnsi="Arial" w:eastAsia="Arial"/>
          <w:b w:val="0"/>
          <w:i w:val="0"/>
          <w:color w:val="000000"/>
          <w:sz w:val="22"/>
        </w:rPr>
        <w:t>ãçã</w:t>
      </w:r>
      <w:r>
        <w:rPr>
          <w:rFonts w:ascii="Times New Roman" w:hAnsi="Times New Roman" w:eastAsia="Times New Roman"/>
          <w:b w:val="0"/>
          <w:color w:val="000000"/>
          <w:spacing w:val="269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d</w:t>
      </w:r>
      <w:r>
        <w:rPr>
          <w:rFonts w:ascii="Times New Roman" w:hAnsi="Times New Roman" w:eastAsia="Times New Roman"/>
          <w:b w:val="0"/>
          <w:color w:val="000000"/>
          <w:spacing w:val="223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g</w:t>
      </w:r>
      <w:r>
        <w:rPr>
          <w:rFonts w:ascii="Arial" w:hAnsi="Arial" w:eastAsia="Arial"/>
          <w:b w:val="0"/>
          <w:i w:val="0"/>
          <w:color w:val="000000"/>
          <w:sz w:val="22"/>
        </w:rPr>
        <w:t>$'</w:t>
      </w:r>
      <w:r>
        <w:rPr>
          <w:rFonts w:ascii="Arial" w:hAnsi="Arial" w:eastAsia="Arial"/>
          <w:b w:val="0"/>
          <w:i w:val="0"/>
          <w:color w:val="000000"/>
          <w:sz w:val="22"/>
        </w:rPr>
        <w:t>FA</w:t>
      </w:r>
      <w:r>
        <w:rPr>
          <w:rFonts w:ascii="Arial" w:hAnsi="Arial" w:eastAsia="Arial"/>
          <w:b w:val="0"/>
          <w:i w:val="0"/>
          <w:color w:val="000000"/>
          <w:sz w:val="22"/>
        </w:rPr>
        <w:t>'?</w:t>
      </w:r>
      <w:r>
        <w:rPr>
          <w:rFonts w:ascii="Arial" w:hAnsi="Arial" w:eastAsia="Arial"/>
          <w:b w:val="0"/>
          <w:i w:val="0"/>
          <w:color w:val="000000"/>
          <w:sz w:val="22"/>
        </w:rPr>
        <w:t>Wf</w:t>
      </w:r>
      <w:r>
        <w:rPr>
          <w:rFonts w:ascii="Times New Roman" w:hAnsi="Times New Roman" w:eastAsia="Times New Roman"/>
          <w:b w:val="0"/>
          <w:color w:val="000000"/>
          <w:spacing w:val="444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@</w:t>
      </w:r>
      <w:r>
        <w:rPr>
          <w:rFonts w:ascii="Arial" w:hAnsi="Arial" w:eastAsia="Arial"/>
          <w:b w:val="0"/>
          <w:i w:val="0"/>
          <w:color w:val="000000"/>
          <w:sz w:val="22"/>
        </w:rPr>
        <w:t>a</w:t>
      </w:r>
    </w:p>
    <w:p>
      <w:pPr>
        <w:widowControl/>
        <w:wordWrap w:val="0"/>
        <w:autoSpaceDE w:val="0"/>
        <w:autoSpaceDN w:val="0"/>
        <w:spacing w:line="14" w:lineRule="exact" w:before="48" w:after="0"/>
        <w:ind w:left="0" w:right="0"/>
      </w:pPr>
    </w:p>
    <w:tbl>
      <w:tblPr>
        <w:tblW w:type="auto" w:w="0"/>
        <w:tblInd w:type="dxa" w:w="120"/>
        <w:tblLayout w:type="fixed"/>
        <w:tblLook w:firstColumn="1" w:firstRow="1" w:lastColumn="0" w:lastRow="0" w:noHBand="0" w:noVBand="1" w:val="04A0"/>
      </w:tblPr>
      <w:tblGrid>
        <w:gridCol w:w="2914"/>
        <w:gridCol w:w="2914"/>
        <w:gridCol w:w="2914"/>
        <w:gridCol w:w="2914"/>
      </w:tblGrid>
      <w:tr>
        <w:trPr>
          <w:trHeight w:hRule="exact" w:val="318"/>
        </w:trPr>
        <w:tc>
          <w:tcPr>
            <w:tcW w:type="dxa" w:w="11065"/>
            <w:gridSpan w:val="4"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287"/>
        </w:trPr>
        <w:tc>
          <w:tcPr>
            <w:tcW w:type="dxa" w:w="3564"/>
            <w:tcMar>
              <w:left w:type="dxa" w:w="0"/>
              <w:right w:type="dxa" w:w="0"/>
            </w:tcMar>
          </w:tcPr>
          <w:p/>
        </w:tc>
        <w:tc>
          <w:tcPr>
            <w:tcW w:type="dxa" w:w="3966"/>
            <w:tcMar>
              <w:left w:type="dxa" w:w="0"/>
              <w:right w:type="dxa" w:w="0"/>
            </w:tcMar>
          </w:tcPr>
          <w:p/>
        </w:tc>
        <w:tc>
          <w:tcPr>
            <w:tcW w:type="dxa" w:w="3535"/>
            <w:gridSpan w:val="2"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369"/>
        </w:trPr>
        <w:tc>
          <w:tcPr>
            <w:tcW w:type="dxa" w:w="10607"/>
            <w:gridSpan w:val="3"/>
            <w:tcMar>
              <w:left w:type="dxa" w:w="0"/>
              <w:right w:type="dxa" w:w="0"/>
            </w:tcMar>
          </w:tcPr>
          <w:p/>
        </w:tc>
        <w:tc>
          <w:tcPr>
            <w:tcW w:type="dxa" w:w="459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80" w:lineRule="exact" w:before="145" w:after="0"/>
              <w:ind w:left="73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@@</w:t>
            </w:r>
          </w:p>
        </w:tc>
      </w:tr>
    </w:tbl>
    <w:p>
      <w:pPr>
        <w:widowControl/>
        <w:wordWrap w:val="0"/>
        <w:autoSpaceDE w:val="0"/>
        <w:autoSpaceDN w:val="0"/>
        <w:spacing w:line="260" w:lineRule="exact" w:before="14" w:after="16"/>
        <w:ind w:left="1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6"/>
        </w:rPr>
        <w:t>-:@</w:t>
      </w:r>
      <w:r>
        <w:rPr>
          <w:rFonts w:ascii="Arial" w:hAnsi="Arial" w:eastAsia="Arial"/>
          <w:b w:val="0"/>
          <w:i w:val="0"/>
          <w:color w:val="000000"/>
          <w:sz w:val="26"/>
        </w:rPr>
        <w:t>á8</w:t>
      </w:r>
      <w:r>
        <w:rPr>
          <w:rFonts w:ascii="Arial" w:hAnsi="Arial" w:eastAsia="Arial"/>
          <w:b w:val="0"/>
          <w:i w:val="0"/>
          <w:color w:val="000000"/>
          <w:sz w:val="26"/>
        </w:rPr>
        <w:t>#</w:t>
      </w:r>
      <w:r>
        <w:rPr>
          <w:rFonts w:ascii="Arial" w:hAnsi="Arial" w:eastAsia="Arial"/>
          <w:b w:val="0"/>
          <w:i w:val="0"/>
          <w:color w:val="000000"/>
          <w:sz w:val="26"/>
        </w:rPr>
        <w:t>wasd©©</w:t>
      </w:r>
      <w:r>
        <w:rPr>
          <w:rFonts w:ascii="Times New Roman" w:hAnsi="Times New Roman" w:eastAsia="Times New Roman"/>
          <w:b w:val="0"/>
          <w:color w:val="000000"/>
          <w:spacing w:val="168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áü</w:t>
      </w:r>
      <w:r>
        <w:rPr>
          <w:rFonts w:ascii="Arial" w:hAnsi="Arial" w:eastAsia="Arial"/>
          <w:b w:val="0"/>
          <w:i w:val="0"/>
          <w:color w:val="000000"/>
          <w:sz w:val="26"/>
        </w:rPr>
        <w:t>&amp;</w:t>
      </w:r>
      <w:r>
        <w:rPr>
          <w:rFonts w:ascii="Arial" w:hAnsi="Arial" w:eastAsia="Arial"/>
          <w:b w:val="0"/>
          <w:i w:val="0"/>
          <w:color w:val="000000"/>
          <w:sz w:val="26"/>
        </w:rPr>
        <w:t>iBhó</w:t>
      </w:r>
      <w:r>
        <w:rPr>
          <w:rFonts w:ascii="Arial" w:hAnsi="Arial" w:eastAsia="Arial"/>
          <w:b w:val="0"/>
          <w:i w:val="0"/>
          <w:color w:val="000000"/>
          <w:sz w:val="26"/>
        </w:rPr>
        <w:t>&amp;</w:t>
      </w:r>
      <w:r>
        <w:rPr>
          <w:rFonts w:ascii="Times New Roman" w:hAnsi="Times New Roman" w:eastAsia="Times New Roman"/>
          <w:b w:val="0"/>
          <w:color w:val="000000"/>
          <w:spacing w:val="159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@</w:t>
      </w:r>
      <w:r>
        <w:rPr>
          <w:rFonts w:ascii="Arial" w:hAnsi="Arial" w:eastAsia="Arial"/>
          <w:b w:val="0"/>
          <w:i w:val="0"/>
          <w:color w:val="000000"/>
          <w:sz w:val="26"/>
        </w:rPr>
        <w:t>dà</w:t>
      </w:r>
      <w:r>
        <w:rPr>
          <w:rFonts w:ascii="Times New Roman" w:hAnsi="Times New Roman" w:eastAsia="Times New Roman"/>
          <w:b w:val="0"/>
          <w:color w:val="000000"/>
          <w:spacing w:val="122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::</w:t>
      </w:r>
      <w:r>
        <w:rPr>
          <w:rFonts w:ascii="Times New Roman" w:hAnsi="Times New Roman" w:eastAsia="Times New Roman"/>
          <w:b w:val="0"/>
          <w:color w:val="000000"/>
          <w:spacing w:val="90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@</w:t>
      </w:r>
      <w:r>
        <w:rPr>
          <w:rFonts w:ascii="Times New Roman" w:hAnsi="Times New Roman" w:eastAsia="Times New Roman"/>
          <w:b w:val="0"/>
          <w:color w:val="000000"/>
          <w:spacing w:val="111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;</w:t>
      </w:r>
      <w:r>
        <w:rPr>
          <w:rFonts w:ascii="Times New Roman" w:hAnsi="Times New Roman" w:eastAsia="Times New Roman"/>
          <w:b w:val="0"/>
          <w:color w:val="000000"/>
          <w:spacing w:val="103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Â</w:t>
      </w:r>
      <w:r>
        <w:rPr>
          <w:rFonts w:ascii="Arial" w:hAnsi="Arial" w:eastAsia="Arial"/>
          <w:b w:val="0"/>
          <w:i w:val="0"/>
          <w:color w:val="000000"/>
          <w:sz w:val="26"/>
        </w:rPr>
        <w:t>$</w:t>
      </w:r>
      <w:r>
        <w:rPr>
          <w:rFonts w:ascii="Arial" w:hAnsi="Arial" w:eastAsia="Arial"/>
          <w:b w:val="0"/>
          <w:i w:val="0"/>
          <w:color w:val="000000"/>
          <w:sz w:val="26"/>
        </w:rPr>
        <w:t>©©</w:t>
      </w:r>
      <w:r>
        <w:rPr>
          <w:rFonts w:ascii="Arial" w:hAnsi="Arial" w:eastAsia="Arial"/>
          <w:b w:val="0"/>
          <w:i w:val="0"/>
          <w:color w:val="000000"/>
          <w:sz w:val="26"/>
        </w:rPr>
        <w:t>-</w:t>
      </w:r>
      <w:r>
        <w:rPr>
          <w:rFonts w:ascii="Arial" w:hAnsi="Arial" w:eastAsia="Arial"/>
          <w:b w:val="0"/>
          <w:i w:val="0"/>
          <w:color w:val="000000"/>
          <w:sz w:val="26"/>
        </w:rPr>
        <w:t>©©</w:t>
      </w:r>
      <w:r>
        <w:rPr>
          <w:rFonts w:ascii="Arial" w:hAnsi="Arial" w:eastAsia="Arial"/>
          <w:b w:val="0"/>
          <w:i w:val="0"/>
          <w:color w:val="000000"/>
          <w:sz w:val="26"/>
        </w:rPr>
        <w:t>@</w:t>
      </w:r>
      <w:r>
        <w:rPr>
          <w:rFonts w:ascii="Arial" w:hAnsi="Arial" w:eastAsia="Arial"/>
          <w:b w:val="0"/>
          <w:i w:val="0"/>
          <w:color w:val="000000"/>
          <w:sz w:val="26"/>
        </w:rPr>
        <w:t>UNê</w:t>
      </w:r>
      <w:r>
        <w:rPr>
          <w:rFonts w:ascii="Times New Roman" w:hAnsi="Times New Roman" w:eastAsia="Times New Roman"/>
          <w:b w:val="0"/>
          <w:color w:val="000000"/>
          <w:spacing w:val="240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Â</w:t>
      </w:r>
      <w:r>
        <w:rPr>
          <w:rFonts w:ascii="Times New Roman" w:hAnsi="Times New Roman" w:eastAsia="Times New Roman"/>
          <w:b w:val="0"/>
          <w:color w:val="000000"/>
          <w:spacing w:val="342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;</w:t>
      </w:r>
      <w:r>
        <w:rPr>
          <w:rFonts w:ascii="Times New Roman" w:hAnsi="Times New Roman" w:eastAsia="Times New Roman"/>
          <w:b w:val="0"/>
          <w:color w:val="000000"/>
          <w:spacing w:val="123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&amp;&amp;</w:t>
      </w:r>
      <w:r>
        <w:rPr>
          <w:rFonts w:ascii="Arial" w:hAnsi="Arial" w:eastAsia="Arial"/>
          <w:b w:val="0"/>
          <w:i w:val="0"/>
          <w:color w:val="000000"/>
          <w:sz w:val="26"/>
        </w:rPr>
        <w:t>P</w:t>
      </w:r>
      <w:r>
        <w:rPr>
          <w:rFonts w:ascii="Times New Roman" w:hAnsi="Times New Roman" w:eastAsia="Times New Roman"/>
          <w:b w:val="0"/>
          <w:color w:val="000000"/>
          <w:spacing w:val="255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$</w:t>
      </w:r>
      <w:r>
        <w:rPr>
          <w:rFonts w:ascii="Times New Roman" w:hAnsi="Times New Roman" w:eastAsia="Times New Roman"/>
          <w:b w:val="0"/>
          <w:color w:val="000000"/>
          <w:spacing w:val="90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;</w:t>
      </w:r>
      <w:r>
        <w:rPr>
          <w:rFonts w:ascii="Arial" w:hAnsi="Arial" w:eastAsia="Arial"/>
          <w:b w:val="0"/>
          <w:i w:val="0"/>
          <w:color w:val="000000"/>
          <w:sz w:val="26"/>
        </w:rPr>
        <w:t>Ã</w:t>
      </w:r>
      <w:r>
        <w:rPr>
          <w:rFonts w:ascii="Times New Roman" w:hAnsi="Times New Roman" w:eastAsia="Times New Roman"/>
          <w:b w:val="0"/>
          <w:color w:val="000000"/>
          <w:spacing w:val="269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$</w:t>
      </w:r>
      <w:r>
        <w:rPr>
          <w:rFonts w:ascii="Times New Roman" w:hAnsi="Times New Roman" w:eastAsia="Times New Roman"/>
          <w:b w:val="0"/>
          <w:color w:val="000000"/>
          <w:spacing w:val="170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©8A</w:t>
      </w:r>
      <w:r>
        <w:rPr>
          <w:rFonts w:ascii="Arial" w:hAnsi="Arial" w:eastAsia="Arial"/>
          <w:b w:val="0"/>
          <w:i w:val="0"/>
          <w:color w:val="000000"/>
          <w:sz w:val="26"/>
        </w:rPr>
        <w:t>&amp;</w:t>
      </w:r>
    </w:p>
    <w:p>
      <w:pPr>
        <w:widowControl/>
        <w:wordWrap w:val="0"/>
        <w:autoSpaceDE w:val="0"/>
        <w:autoSpaceDN w:val="0"/>
        <w:spacing w:line="14" w:lineRule="exact" w:before="19" w:after="0"/>
        <w:ind w:left="0" w:right="0"/>
      </w:pPr>
    </w:p>
    <w:tbl>
      <w:tblPr>
        <w:tblW w:type="auto" w:w="0"/>
        <w:tblInd w:type="dxa" w:w="440"/>
        <w:tblLayout w:type="fixed"/>
        <w:tblLook w:firstColumn="1" w:firstRow="1" w:lastColumn="0" w:lastRow="0" w:noHBand="0" w:noVBand="1" w:val="04A0"/>
      </w:tblPr>
      <w:tblGrid>
        <w:gridCol w:w="5828"/>
        <w:gridCol w:w="5828"/>
      </w:tblGrid>
      <w:tr>
        <w:trPr>
          <w:trHeight w:hRule="exact" w:val="307"/>
        </w:trPr>
        <w:tc>
          <w:tcPr>
            <w:tcW w:type="dxa" w:w="10816"/>
            <w:gridSpan w:val="2"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378"/>
        </w:trPr>
        <w:tc>
          <w:tcPr>
            <w:tcW w:type="dxa" w:w="656"/>
            <w:tcMar>
              <w:left w:type="dxa" w:w="0"/>
              <w:right w:type="dxa" w:w="0"/>
            </w:tcMar>
          </w:tcPr>
          <w:p/>
        </w:tc>
        <w:tc>
          <w:tcPr>
            <w:tcW w:type="dxa" w:w="10160"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311"/>
        </w:trPr>
        <w:tc>
          <w:tcPr>
            <w:tcW w:type="dxa" w:w="10816"/>
            <w:gridSpan w:val="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00" w:lineRule="exact" w:before="11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estatutário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1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em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2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seguida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4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fol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feito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eonvlte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Senhor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@&amp;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Zsa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0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5"/>
                <w:sz w:val="30"/>
              </w:rPr>
              <w:t>JlãomámX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2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4"/>
                <w:sz w:val="30"/>
              </w:rPr>
              <w:t>apdbnpl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9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ara</w:t>
            </w:r>
          </w:p>
        </w:tc>
      </w:tr>
    </w:tbl>
    <w:p>
      <w:pPr>
        <w:widowControl/>
        <w:wordWrap w:val="0"/>
        <w:autoSpaceDE w:val="0"/>
        <w:autoSpaceDN w:val="0"/>
        <w:spacing w:line="290" w:lineRule="exact" w:before="28" w:after="138"/>
        <w:ind w:left="4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secretario</w:t>
      </w:r>
      <w:r>
        <w:rPr>
          <w:rFonts w:ascii="Times New Roman" w:hAnsi="Times New Roman" w:eastAsia="Times New Roman"/>
          <w:b w:val="0"/>
          <w:color w:val="000000"/>
          <w:spacing w:val="3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da</w:t>
      </w:r>
      <w:r>
        <w:rPr>
          <w:rFonts w:ascii="Times New Roman" w:hAnsi="Times New Roman" w:eastAsia="Times New Roman"/>
          <w:b w:val="0"/>
          <w:color w:val="000000"/>
          <w:spacing w:val="-1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assembleia</w:t>
      </w:r>
      <w:r>
        <w:rPr>
          <w:rFonts w:ascii="Arial" w:hAnsi="Arial" w:eastAsia="Arial"/>
          <w:b w:val="0"/>
          <w:i w:val="0"/>
          <w:color w:val="000000"/>
          <w:sz w:val="29"/>
        </w:rPr>
        <w:t>,</w:t>
      </w:r>
      <w:r>
        <w:rPr>
          <w:rFonts w:ascii="Times New Roman" w:hAnsi="Times New Roman" w:eastAsia="Times New Roman"/>
          <w:b w:val="0"/>
          <w:color w:val="000000"/>
          <w:spacing w:val="-20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que</w:t>
      </w:r>
      <w:r>
        <w:rPr>
          <w:rFonts w:ascii="Times New Roman" w:hAnsi="Times New Roman" w:eastAsia="Times New Roman"/>
          <w:b w:val="0"/>
          <w:color w:val="000000"/>
          <w:spacing w:val="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coube</w:t>
      </w:r>
      <w:r>
        <w:rPr>
          <w:rFonts w:ascii="Times New Roman" w:hAnsi="Times New Roman" w:eastAsia="Times New Roman"/>
          <w:b w:val="0"/>
          <w:color w:val="000000"/>
          <w:spacing w:val="-22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</w:t>
      </w:r>
      <w:r>
        <w:rPr>
          <w:rFonts w:ascii="Times New Roman" w:hAnsi="Times New Roman" w:eastAsia="Times New Roman"/>
          <w:b w:val="0"/>
          <w:color w:val="000000"/>
          <w:spacing w:val="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tarefa</w:t>
      </w:r>
      <w:r>
        <w:rPr>
          <w:rFonts w:ascii="Times New Roman" w:hAnsi="Times New Roman" w:eastAsia="Times New Roman"/>
          <w:b w:val="0"/>
          <w:color w:val="000000"/>
          <w:spacing w:val="2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de</w:t>
      </w:r>
      <w:r>
        <w:rPr>
          <w:rFonts w:ascii="Times New Roman" w:hAnsi="Times New Roman" w:eastAsia="Times New Roman"/>
          <w:b w:val="0"/>
          <w:color w:val="000000"/>
          <w:spacing w:val="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registar</w:t>
      </w:r>
      <w:r>
        <w:rPr>
          <w:rFonts w:ascii="Times New Roman" w:hAnsi="Times New Roman" w:eastAsia="Times New Roman"/>
          <w:b w:val="0"/>
          <w:color w:val="000000"/>
          <w:spacing w:val="121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o</w:t>
      </w:r>
      <w:r>
        <w:rPr>
          <w:rFonts w:ascii="Times New Roman" w:hAnsi="Times New Roman" w:eastAsia="Times New Roman"/>
          <w:b w:val="0"/>
          <w:color w:val="000000"/>
          <w:spacing w:val="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presente</w:t>
      </w:r>
      <w:r>
        <w:rPr>
          <w:rFonts w:ascii="Arial" w:hAnsi="Arial" w:eastAsia="Arial"/>
          <w:b w:val="0"/>
          <w:i w:val="0"/>
          <w:color w:val="000000"/>
          <w:sz w:val="29"/>
        </w:rPr>
        <w:t>.</w:t>
      </w:r>
    </w:p>
    <w:p>
      <w:pPr>
        <w:widowControl/>
        <w:wordWrap w:val="0"/>
        <w:autoSpaceDE w:val="0"/>
        <w:autoSpaceDN w:val="0"/>
        <w:spacing w:line="230" w:lineRule="exact" w:before="277" w:after="29"/>
        <w:ind w:left="24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1"/>
        </w:rPr>
        <w:t>;</w:t>
      </w:r>
      <w:r>
        <w:rPr>
          <w:rFonts w:ascii="Arial" w:hAnsi="Arial" w:eastAsia="Arial"/>
          <w:b w:val="0"/>
          <w:i w:val="0"/>
          <w:color w:val="000000"/>
          <w:sz w:val="21"/>
        </w:rPr>
        <w:t>p</w:t>
      </w:r>
      <w:r>
        <w:rPr>
          <w:rFonts w:ascii="Times New Roman" w:hAnsi="Times New Roman" w:eastAsia="Times New Roman"/>
          <w:b w:val="0"/>
          <w:color w:val="000000"/>
          <w:spacing w:val="112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8ã</w:t>
      </w:r>
      <w:r>
        <w:rPr>
          <w:rFonts w:ascii="Times New Roman" w:hAnsi="Times New Roman" w:eastAsia="Times New Roman"/>
          <w:b w:val="0"/>
          <w:color w:val="000000"/>
          <w:spacing w:val="74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@</w:t>
      </w:r>
      <w:r>
        <w:rPr>
          <w:rFonts w:ascii="Times New Roman" w:hAnsi="Times New Roman" w:eastAsia="Times New Roman"/>
          <w:b w:val="0"/>
          <w:color w:val="000000"/>
          <w:spacing w:val="594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bi</w:t>
      </w:r>
      <w:r>
        <w:rPr>
          <w:rFonts w:ascii="Times New Roman" w:hAnsi="Times New Roman" w:eastAsia="Times New Roman"/>
          <w:b w:val="0"/>
          <w:color w:val="000000"/>
          <w:spacing w:val="164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$;;</w:t>
      </w:r>
      <w:r>
        <w:rPr>
          <w:rFonts w:ascii="Arial" w:hAnsi="Arial" w:eastAsia="Arial"/>
          <w:b w:val="0"/>
          <w:i w:val="0"/>
          <w:color w:val="000000"/>
          <w:sz w:val="21"/>
        </w:rPr>
        <w:t>g</w:t>
      </w:r>
      <w:r>
        <w:rPr>
          <w:rFonts w:ascii="Times New Roman" w:hAnsi="Times New Roman" w:eastAsia="Times New Roman"/>
          <w:b w:val="0"/>
          <w:color w:val="000000"/>
          <w:spacing w:val="57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g</w:t>
      </w:r>
      <w:r>
        <w:rPr>
          <w:rFonts w:ascii="Arial" w:hAnsi="Arial" w:eastAsia="Arial"/>
          <w:b w:val="0"/>
          <w:i w:val="0"/>
          <w:color w:val="000000"/>
          <w:sz w:val="21"/>
        </w:rPr>
        <w:t>:</w:t>
      </w:r>
      <w:r>
        <w:rPr>
          <w:rFonts w:ascii="Arial" w:hAnsi="Arial" w:eastAsia="Arial"/>
          <w:b w:val="0"/>
          <w:i w:val="0"/>
          <w:color w:val="000000"/>
          <w:sz w:val="21"/>
        </w:rPr>
        <w:t>@</w:t>
      </w:r>
      <w:r>
        <w:rPr>
          <w:rFonts w:ascii="Arial" w:hAnsi="Arial" w:eastAsia="Arial"/>
          <w:b w:val="0"/>
          <w:i w:val="0"/>
          <w:color w:val="000000"/>
          <w:sz w:val="21"/>
        </w:rPr>
        <w:t>êééwãi</w:t>
      </w:r>
      <w:r>
        <w:rPr>
          <w:rFonts w:ascii="Times New Roman" w:hAnsi="Times New Roman" w:eastAsia="Times New Roman"/>
          <w:b w:val="0"/>
          <w:color w:val="000000"/>
          <w:spacing w:val="504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dégi</w:t>
      </w:r>
      <w:r>
        <w:rPr>
          <w:rFonts w:ascii="Arial" w:hAnsi="Arial" w:eastAsia="Arial"/>
          <w:b w:val="0"/>
          <w:i w:val="0"/>
          <w:color w:val="000000"/>
          <w:sz w:val="23"/>
        </w:rPr>
        <w:t>&amp;</w:t>
      </w:r>
      <w:r>
        <w:rPr>
          <w:rFonts w:ascii="Arial" w:hAnsi="Arial" w:eastAsia="Arial"/>
          <w:b w:val="0"/>
          <w:i w:val="0"/>
          <w:color w:val="000000"/>
          <w:sz w:val="23"/>
        </w:rPr>
        <w:t>efadõ</w:t>
      </w:r>
      <w:r>
        <w:rPr>
          <w:rFonts w:ascii="Times New Roman" w:hAnsi="Times New Roman" w:eastAsia="Times New Roman"/>
          <w:b w:val="0"/>
          <w:color w:val="000000"/>
          <w:spacing w:val="259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@</w:t>
      </w:r>
      <w:r>
        <w:rPr>
          <w:rFonts w:ascii="Times New Roman" w:hAnsi="Times New Roman" w:eastAsia="Times New Roman"/>
          <w:b w:val="0"/>
          <w:color w:val="000000"/>
          <w:spacing w:val="-11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@</w:t>
      </w:r>
      <w:r>
        <w:rPr>
          <w:rFonts w:ascii="Arial" w:hAnsi="Arial" w:eastAsia="Arial"/>
          <w:b w:val="0"/>
          <w:i w:val="0"/>
          <w:color w:val="000000"/>
          <w:sz w:val="23"/>
        </w:rPr>
        <w:t>pm</w:t>
      </w:r>
      <w:r>
        <w:rPr>
          <w:rFonts w:ascii="Arial" w:hAnsi="Arial" w:eastAsia="Arial"/>
          <w:b w:val="0"/>
          <w:i w:val="0"/>
          <w:color w:val="000000"/>
          <w:sz w:val="23"/>
        </w:rPr>
        <w:t>:</w:t>
      </w:r>
      <w:r>
        <w:rPr>
          <w:rFonts w:ascii="Arial" w:hAnsi="Arial" w:eastAsia="Arial"/>
          <w:b w:val="0"/>
          <w:i w:val="0"/>
          <w:color w:val="000000"/>
          <w:sz w:val="23"/>
        </w:rPr>
        <w:t>©va</w:t>
      </w:r>
      <w:r>
        <w:rPr>
          <w:rFonts w:ascii="Arial" w:hAnsi="Arial" w:eastAsia="Arial"/>
          <w:b w:val="0"/>
          <w:i w:val="0"/>
          <w:color w:val="000000"/>
          <w:spacing w:val="-98"/>
          <w:sz w:val="23"/>
        </w:rPr>
        <w:t>@@</w:t>
      </w:r>
      <w:r>
        <w:rPr>
          <w:rFonts w:ascii="Arial" w:hAnsi="Arial" w:eastAsia="Arial"/>
          <w:b w:val="0"/>
          <w:i w:val="0"/>
          <w:color w:val="000000"/>
          <w:spacing w:val="-62"/>
          <w:sz w:val="23"/>
        </w:rPr>
        <w:t>em</w:t>
      </w:r>
      <w:r>
        <w:rPr>
          <w:rFonts w:ascii="Times New Roman" w:hAnsi="Times New Roman" w:eastAsia="Times New Roman"/>
          <w:b w:val="0"/>
          <w:color w:val="000000"/>
          <w:spacing w:val="266"/>
          <w:sz w:val="2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3"/>
        </w:rPr>
        <w:t>s©®wnda</w:t>
      </w:r>
    </w:p>
    <w:p>
      <w:pPr>
        <w:widowControl/>
        <w:wordWrap w:val="0"/>
        <w:autoSpaceDE w:val="0"/>
        <w:autoSpaceDN w:val="0"/>
        <w:spacing w:line="14" w:lineRule="exact" w:before="45" w:after="0"/>
        <w:ind w:left="0" w:right="0"/>
      </w:pPr>
    </w:p>
    <w:tbl>
      <w:tblPr>
        <w:tblW w:type="auto" w:w="0"/>
        <w:tblInd w:type="dxa" w:w="200"/>
        <w:tblLayout w:type="fixed"/>
        <w:tblLook w:firstColumn="1" w:firstRow="1" w:lastColumn="0" w:lastRow="0" w:noHBand="0" w:noVBand="1" w:val="04A0"/>
      </w:tblPr>
      <w:tblGrid>
        <w:gridCol w:w="1166"/>
        <w:gridCol w:w="1166"/>
        <w:gridCol w:w="1166"/>
        <w:gridCol w:w="1166"/>
        <w:gridCol w:w="1166"/>
        <w:gridCol w:w="1166"/>
        <w:gridCol w:w="1166"/>
        <w:gridCol w:w="1166"/>
        <w:gridCol w:w="1166"/>
        <w:gridCol w:w="1166"/>
      </w:tblGrid>
      <w:tr>
        <w:trPr>
          <w:trHeight w:hRule="exact" w:val="278"/>
        </w:trPr>
        <w:tc>
          <w:tcPr>
            <w:tcW w:type="dxa" w:w="94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50" w:lineRule="exact" w:before="612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5"/>
              </w:rPr>
              <w:t>.</w:t>
            </w:r>
          </w:p>
        </w:tc>
        <w:tc>
          <w:tcPr>
            <w:tcW w:type="dxa" w:w="908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60" w:lineRule="exact" w:before="106" w:after="0"/>
              <w:ind w:left="146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©ham</w:t>
            </w:r>
          </w:p>
        </w:tc>
        <w:tc>
          <w:tcPr>
            <w:tcW w:type="dxa" w:w="401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60" w:lineRule="exact" w:before="106" w:after="0"/>
              <w:ind w:left="9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@</w:t>
            </w:r>
          </w:p>
        </w:tc>
        <w:tc>
          <w:tcPr>
            <w:tcW w:type="dxa" w:w="473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60" w:lineRule="exact" w:before="106" w:after="0"/>
              <w:ind w:left="9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ás</w:t>
            </w:r>
          </w:p>
        </w:tc>
        <w:tc>
          <w:tcPr>
            <w:tcW w:type="dxa" w:w="484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60" w:lineRule="exact" w:before="106" w:after="0"/>
              <w:ind w:left="163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@</w:t>
            </w:r>
          </w:p>
        </w:tc>
        <w:tc>
          <w:tcPr>
            <w:tcW w:type="dxa" w:w="811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60" w:lineRule="exact" w:before="106" w:after="0"/>
              <w:ind w:left="7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,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h</w:t>
            </w:r>
          </w:p>
        </w:tc>
        <w:tc>
          <w:tcPr>
            <w:tcW w:type="dxa" w:w="344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60" w:lineRule="exact" w:before="106" w:after="0"/>
              <w:ind w:left="12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A</w:t>
            </w:r>
          </w:p>
        </w:tc>
        <w:tc>
          <w:tcPr>
            <w:tcW w:type="dxa" w:w="1298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60" w:lineRule="exact" w:before="106" w:after="0"/>
              <w:ind w:left="64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@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8€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@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7"/>
                <w:sz w:val="1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@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8"/>
                <w:sz w:val="1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ó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;</w:t>
            </w:r>
          </w:p>
        </w:tc>
        <w:tc>
          <w:tcPr>
            <w:tcW w:type="dxa" w:w="532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60" w:lineRule="exact" w:before="106" w:after="0"/>
              <w:ind w:left="6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@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6"/>
              </w:rPr>
              <w:t>ó</w:t>
            </w:r>
          </w:p>
        </w:tc>
        <w:tc>
          <w:tcPr>
            <w:tcW w:type="dxa" w:w="5561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70" w:lineRule="exact" w:before="0" w:after="0"/>
              <w:ind w:left="194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ESTATUTO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8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SOCIAL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7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eom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7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35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2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Artigos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2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2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'</w:t>
            </w:r>
          </w:p>
        </w:tc>
      </w:tr>
      <w:tr>
        <w:trPr>
          <w:trHeight w:hRule="exact" w:val="55"/>
        </w:trPr>
        <w:tc>
          <w:tcPr>
            <w:tcW w:type="dxa" w:w="116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908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60" w:lineRule="exact" w:before="12" w:after="0"/>
              <w:ind w:left="66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: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40"/>
                <w:sz w:val="3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6"/>
              </w:rPr>
              <w:t>$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0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Â</w:t>
            </w:r>
          </w:p>
        </w:tc>
        <w:tc>
          <w:tcPr>
            <w:tcW w:type="dxa" w:w="116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16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16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16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16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16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16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166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330"/>
        </w:trPr>
        <w:tc>
          <w:tcPr>
            <w:tcW w:type="dxa" w:w="116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16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2170"/>
            <w:gridSpan w:val="4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20" w:lineRule="exact" w:before="66" w:after="0"/>
              <w:ind w:left="98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@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8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$@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5"/>
                <w:sz w:val="2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3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;;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Âá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$@</w:t>
            </w:r>
          </w:p>
        </w:tc>
        <w:tc>
          <w:tcPr>
            <w:tcW w:type="dxa" w:w="116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16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166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166"/>
            <w:vMerge/>
            <w:tcMar>
              <w:left w:type="dxa" w:w="0"/>
              <w:right w:type="dxa" w:w="0"/>
            </w:tcMar>
          </w:tcPr>
          <w:p/>
        </w:tc>
      </w:tr>
    </w:tbl>
    <w:p>
      <w:pPr>
        <w:widowControl/>
        <w:wordWrap w:val="0"/>
        <w:autoSpaceDE w:val="0"/>
        <w:autoSpaceDN w:val="0"/>
        <w:spacing w:line="320" w:lineRule="exact" w:before="159" w:after="22"/>
        <w:ind w:left="29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2"/>
        </w:rPr>
        <w:t>Após</w:t>
      </w:r>
      <w:r>
        <w:rPr>
          <w:rFonts w:ascii="Times New Roman" w:hAnsi="Times New Roman" w:eastAsia="Times New Roman"/>
          <w:b w:val="0"/>
          <w:color w:val="000000"/>
          <w:spacing w:val="31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constatar</w:t>
      </w:r>
      <w:r>
        <w:rPr>
          <w:rFonts w:ascii="Times New Roman" w:hAnsi="Times New Roman" w:eastAsia="Times New Roman"/>
          <w:b w:val="0"/>
          <w:color w:val="000000"/>
          <w:spacing w:val="24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o</w:t>
      </w:r>
      <w:r>
        <w:rPr>
          <w:rFonts w:ascii="Times New Roman" w:hAnsi="Times New Roman" w:eastAsia="Times New Roman"/>
          <w:b w:val="0"/>
          <w:color w:val="000000"/>
          <w:spacing w:val="82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quórum</w:t>
      </w:r>
      <w:r>
        <w:rPr>
          <w:rFonts w:ascii="Times New Roman" w:hAnsi="Times New Roman" w:eastAsia="Times New Roman"/>
          <w:b w:val="0"/>
          <w:color w:val="000000"/>
          <w:spacing w:val="-5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estabeleeldo</w:t>
      </w:r>
      <w:r>
        <w:rPr>
          <w:rFonts w:ascii="Times New Roman" w:hAnsi="Times New Roman" w:eastAsia="Times New Roman"/>
          <w:b w:val="0"/>
          <w:color w:val="000000"/>
          <w:spacing w:val="-34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no</w:t>
      </w:r>
      <w:r>
        <w:rPr>
          <w:rFonts w:ascii="Times New Roman" w:hAnsi="Times New Roman" w:eastAsia="Times New Roman"/>
          <w:b w:val="0"/>
          <w:color w:val="000000"/>
          <w:spacing w:val="64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Estatuto</w:t>
      </w:r>
      <w:r>
        <w:rPr>
          <w:rFonts w:ascii="Times New Roman" w:hAnsi="Times New Roman" w:eastAsia="Times New Roman"/>
          <w:b w:val="0"/>
          <w:color w:val="000000"/>
          <w:spacing w:val="6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Social</w:t>
      </w:r>
    </w:p>
    <w:p>
      <w:pPr>
        <w:widowControl/>
        <w:wordWrap w:val="0"/>
        <w:autoSpaceDE w:val="0"/>
        <w:autoSpaceDN w:val="0"/>
        <w:spacing w:line="14" w:lineRule="exact" w:before="29" w:after="0"/>
        <w:ind w:left="0" w:right="0"/>
      </w:pPr>
    </w:p>
    <w:tbl>
      <w:tblPr>
        <w:tblW w:type="auto" w:w="0"/>
        <w:tblInd w:type="dxa" w:w="240"/>
        <w:tblLayout w:type="fixed"/>
        <w:tblLook w:firstColumn="1" w:firstRow="1" w:lastColumn="0" w:lastRow="0" w:noHBand="0" w:noVBand="1" w:val="04A0"/>
      </w:tblPr>
      <w:tblGrid>
        <w:gridCol w:w="5828"/>
        <w:gridCol w:w="5828"/>
      </w:tblGrid>
      <w:tr>
        <w:trPr>
          <w:trHeight w:hRule="exact" w:val="283"/>
        </w:trPr>
        <w:tc>
          <w:tcPr>
            <w:tcW w:type="dxa" w:w="11034"/>
            <w:gridSpan w:val="2"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303"/>
        </w:trPr>
        <w:tc>
          <w:tcPr>
            <w:tcW w:type="dxa" w:w="6323"/>
            <w:tcMar>
              <w:left w:type="dxa" w:w="0"/>
              <w:right w:type="dxa" w:w="0"/>
            </w:tcMar>
          </w:tcPr>
          <w:p/>
        </w:tc>
        <w:tc>
          <w:tcPr>
            <w:tcW w:type="dxa" w:w="4711"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1335"/>
        </w:trPr>
        <w:tc>
          <w:tcPr>
            <w:tcW w:type="dxa" w:w="11034"/>
            <w:gridSpan w:val="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90" w:lineRule="exact" w:before="315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X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Àssemhg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9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ia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29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Ê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3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ü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55"/>
                <w:sz w:val="2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ú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dógê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&amp;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7"/>
              </w:rPr>
              <w:t>épàçã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6"/>
                <w:sz w:val="2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: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"/>
                <w:sz w:val="2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@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ég©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6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@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êãp0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02"/>
                <w:sz w:val="2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9á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@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©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"/>
                <w:sz w:val="2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@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Teve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2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iPi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"/>
                <w:sz w:val="3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$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3"/>
                <w:sz w:val="2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4"/>
              </w:rPr>
              <w:t>©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1"/>
                <w:sz w:val="2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pê©i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&amp;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as</w:t>
            </w:r>
          </w:p>
          <w:p>
            <w:pPr>
              <w:widowControl/>
              <w:wordWrap w:val="0"/>
              <w:autoSpaceDE w:val="0"/>
              <w:autoSpaceDN w:val="0"/>
              <w:spacing w:line="340" w:lineRule="exact" w:before="289" w:after="0"/>
              <w:ind w:left="30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Óêa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60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$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6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íüa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@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p©Bó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$@@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hóf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3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Pméãd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5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Ê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2"/>
                <w:sz w:val="26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6"/>
              </w:rPr>
              <w:t>&amp;@@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14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d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58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ã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79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av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@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"/>
                <w:sz w:val="2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@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8"/>
              </w:rPr>
              <w:t>Ê©M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32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@$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Bh</w:t>
            </w:r>
          </w:p>
        </w:tc>
      </w:tr>
    </w:tbl>
    <w:p>
      <w:pPr>
        <w:widowControl/>
        <w:wordWrap w:val="0"/>
        <w:autoSpaceDE w:val="0"/>
        <w:autoSpaceDN w:val="0"/>
        <w:spacing w:line="290" w:lineRule="exact" w:before="79" w:after="96"/>
        <w:ind w:left="4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Fiscal</w:t>
      </w:r>
      <w:r>
        <w:rPr>
          <w:rFonts w:ascii="Times New Roman" w:hAnsi="Times New Roman" w:eastAsia="Times New Roman"/>
          <w:b w:val="0"/>
          <w:color w:val="000000"/>
          <w:spacing w:val="10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da</w:t>
      </w:r>
      <w:r>
        <w:rPr>
          <w:rFonts w:ascii="Times New Roman" w:hAnsi="Times New Roman" w:eastAsia="Times New Roman"/>
          <w:b w:val="0"/>
          <w:color w:val="000000"/>
          <w:spacing w:val="-1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entidade</w:t>
      </w:r>
      <w:r>
        <w:rPr>
          <w:rFonts w:ascii="Times New Roman" w:hAnsi="Times New Roman" w:eastAsia="Times New Roman"/>
          <w:b w:val="0"/>
          <w:color w:val="000000"/>
          <w:spacing w:val="1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e</w:t>
      </w:r>
      <w:r>
        <w:rPr>
          <w:rFonts w:ascii="Times New Roman" w:hAnsi="Times New Roman" w:eastAsia="Times New Roman"/>
          <w:b w:val="0"/>
          <w:color w:val="000000"/>
          <w:spacing w:val="-1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dá</w:t>
      </w:r>
      <w:r>
        <w:rPr>
          <w:rFonts w:ascii="Times New Roman" w:hAnsi="Times New Roman" w:eastAsia="Times New Roman"/>
          <w:b w:val="0"/>
          <w:color w:val="000000"/>
          <w:spacing w:val="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posse</w:t>
      </w:r>
      <w:r>
        <w:rPr>
          <w:rFonts w:ascii="Times New Roman" w:hAnsi="Times New Roman" w:eastAsia="Times New Roman"/>
          <w:b w:val="0"/>
          <w:color w:val="000000"/>
          <w:spacing w:val="-2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aos</w:t>
      </w:r>
      <w:r>
        <w:rPr>
          <w:rFonts w:ascii="Times New Roman" w:hAnsi="Times New Roman" w:eastAsia="Times New Roman"/>
          <w:b w:val="0"/>
          <w:color w:val="000000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eleltoa</w:t>
      </w:r>
      <w:r>
        <w:rPr>
          <w:rFonts w:ascii="Arial" w:hAnsi="Arial" w:eastAsia="Arial"/>
          <w:b w:val="0"/>
          <w:i w:val="0"/>
          <w:color w:val="000000"/>
          <w:sz w:val="29"/>
        </w:rPr>
        <w:t>,</w:t>
      </w:r>
      <w:r>
        <w:rPr>
          <w:rFonts w:ascii="Times New Roman" w:hAnsi="Times New Roman" w:eastAsia="Times New Roman"/>
          <w:b w:val="0"/>
          <w:color w:val="000000"/>
          <w:spacing w:val="1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para</w:t>
      </w:r>
      <w:r>
        <w:rPr>
          <w:rFonts w:ascii="Times New Roman" w:hAnsi="Times New Roman" w:eastAsia="Times New Roman"/>
          <w:b w:val="0"/>
          <w:color w:val="000000"/>
          <w:spacing w:val="-1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</w:t>
      </w:r>
      <w:r>
        <w:rPr>
          <w:rFonts w:ascii="Times New Roman" w:hAnsi="Times New Roman" w:eastAsia="Times New Roman"/>
          <w:b w:val="0"/>
          <w:color w:val="000000"/>
          <w:spacing w:val="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gestão</w:t>
      </w:r>
      <w:r>
        <w:rPr>
          <w:rFonts w:ascii="Times New Roman" w:hAnsi="Times New Roman" w:eastAsia="Times New Roman"/>
          <w:b w:val="0"/>
          <w:color w:val="000000"/>
          <w:spacing w:val="-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de</w:t>
      </w:r>
      <w:r>
        <w:rPr>
          <w:rFonts w:ascii="Times New Roman" w:hAnsi="Times New Roman" w:eastAsia="Times New Roman"/>
          <w:b w:val="0"/>
          <w:color w:val="000000"/>
          <w:spacing w:val="2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54"/>
          <w:sz w:val="29"/>
        </w:rPr>
        <w:t>12d</w:t>
      </w:r>
      <w:r>
        <w:rPr>
          <w:rFonts w:ascii="Times New Roman" w:hAnsi="Times New Roman" w:eastAsia="Times New Roman"/>
          <w:b w:val="0"/>
          <w:color w:val="000000"/>
          <w:spacing w:val="6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e</w:t>
      </w:r>
      <w:r>
        <w:rPr>
          <w:rFonts w:ascii="Arial" w:hAnsi="Arial" w:eastAsia="Arial"/>
          <w:b w:val="0"/>
          <w:i w:val="0"/>
          <w:color w:val="000000"/>
          <w:spacing w:val="-32"/>
          <w:sz w:val="29"/>
        </w:rPr>
        <w:t>Maiod</w:t>
      </w:r>
      <w:r>
        <w:rPr>
          <w:rFonts w:ascii="Times New Roman" w:hAnsi="Times New Roman" w:eastAsia="Times New Roman"/>
          <w:b w:val="0"/>
          <w:color w:val="000000"/>
          <w:spacing w:val="20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81"/>
          <w:sz w:val="29"/>
        </w:rPr>
        <w:t>e2</w:t>
      </w:r>
      <w:r>
        <w:rPr>
          <w:rFonts w:ascii="Times New Roman" w:hAnsi="Times New Roman" w:eastAsia="Times New Roman"/>
          <w:b w:val="0"/>
          <w:color w:val="000000"/>
          <w:spacing w:val="8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40"/>
          <w:sz w:val="29"/>
        </w:rPr>
        <w:t>022à</w:t>
      </w:r>
      <w:r>
        <w:rPr>
          <w:rFonts w:ascii="Times New Roman" w:hAnsi="Times New Roman" w:eastAsia="Times New Roman"/>
          <w:b w:val="0"/>
          <w:color w:val="000000"/>
          <w:spacing w:val="22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54"/>
          <w:sz w:val="29"/>
        </w:rPr>
        <w:t>12d</w:t>
      </w:r>
      <w:r>
        <w:rPr>
          <w:rFonts w:ascii="Times New Roman" w:hAnsi="Times New Roman" w:eastAsia="Times New Roman"/>
          <w:b w:val="0"/>
          <w:color w:val="000000"/>
          <w:spacing w:val="6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e</w:t>
      </w:r>
    </w:p>
    <w:p>
      <w:pPr>
        <w:widowControl/>
        <w:wordWrap w:val="0"/>
        <w:autoSpaceDE w:val="0"/>
        <w:autoSpaceDN w:val="0"/>
        <w:spacing w:line="210" w:lineRule="exact" w:before="192" w:after="83"/>
        <w:ind w:left="4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1"/>
        </w:rPr>
        <w:t>:</w:t>
      </w:r>
      <w:r>
        <w:rPr>
          <w:rFonts w:ascii="Arial" w:hAnsi="Arial" w:eastAsia="Arial"/>
          <w:b w:val="0"/>
          <w:i w:val="0"/>
          <w:color w:val="000000"/>
          <w:sz w:val="21"/>
        </w:rPr>
        <w:t>Maio</w:t>
      </w:r>
      <w:r>
        <w:rPr>
          <w:rFonts w:ascii="Times New Roman" w:hAnsi="Times New Roman" w:eastAsia="Times New Roman"/>
          <w:b w:val="0"/>
          <w:color w:val="000000"/>
          <w:spacing w:val="114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d©</w:t>
      </w:r>
      <w:r>
        <w:rPr>
          <w:rFonts w:ascii="Times New Roman" w:hAnsi="Times New Roman" w:eastAsia="Times New Roman"/>
          <w:b w:val="0"/>
          <w:color w:val="000000"/>
          <w:spacing w:val="96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2Q25</w:t>
      </w:r>
      <w:r>
        <w:rPr>
          <w:rFonts w:ascii="Arial" w:hAnsi="Arial" w:eastAsia="Arial"/>
          <w:b w:val="0"/>
          <w:i w:val="0"/>
          <w:color w:val="000000"/>
          <w:sz w:val="21"/>
        </w:rPr>
        <w:t>$</w:t>
      </w:r>
      <w:r>
        <w:rPr>
          <w:rFonts w:ascii="Times New Roman" w:hAnsi="Times New Roman" w:eastAsia="Times New Roman"/>
          <w:b w:val="0"/>
          <w:color w:val="000000"/>
          <w:spacing w:val="77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@</w:t>
      </w:r>
      <w:r>
        <w:rPr>
          <w:rFonts w:ascii="Times New Roman" w:hAnsi="Times New Roman" w:eastAsia="Times New Roman"/>
          <w:b w:val="0"/>
          <w:color w:val="000000"/>
          <w:spacing w:val="-26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ãa</w:t>
      </w:r>
      <w:r>
        <w:rPr>
          <w:rFonts w:ascii="Times New Roman" w:hAnsi="Times New Roman" w:eastAsia="Times New Roman"/>
          <w:b w:val="0"/>
          <w:color w:val="000000"/>
          <w:spacing w:val="94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ã</w:t>
      </w:r>
    </w:p>
    <w:p>
      <w:pPr>
        <w:widowControl/>
        <w:wordWrap w:val="0"/>
        <w:autoSpaceDE w:val="0"/>
        <w:autoSpaceDN w:val="0"/>
        <w:spacing w:line="190" w:lineRule="exact" w:before="165" w:after="44"/>
        <w:ind w:left="7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9"/>
        </w:rPr>
        <w:t>@</w:t>
      </w:r>
      <w:r>
        <w:rPr>
          <w:rFonts w:ascii="Times New Roman" w:hAnsi="Times New Roman" w:eastAsia="Times New Roman"/>
          <w:b w:val="0"/>
          <w:color w:val="000000"/>
          <w:spacing w:val="60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i</w:t>
      </w:r>
      <w:r>
        <w:rPr>
          <w:rFonts w:ascii="Times New Roman" w:hAnsi="Times New Roman" w:eastAsia="Times New Roman"/>
          <w:b w:val="0"/>
          <w:color w:val="000000"/>
          <w:spacing w:val="470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©©m</w:t>
      </w:r>
      <w:r>
        <w:rPr>
          <w:rFonts w:ascii="Arial" w:hAnsi="Arial" w:eastAsia="Arial"/>
          <w:b w:val="0"/>
          <w:i w:val="0"/>
          <w:color w:val="000000"/>
          <w:sz w:val="19"/>
        </w:rPr>
        <w:t>@</w:t>
      </w:r>
      <w:r>
        <w:rPr>
          <w:rFonts w:ascii="Arial" w:hAnsi="Arial" w:eastAsia="Arial"/>
          <w:b w:val="0"/>
          <w:i w:val="0"/>
          <w:color w:val="000000"/>
          <w:sz w:val="19"/>
        </w:rPr>
        <w:t>©</w:t>
      </w:r>
      <w:r>
        <w:rPr>
          <w:rFonts w:ascii="Arial" w:hAnsi="Arial" w:eastAsia="Arial"/>
          <w:b w:val="0"/>
          <w:i w:val="0"/>
          <w:color w:val="000000"/>
          <w:sz w:val="19"/>
        </w:rPr>
        <w:t>$</w:t>
      </w:r>
      <w:r>
        <w:rPr>
          <w:rFonts w:ascii="Arial" w:hAnsi="Arial" w:eastAsia="Arial"/>
          <w:b w:val="0"/>
          <w:i w:val="0"/>
          <w:color w:val="000000"/>
          <w:sz w:val="19"/>
        </w:rPr>
        <w:t>g</w:t>
      </w:r>
      <w:r>
        <w:rPr>
          <w:rFonts w:ascii="Times New Roman" w:hAnsi="Times New Roman" w:eastAsia="Times New Roman"/>
          <w:b w:val="0"/>
          <w:color w:val="000000"/>
          <w:spacing w:val="210"/>
          <w:sz w:val="1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9"/>
        </w:rPr>
        <w:t>ã</w:t>
      </w:r>
    </w:p>
    <w:p>
      <w:pPr>
        <w:widowControl/>
        <w:wordWrap w:val="0"/>
        <w:autoSpaceDE w:val="0"/>
        <w:autoSpaceDN w:val="0"/>
        <w:spacing w:line="90" w:lineRule="exact" w:before="88" w:after="0"/>
        <w:ind w:left="2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9"/>
        </w:rPr>
        <w:t>.'</w:t>
      </w:r>
      <w:r>
        <w:rPr>
          <w:rFonts w:ascii="Arial" w:hAnsi="Arial" w:eastAsia="Arial"/>
          <w:b w:val="0"/>
          <w:i w:val="0"/>
          <w:color w:val="000000"/>
          <w:sz w:val="9"/>
        </w:rPr>
        <w:t>P</w:t>
      </w:r>
      <w:r>
        <w:rPr>
          <w:rFonts w:ascii="Arial" w:hAnsi="Arial" w:eastAsia="Arial"/>
          <w:b w:val="0"/>
          <w:i w:val="0"/>
          <w:color w:val="000000"/>
          <w:sz w:val="9"/>
        </w:rPr>
        <w:t>''\'.</w:t>
      </w:r>
    </w:p>
    <w:p>
      <w:pPr>
        <w:spacing w:after="0"/>
        <w:sectPr>
          <w:pgSz w:w="11920" w:h="16820"/>
          <w:pgMar w:top="168" w:right="23" w:bottom="530" w:left="240" w:header="720" w:footer="720" w:gutter="0"/>
          <w:cols w:space="720" w:num="1" w:equalWidth="0">
            <w:col w:w="11657" w:space="0"/>
            <w:col w:w="538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11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wrapNone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/>
                  </pic:spPr>
                </pic:pic>
              </a:graphicData>
            </a:graphic>
          </wp:anchor>
        </w:drawing>
      </w:r>
      <w:r>
        <w:pict>
          <v:shape path="m,l,1000r1000,l1000,xe" filled="f" stroked="f" style="margin-left:24.0pt;margin-top:303.31pt;width:14.39pt;height:7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12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2"/>
                    </w:rPr>
                    <w:t>-"""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2"/>
                    </w:rPr>
                    <w:t>q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2"/>
                    </w:rPr>
                    <w:t>\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23.0pt;margin-top:516.44pt;width:8.07pt;height:14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7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7"/>
                    </w:rPr>
                    <w:t>'-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1.0pt;margin-top:631.31pt;width:534.98pt;height:18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5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Civil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: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6"/>
                      <w:sz w:val="35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Solteiro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,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9"/>
                      <w:sz w:val="35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Profissão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: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44"/>
                      <w:sz w:val="35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2"/>
                      <w:sz w:val="35"/>
                    </w:rPr>
                    <w:t>Exeeutlvode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14"/>
                      <w:sz w:val="35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5"/>
                      <w:sz w:val="35"/>
                    </w:rPr>
                    <w:t>Negóciosl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45"/>
                      <w:sz w:val="35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Inscrito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15"/>
                      <w:sz w:val="35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no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6"/>
                      <w:sz w:val="35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4"/>
                      <w:sz w:val="35"/>
                    </w:rPr>
                    <w:t>RGde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14"/>
                      <w:sz w:val="35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N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'</w:t>
                  </w:r>
                </w:p>
              </w:txbxContent>
            </v:textbox>
            <w10:wrap type="none"/>
          </v:shape>
        </w:pict>
      </w:r>
    </w:p>
    <w:p>
      <w:pPr>
        <w:widowControl/>
        <w:wordWrap w:val="0"/>
        <w:autoSpaceDE w:val="0"/>
        <w:autoSpaceDN w:val="0"/>
        <w:spacing w:line="14" w:lineRule="exact" w:before="36" w:after="0"/>
        <w:ind w:left="0" w:right="0"/>
      </w:pPr>
    </w:p>
    <w:tbl>
      <w:tblPr>
        <w:tblW w:type="auto" w:w="0"/>
        <w:tblInd w:type="dxa" w:w="40"/>
        <w:tblLayout w:type="fixed"/>
        <w:tblLook w:firstColumn="1" w:firstRow="1" w:lastColumn="0" w:lastRow="0" w:noHBand="0" w:noVBand="1" w:val="04A0"/>
      </w:tblPr>
      <w:tblGrid>
        <w:gridCol w:w="3812"/>
        <w:gridCol w:w="3812"/>
        <w:gridCol w:w="3812"/>
      </w:tblGrid>
      <w:tr>
        <w:trPr>
          <w:trHeight w:hRule="exact" w:val="426"/>
        </w:trPr>
        <w:tc>
          <w:tcPr>
            <w:tcW w:type="dxa" w:w="79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0" w:lineRule="exact" w:before="287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"/>
              </w:rPr>
              <w:t>\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"/>
              </w:rPr>
              <w:t>q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"/>
              </w:rPr>
              <w:t>....</w:t>
            </w:r>
          </w:p>
        </w:tc>
        <w:tc>
          <w:tcPr>
            <w:tcW w:type="dxa" w:w="67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0" w:lineRule="exact" w:before="127" w:after="0"/>
              <w:ind w:left="61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"/>
              </w:rPr>
              <w:t>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"/>
              </w:rPr>
              <w:t>.</w:t>
            </w:r>
          </w:p>
        </w:tc>
        <w:tc>
          <w:tcPr>
            <w:tcW w:type="dxa" w:w="10602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730" w:lineRule="exact" w:before="0" w:after="0"/>
              <w:ind w:left="852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73"/>
              </w:rPr>
              <w:t>'''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17"/>
                <w:sz w:val="5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58"/>
              </w:rPr>
              <w:t>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58"/>
              </w:rPr>
              <w:t>.'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58"/>
              </w:rPr>
              <w:t>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58"/>
              </w:rPr>
              <w:t>;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58"/>
              </w:rPr>
              <w:t>f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58"/>
              </w:rPr>
              <w:t>,.</w:t>
            </w:r>
          </w:p>
        </w:tc>
      </w:tr>
      <w:tr>
        <w:trPr>
          <w:trHeight w:hRule="exact" w:val="432"/>
        </w:trPr>
        <w:tc>
          <w:tcPr>
            <w:tcW w:type="dxa" w:w="3812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673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00" w:lineRule="exact" w:before="268" w:after="0"/>
              <w:ind w:left="21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0"/>
              </w:rPr>
              <w:t>::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0"/>
              </w:rPr>
              <w:t>l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0"/>
              </w:rPr>
              <w:t>::'</w:t>
            </w:r>
          </w:p>
        </w:tc>
        <w:tc>
          <w:tcPr>
            <w:tcW w:type="dxa" w:w="3812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156"/>
        </w:trPr>
        <w:tc>
          <w:tcPr>
            <w:tcW w:type="dxa" w:w="3812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3812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10602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440" w:lineRule="exact" w:before="128" w:after="0"/>
              <w:ind w:left="34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8"/>
              </w:rPr>
              <w:t>ONG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6"/>
                <w:sz w:val="4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4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4"/>
              </w:rPr>
              <w:t>INSTITUTO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6"/>
                <w:sz w:val="3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4"/>
                <w:sz w:val="4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1"/>
              </w:rPr>
              <w:t>CIDADANIA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"/>
                <w:sz w:val="4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2"/>
              </w:rPr>
              <w:t>PORTELINlIA</w:t>
            </w:r>
          </w:p>
        </w:tc>
      </w:tr>
      <w:tr>
        <w:trPr>
          <w:trHeight w:hRule="exact" w:val="413"/>
        </w:trPr>
        <w:tc>
          <w:tcPr>
            <w:tcW w:type="dxa" w:w="3812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67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50" w:lineRule="exact" w:before="119" w:after="0"/>
              <w:ind w:left="21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4"/>
                <w:sz w:val="1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5"/>
              </w:rPr>
              <w:t>':.</w:t>
            </w:r>
          </w:p>
        </w:tc>
        <w:tc>
          <w:tcPr>
            <w:tcW w:type="dxa" w:w="3812"/>
            <w:vMerge/>
            <w:tcMar>
              <w:left w:type="dxa" w:w="0"/>
              <w:right w:type="dxa" w:w="0"/>
            </w:tcMar>
          </w:tcPr>
          <w:p/>
        </w:tc>
      </w:tr>
    </w:tbl>
    <w:p>
      <w:pPr>
        <w:widowControl/>
        <w:wordWrap w:val="0"/>
        <w:autoSpaceDE w:val="0"/>
        <w:autoSpaceDN w:val="0"/>
        <w:spacing w:line="180" w:lineRule="exact" w:before="3" w:after="13"/>
        <w:ind w:left="21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8"/>
        </w:rPr>
        <w:t>Docume</w:t>
      </w:r>
      <w:r>
        <w:rPr>
          <w:rFonts w:ascii="Times New Roman" w:hAnsi="Times New Roman" w:eastAsia="Times New Roman"/>
          <w:b w:val="0"/>
          <w:color w:val="000000"/>
          <w:spacing w:val="2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!@</w:t>
      </w:r>
      <w:r>
        <w:rPr>
          <w:rFonts w:ascii="Times New Roman" w:hAnsi="Times New Roman" w:eastAsia="Times New Roman"/>
          <w:b w:val="0"/>
          <w:color w:val="000000"/>
          <w:spacing w:val="2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Elebóndó</w:t>
      </w:r>
      <w:r>
        <w:rPr>
          <w:rFonts w:ascii="Times New Roman" w:hAnsi="Times New Roman" w:eastAsia="Times New Roman"/>
          <w:b w:val="0"/>
          <w:color w:val="000000"/>
          <w:spacing w:val="9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pók</w:t>
      </w:r>
      <w:r>
        <w:rPr>
          <w:rFonts w:ascii="Times New Roman" w:hAnsi="Times New Roman" w:eastAsia="Times New Roman"/>
          <w:b w:val="0"/>
          <w:color w:val="000000"/>
          <w:spacing w:val="16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©N</w:t>
      </w:r>
      <w:r>
        <w:rPr>
          <w:rFonts w:ascii="Times New Roman" w:hAnsi="Times New Roman" w:eastAsia="Times New Roman"/>
          <w:b w:val="0"/>
          <w:color w:val="000000"/>
          <w:spacing w:val="132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t</w:t>
      </w:r>
      <w:r>
        <w:rPr>
          <w:rFonts w:ascii="Times New Roman" w:hAnsi="Times New Roman" w:eastAsia="Times New Roman"/>
          <w:b w:val="0"/>
          <w:color w:val="000000"/>
          <w:spacing w:val="14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A</w:t>
      </w:r>
      <w:r>
        <w:rPr>
          <w:rFonts w:ascii="Times New Roman" w:hAnsi="Times New Roman" w:eastAsia="Times New Roman"/>
          <w:b w:val="0"/>
          <w:color w:val="000000"/>
          <w:spacing w:val="27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BNRR©</w:t>
      </w:r>
      <w:r>
        <w:rPr>
          <w:rFonts w:ascii="Arial" w:hAnsi="Arial" w:eastAsia="Arial"/>
          <w:b w:val="0"/>
          <w:i w:val="0"/>
          <w:color w:val="000000"/>
          <w:sz w:val="18"/>
        </w:rPr>
        <w:t>$</w:t>
      </w:r>
      <w:r>
        <w:rPr>
          <w:rFonts w:ascii="Times New Roman" w:hAnsi="Times New Roman" w:eastAsia="Times New Roman"/>
          <w:b w:val="0"/>
          <w:color w:val="000000"/>
          <w:spacing w:val="112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e</w:t>
      </w:r>
      <w:r>
        <w:rPr>
          <w:rFonts w:ascii="Times New Roman" w:hAnsi="Times New Roman" w:eastAsia="Times New Roman"/>
          <w:b w:val="0"/>
          <w:color w:val="000000"/>
          <w:spacing w:val="-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õ</w:t>
      </w:r>
      <w:r>
        <w:rPr>
          <w:rFonts w:ascii="Arial" w:hAnsi="Arial" w:eastAsia="Arial"/>
          <w:b w:val="0"/>
          <w:i w:val="0"/>
          <w:color w:val="000000"/>
          <w:sz w:val="18"/>
        </w:rPr>
        <w:t>;</w:t>
      </w:r>
      <w:r>
        <w:rPr>
          <w:rFonts w:ascii="Arial" w:hAnsi="Arial" w:eastAsia="Arial"/>
          <w:b w:val="0"/>
          <w:i w:val="0"/>
          <w:color w:val="000000"/>
          <w:sz w:val="18"/>
        </w:rPr>
        <w:t>0F</w:t>
      </w:r>
      <w:r>
        <w:rPr>
          <w:rFonts w:ascii="Arial" w:hAnsi="Arial" w:eastAsia="Arial"/>
          <w:b w:val="0"/>
          <w:i w:val="0"/>
          <w:color w:val="000000"/>
          <w:sz w:val="18"/>
        </w:rPr>
        <w:t>$</w:t>
      </w:r>
      <w:r>
        <w:rPr>
          <w:rFonts w:ascii="Arial" w:hAnsi="Arial" w:eastAsia="Arial"/>
          <w:b w:val="0"/>
          <w:i w:val="0"/>
          <w:color w:val="000000"/>
          <w:sz w:val="18"/>
        </w:rPr>
        <w:t>G</w:t>
      </w:r>
      <w:r>
        <w:rPr>
          <w:rFonts w:ascii="Times New Roman" w:hAnsi="Times New Roman" w:eastAsia="Times New Roman"/>
          <w:b w:val="0"/>
          <w:color w:val="000000"/>
          <w:spacing w:val="-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CA</w:t>
      </w:r>
      <w:r>
        <w:rPr>
          <w:rFonts w:ascii="Arial" w:hAnsi="Arial" w:eastAsia="Arial"/>
          <w:b w:val="0"/>
          <w:i w:val="0"/>
          <w:color w:val="000000"/>
          <w:sz w:val="18"/>
        </w:rPr>
        <w:t>$</w:t>
      </w:r>
      <w:r>
        <w:rPr>
          <w:rFonts w:ascii="Arial" w:hAnsi="Arial" w:eastAsia="Arial"/>
          <w:b w:val="0"/>
          <w:i w:val="0"/>
          <w:color w:val="000000"/>
          <w:sz w:val="18"/>
        </w:rPr>
        <w:t>EC</w:t>
      </w:r>
      <w:r>
        <w:rPr>
          <w:rFonts w:ascii="Times New Roman" w:hAnsi="Times New Roman" w:eastAsia="Times New Roman"/>
          <w:b w:val="0"/>
          <w:color w:val="000000"/>
          <w:spacing w:val="15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EDIL</w:t>
      </w:r>
      <w:r>
        <w:rPr>
          <w:rFonts w:ascii="Arial" w:hAnsi="Arial" w:eastAsia="Arial"/>
          <w:b w:val="0"/>
          <w:i w:val="0"/>
          <w:color w:val="000000"/>
          <w:sz w:val="18"/>
        </w:rPr>
        <w:t>$</w:t>
      </w:r>
      <w:r>
        <w:rPr>
          <w:rFonts w:ascii="Arial" w:hAnsi="Arial" w:eastAsia="Arial"/>
          <w:b w:val="0"/>
          <w:i w:val="0"/>
          <w:color w:val="000000"/>
          <w:sz w:val="18"/>
        </w:rPr>
        <w:t>©N</w:t>
      </w:r>
      <w:r>
        <w:rPr>
          <w:rFonts w:ascii="Times New Roman" w:hAnsi="Times New Roman" w:eastAsia="Times New Roman"/>
          <w:b w:val="0"/>
          <w:color w:val="000000"/>
          <w:spacing w:val="12"/>
          <w:sz w:val="1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8"/>
        </w:rPr>
        <w:t>SEARA</w:t>
      </w:r>
    </w:p>
    <w:p>
      <w:pPr>
        <w:widowControl/>
        <w:wordWrap w:val="0"/>
        <w:autoSpaceDE w:val="0"/>
        <w:autoSpaceDN w:val="0"/>
        <w:spacing w:line="300" w:lineRule="exact" w:before="26" w:after="277"/>
        <w:ind w:left="24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0"/>
        </w:rPr>
        <w:t>Cel</w:t>
      </w:r>
      <w:r>
        <w:rPr>
          <w:rFonts w:ascii="Arial" w:hAnsi="Arial" w:eastAsia="Arial"/>
          <w:b w:val="0"/>
          <w:i w:val="0"/>
          <w:color w:val="000000"/>
          <w:sz w:val="30"/>
        </w:rPr>
        <w:t>.</w:t>
      </w:r>
      <w:r>
        <w:rPr>
          <w:rFonts w:ascii="Arial" w:hAnsi="Arial" w:eastAsia="Arial"/>
          <w:b w:val="0"/>
          <w:i w:val="0"/>
          <w:color w:val="000000"/>
          <w:sz w:val="30"/>
        </w:rPr>
        <w:t>11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Arial" w:hAnsi="Arial" w:eastAsia="Arial"/>
          <w:b w:val="0"/>
          <w:i w:val="0"/>
          <w:color w:val="000000"/>
          <w:sz w:val="30"/>
        </w:rPr>
        <w:t>96136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Arial" w:hAnsi="Arial" w:eastAsia="Arial"/>
          <w:b w:val="0"/>
          <w:i w:val="0"/>
          <w:color w:val="000000"/>
          <w:spacing w:val="-20"/>
          <w:sz w:val="30"/>
        </w:rPr>
        <w:t>1796</w:t>
      </w:r>
      <w:r>
        <w:rPr>
          <w:rFonts w:ascii="Arial" w:hAnsi="Arial" w:eastAsia="Arial"/>
          <w:b w:val="0"/>
          <w:i w:val="0"/>
          <w:color w:val="000000"/>
          <w:spacing w:val="-19"/>
          <w:sz w:val="30"/>
        </w:rPr>
        <w:t>-</w:t>
      </w:r>
      <w:r>
        <w:rPr>
          <w:rFonts w:ascii="Arial" w:hAnsi="Arial" w:eastAsia="Arial"/>
          <w:b w:val="0"/>
          <w:i w:val="0"/>
          <w:color w:val="000000"/>
          <w:sz w:val="30"/>
        </w:rPr>
        <w:t>11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Arial" w:hAnsi="Arial" w:eastAsia="Arial"/>
          <w:b w:val="0"/>
          <w:i w:val="0"/>
          <w:color w:val="000000"/>
          <w:sz w:val="30"/>
        </w:rPr>
        <w:t>98602</w:t>
      </w:r>
      <w:r>
        <w:rPr>
          <w:rFonts w:ascii="Arial" w:hAnsi="Arial" w:eastAsia="Arial"/>
          <w:b w:val="0"/>
          <w:i w:val="0"/>
          <w:color w:val="000000"/>
          <w:sz w:val="30"/>
        </w:rPr>
        <w:t>-</w:t>
      </w:r>
      <w:r>
        <w:rPr>
          <w:rFonts w:ascii="Arial" w:hAnsi="Arial" w:eastAsia="Arial"/>
          <w:b w:val="0"/>
          <w:i w:val="0"/>
          <w:color w:val="000000"/>
          <w:sz w:val="30"/>
        </w:rPr>
        <w:t>9746</w:t>
      </w:r>
      <w:r>
        <w:rPr>
          <w:rFonts w:ascii="Arial" w:hAnsi="Arial" w:eastAsia="Arial"/>
          <w:b w:val="0"/>
          <w:i w:val="0"/>
          <w:color w:val="000000"/>
          <w:spacing w:val="-99"/>
          <w:sz w:val="30"/>
        </w:rPr>
        <w:t>-</w:t>
      </w:r>
      <w:r>
        <w:rPr>
          <w:rFonts w:ascii="Times New Roman" w:hAnsi="Times New Roman" w:eastAsia="Times New Roman"/>
          <w:b w:val="0"/>
          <w:color w:val="000000"/>
          <w:spacing w:val="84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cel</w:t>
      </w:r>
      <w:r>
        <w:rPr>
          <w:rFonts w:ascii="Arial" w:hAnsi="Arial" w:eastAsia="Arial"/>
          <w:b w:val="0"/>
          <w:i w:val="0"/>
          <w:color w:val="000000"/>
          <w:sz w:val="30"/>
        </w:rPr>
        <w:t>.</w:t>
      </w:r>
      <w:r>
        <w:rPr>
          <w:rFonts w:ascii="Times New Roman" w:hAnsi="Times New Roman" w:eastAsia="Times New Roman"/>
          <w:b w:val="0"/>
          <w:color w:val="000000"/>
          <w:spacing w:val="-22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9"/>
          <w:sz w:val="30"/>
        </w:rPr>
        <w:t>971561019</w:t>
      </w:r>
      <w:r>
        <w:rPr>
          <w:rFonts w:ascii="Arial" w:hAnsi="Arial" w:eastAsia="Arial"/>
          <w:b w:val="0"/>
          <w:i w:val="0"/>
          <w:color w:val="000000"/>
          <w:spacing w:val="-19"/>
          <w:sz w:val="30"/>
        </w:rPr>
        <w:t>-</w:t>
      </w:r>
      <w:r>
        <w:rPr>
          <w:rFonts w:ascii="Times New Roman" w:hAnsi="Times New Roman" w:eastAsia="Times New Roman"/>
          <w:b w:val="0"/>
          <w:color w:val="000000"/>
          <w:spacing w:val="84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Whbapp</w:t>
      </w:r>
    </w:p>
    <w:p>
      <w:pPr>
        <w:widowControl/>
        <w:wordWrap w:val="0"/>
        <w:autoSpaceDE w:val="0"/>
        <w:autoSpaceDN w:val="0"/>
        <w:spacing w:line="460" w:lineRule="exact" w:before="555" w:after="247"/>
        <w:ind w:left="38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46"/>
        </w:rPr>
        <w:t>Diretor</w:t>
      </w:r>
      <w:r>
        <w:rPr>
          <w:rFonts w:ascii="Times New Roman" w:hAnsi="Times New Roman" w:eastAsia="Times New Roman"/>
          <w:b w:val="0"/>
          <w:color w:val="000000"/>
          <w:spacing w:val="75"/>
          <w:sz w:val="4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2"/>
        </w:rPr>
        <w:t>Presidente</w:t>
      </w:r>
    </w:p>
    <w:p>
      <w:pPr>
        <w:widowControl/>
        <w:wordWrap w:val="0"/>
        <w:autoSpaceDE w:val="0"/>
        <w:autoSpaceDN w:val="0"/>
        <w:spacing w:line="340" w:lineRule="exact" w:before="494" w:after="52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aR</w:t>
      </w:r>
      <w:r>
        <w:rPr>
          <w:rFonts w:ascii="Arial" w:hAnsi="Arial" w:eastAsia="Arial"/>
          <w:b w:val="0"/>
          <w:i w:val="0"/>
          <w:color w:val="000000"/>
          <w:sz w:val="34"/>
        </w:rPr>
        <w:t>(</w:t>
      </w:r>
      <w:r>
        <w:rPr>
          <w:rFonts w:ascii="Arial" w:hAnsi="Arial" w:eastAsia="Arial"/>
          <w:b w:val="0"/>
          <w:i w:val="0"/>
          <w:color w:val="000000"/>
          <w:spacing w:val="-47"/>
          <w:sz w:val="34"/>
        </w:rPr>
        <w:t>aVOa</w:t>
      </w:r>
      <w:r>
        <w:rPr>
          <w:rFonts w:ascii="Times New Roman" w:hAnsi="Times New Roman" w:eastAsia="Times New Roman"/>
          <w:b w:val="0"/>
          <w:color w:val="000000"/>
          <w:spacing w:val="9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4</w:t>
      </w:r>
      <w:r>
        <w:rPr>
          <w:rFonts w:ascii="Times New Roman" w:hAnsi="Times New Roman" w:eastAsia="Times New Roman"/>
          <w:b w:val="0"/>
          <w:color w:val="000000"/>
          <w:spacing w:val="97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SZZla</w:t>
      </w:r>
      <w:r>
        <w:rPr>
          <w:rFonts w:ascii="Times New Roman" w:hAnsi="Times New Roman" w:eastAsia="Times New Roman"/>
          <w:b w:val="0"/>
          <w:color w:val="000000"/>
          <w:spacing w:val="8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Z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  <w:r>
        <w:rPr>
          <w:rFonts w:ascii="Arial" w:hAnsi="Arial" w:eastAsia="Arial"/>
          <w:b w:val="0"/>
          <w:i w:val="0"/>
          <w:color w:val="000000"/>
          <w:sz w:val="34"/>
        </w:rPr>
        <w:t>JliE4</w:t>
      </w:r>
      <w:r>
        <w:rPr>
          <w:rFonts w:ascii="Times New Roman" w:hAnsi="Times New Roman" w:eastAsia="Times New Roman"/>
          <w:b w:val="0"/>
          <w:color w:val="000000"/>
          <w:spacing w:val="-4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Data</w:t>
      </w:r>
      <w:r>
        <w:rPr>
          <w:rFonts w:ascii="Times New Roman" w:hAnsi="Times New Roman" w:eastAsia="Times New Roman"/>
          <w:b w:val="0"/>
          <w:color w:val="000000"/>
          <w:spacing w:val="-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de</w:t>
      </w:r>
      <w:r>
        <w:rPr>
          <w:rFonts w:ascii="Times New Roman" w:hAnsi="Times New Roman" w:eastAsia="Times New Roman"/>
          <w:b w:val="0"/>
          <w:color w:val="000000"/>
          <w:spacing w:val="177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Nascimento</w:t>
      </w:r>
      <w:r>
        <w:rPr>
          <w:rFonts w:ascii="Times New Roman" w:hAnsi="Times New Roman" w:eastAsia="Times New Roman"/>
          <w:b w:val="0"/>
          <w:color w:val="000000"/>
          <w:spacing w:val="40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31</w:t>
      </w:r>
      <w:r>
        <w:rPr>
          <w:rFonts w:ascii="Arial" w:hAnsi="Arial" w:eastAsia="Arial"/>
          <w:b w:val="0"/>
          <w:i w:val="0"/>
          <w:color w:val="000000"/>
          <w:sz w:val="34"/>
        </w:rPr>
        <w:t>/</w:t>
      </w:r>
      <w:r>
        <w:rPr>
          <w:rFonts w:ascii="Arial" w:hAnsi="Arial" w:eastAsia="Arial"/>
          <w:b w:val="0"/>
          <w:i w:val="0"/>
          <w:color w:val="000000"/>
          <w:sz w:val="34"/>
        </w:rPr>
        <w:t>08</w:t>
      </w:r>
      <w:r>
        <w:rPr>
          <w:rFonts w:ascii="Arial" w:hAnsi="Arial" w:eastAsia="Arial"/>
          <w:b w:val="0"/>
          <w:i w:val="0"/>
          <w:color w:val="000000"/>
          <w:sz w:val="34"/>
        </w:rPr>
        <w:t>/</w:t>
      </w:r>
      <w:r>
        <w:rPr>
          <w:rFonts w:ascii="Arial" w:hAnsi="Arial" w:eastAsia="Arial"/>
          <w:b w:val="0"/>
          <w:i w:val="0"/>
          <w:color w:val="000000"/>
          <w:sz w:val="34"/>
        </w:rPr>
        <w:t>1989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  <w:r>
        <w:rPr>
          <w:rFonts w:ascii="Arial" w:hAnsi="Arial" w:eastAsia="Arial"/>
          <w:b w:val="0"/>
          <w:i w:val="0"/>
          <w:color w:val="000000"/>
          <w:sz w:val="34"/>
        </w:rPr>
        <w:t>Nasceu</w:t>
      </w:r>
      <w:r>
        <w:rPr>
          <w:rFonts w:ascii="Times New Roman" w:hAnsi="Times New Roman" w:eastAsia="Times New Roman"/>
          <w:b w:val="0"/>
          <w:color w:val="000000"/>
          <w:spacing w:val="2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na</w:t>
      </w:r>
    </w:p>
    <w:p>
      <w:pPr>
        <w:widowControl/>
        <w:wordWrap w:val="0"/>
        <w:autoSpaceDE w:val="0"/>
        <w:autoSpaceDN w:val="0"/>
        <w:spacing w:line="360" w:lineRule="exact" w:before="104" w:after="40"/>
        <w:ind w:left="3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6"/>
        </w:rPr>
        <w:t>Cidade</w:t>
      </w:r>
      <w:r>
        <w:rPr>
          <w:rFonts w:ascii="Arial" w:hAnsi="Arial" w:eastAsia="Arial"/>
          <w:b w:val="0"/>
          <w:i w:val="0"/>
          <w:color w:val="000000"/>
          <w:sz w:val="36"/>
        </w:rPr>
        <w:t>de</w:t>
      </w:r>
      <w:r>
        <w:rPr>
          <w:rFonts w:ascii="Times New Roman" w:hAnsi="Times New Roman" w:eastAsia="Times New Roman"/>
          <w:b w:val="0"/>
          <w:color w:val="000000"/>
          <w:spacing w:val="3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lblr</w:t>
      </w:r>
      <w:r>
        <w:rPr>
          <w:rFonts w:ascii="Arial" w:hAnsi="Arial" w:eastAsia="Arial"/>
          <w:b w:val="0"/>
          <w:i w:val="0"/>
          <w:color w:val="000000"/>
          <w:sz w:val="36"/>
        </w:rPr>
        <w:t>'</w:t>
      </w:r>
      <w:r>
        <w:rPr>
          <w:rFonts w:ascii="Arial" w:hAnsi="Arial" w:eastAsia="Arial"/>
          <w:b w:val="0"/>
          <w:i w:val="0"/>
          <w:color w:val="000000"/>
          <w:sz w:val="36"/>
        </w:rPr>
        <w:t>ajuda</w:t>
      </w:r>
      <w:r>
        <w:rPr>
          <w:rFonts w:ascii="Arial" w:hAnsi="Arial" w:eastAsia="Arial"/>
          <w:b w:val="0"/>
          <w:i w:val="0"/>
          <w:color w:val="000000"/>
          <w:sz w:val="36"/>
        </w:rPr>
        <w:t>,</w:t>
      </w:r>
      <w:r>
        <w:rPr>
          <w:rFonts w:ascii="Times New Roman" w:hAnsi="Times New Roman" w:eastAsia="Times New Roman"/>
          <w:b w:val="0"/>
          <w:color w:val="000000"/>
          <w:spacing w:val="61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Naeionalldade</w:t>
      </w:r>
      <w:r>
        <w:rPr>
          <w:rFonts w:ascii="Arial" w:hAnsi="Arial" w:eastAsia="Arial"/>
          <w:b w:val="0"/>
          <w:i w:val="0"/>
          <w:color w:val="000000"/>
          <w:spacing w:val="-41"/>
          <w:sz w:val="36"/>
        </w:rPr>
        <w:t>:</w:t>
      </w:r>
      <w:r>
        <w:rPr>
          <w:rFonts w:ascii="Arial" w:hAnsi="Arial" w:eastAsia="Arial"/>
          <w:b w:val="0"/>
          <w:i w:val="0"/>
          <w:color w:val="000000"/>
          <w:spacing w:val="-199"/>
          <w:sz w:val="36"/>
        </w:rPr>
        <w:t>B</w:t>
      </w:r>
      <w:r>
        <w:rPr>
          <w:rFonts w:ascii="Times New Roman" w:hAnsi="Times New Roman" w:eastAsia="Times New Roman"/>
          <w:b w:val="0"/>
          <w:color w:val="000000"/>
          <w:spacing w:val="109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rasileiro</w:t>
      </w:r>
      <w:r>
        <w:rPr>
          <w:rFonts w:ascii="Arial" w:hAnsi="Arial" w:eastAsia="Arial"/>
          <w:b w:val="0"/>
          <w:i w:val="0"/>
          <w:color w:val="000000"/>
          <w:sz w:val="36"/>
        </w:rPr>
        <w:t>,</w:t>
      </w:r>
      <w:r>
        <w:rPr>
          <w:rFonts w:ascii="Times New Roman" w:hAnsi="Times New Roman" w:eastAsia="Times New Roman"/>
          <w:b w:val="0"/>
          <w:color w:val="000000"/>
          <w:spacing w:val="-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Estado</w:t>
      </w:r>
      <w:r>
        <w:rPr>
          <w:rFonts w:ascii="Arial" w:hAnsi="Arial" w:eastAsia="Arial"/>
          <w:b w:val="0"/>
          <w:i w:val="0"/>
          <w:color w:val="000000"/>
          <w:sz w:val="36"/>
        </w:rPr>
        <w:t>Civil</w:t>
      </w:r>
      <w:r>
        <w:rPr>
          <w:rFonts w:ascii="Arial" w:hAnsi="Arial" w:eastAsia="Arial"/>
          <w:b w:val="0"/>
          <w:i w:val="0"/>
          <w:color w:val="000000"/>
          <w:sz w:val="36"/>
        </w:rPr>
        <w:t>:</w:t>
      </w:r>
      <w:r>
        <w:rPr>
          <w:rFonts w:ascii="Times New Roman" w:hAnsi="Times New Roman" w:eastAsia="Times New Roman"/>
          <w:b w:val="0"/>
          <w:color w:val="000000"/>
          <w:spacing w:val="3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Solteiro</w:t>
      </w:r>
      <w:r>
        <w:rPr>
          <w:rFonts w:ascii="Arial" w:hAnsi="Arial" w:eastAsia="Arial"/>
          <w:b w:val="0"/>
          <w:i w:val="0"/>
          <w:color w:val="000000"/>
          <w:sz w:val="36"/>
        </w:rPr>
        <w:t>,</w:t>
      </w:r>
    </w:p>
    <w:p>
      <w:pPr>
        <w:widowControl/>
        <w:wordWrap w:val="0"/>
        <w:autoSpaceDE w:val="0"/>
        <w:autoSpaceDN w:val="0"/>
        <w:spacing w:line="360" w:lineRule="exact" w:before="80" w:after="48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6"/>
        </w:rPr>
        <w:t>Profissão</w:t>
      </w:r>
      <w:r>
        <w:rPr>
          <w:rFonts w:ascii="Arial" w:hAnsi="Arial" w:eastAsia="Arial"/>
          <w:b w:val="0"/>
          <w:i w:val="0"/>
          <w:color w:val="000000"/>
          <w:spacing w:val="-21"/>
          <w:sz w:val="36"/>
        </w:rPr>
        <w:t>:</w:t>
      </w:r>
      <w:r>
        <w:rPr>
          <w:rFonts w:ascii="Arial" w:hAnsi="Arial" w:eastAsia="Arial"/>
          <w:b w:val="0"/>
          <w:i w:val="0"/>
          <w:color w:val="000000"/>
          <w:spacing w:val="-220"/>
          <w:sz w:val="36"/>
        </w:rPr>
        <w:t>A</w:t>
      </w:r>
      <w:r>
        <w:rPr>
          <w:rFonts w:ascii="Times New Roman" w:hAnsi="Times New Roman" w:eastAsia="Times New Roman"/>
          <w:b w:val="0"/>
          <w:color w:val="000000"/>
          <w:spacing w:val="13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utónomos</w:t>
      </w:r>
      <w:r>
        <w:rPr>
          <w:rFonts w:ascii="Arial" w:hAnsi="Arial" w:eastAsia="Arial"/>
          <w:b w:val="0"/>
          <w:i w:val="0"/>
          <w:color w:val="000000"/>
          <w:sz w:val="36"/>
        </w:rPr>
        <w:t>Inscrito</w:t>
      </w:r>
      <w:r>
        <w:rPr>
          <w:rFonts w:ascii="Times New Roman" w:hAnsi="Times New Roman" w:eastAsia="Times New Roman"/>
          <w:b w:val="0"/>
          <w:color w:val="000000"/>
          <w:spacing w:val="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no</w:t>
      </w:r>
      <w:r>
        <w:rPr>
          <w:rFonts w:ascii="Times New Roman" w:hAnsi="Times New Roman" w:eastAsia="Times New Roman"/>
          <w:b w:val="0"/>
          <w:color w:val="000000"/>
          <w:spacing w:val="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RG</w:t>
      </w:r>
      <w:r>
        <w:rPr>
          <w:rFonts w:ascii="Arial" w:hAnsi="Arial" w:eastAsia="Arial"/>
          <w:b w:val="0"/>
          <w:i w:val="0"/>
          <w:color w:val="000000"/>
          <w:sz w:val="36"/>
        </w:rPr>
        <w:t>de</w:t>
      </w:r>
      <w:r>
        <w:rPr>
          <w:rFonts w:ascii="Times New Roman" w:hAnsi="Times New Roman" w:eastAsia="Times New Roman"/>
          <w:b w:val="0"/>
          <w:color w:val="000000"/>
          <w:spacing w:val="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N</w:t>
      </w:r>
      <w:r>
        <w:rPr>
          <w:rFonts w:ascii="Arial" w:hAnsi="Arial" w:eastAsia="Arial"/>
          <w:b w:val="0"/>
          <w:i w:val="0"/>
          <w:color w:val="000000"/>
          <w:sz w:val="36"/>
        </w:rPr>
        <w:t>'</w:t>
      </w:r>
      <w:r>
        <w:rPr>
          <w:rFonts w:ascii="Times New Roman" w:hAnsi="Times New Roman" w:eastAsia="Times New Roman"/>
          <w:b w:val="0"/>
          <w:color w:val="000000"/>
          <w:spacing w:val="41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45014159</w:t>
      </w:r>
      <w:r>
        <w:rPr>
          <w:rFonts w:ascii="Arial" w:hAnsi="Arial" w:eastAsia="Arial"/>
          <w:b w:val="0"/>
          <w:i w:val="0"/>
          <w:color w:val="000000"/>
          <w:spacing w:val="-61"/>
          <w:sz w:val="36"/>
        </w:rPr>
        <w:t>-</w:t>
      </w:r>
      <w:r>
        <w:rPr>
          <w:rFonts w:ascii="Arial" w:hAnsi="Arial" w:eastAsia="Arial"/>
          <w:b w:val="0"/>
          <w:i w:val="0"/>
          <w:color w:val="000000"/>
          <w:spacing w:val="-139"/>
          <w:sz w:val="36"/>
        </w:rPr>
        <w:t>7</w:t>
      </w:r>
      <w:r>
        <w:rPr>
          <w:rFonts w:ascii="Times New Roman" w:hAnsi="Times New Roman" w:eastAsia="Times New Roman"/>
          <w:b w:val="0"/>
          <w:color w:val="000000"/>
          <w:spacing w:val="49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.</w:t>
      </w:r>
      <w:r>
        <w:rPr>
          <w:rFonts w:ascii="Times New Roman" w:hAnsi="Times New Roman" w:eastAsia="Times New Roman"/>
          <w:b w:val="0"/>
          <w:color w:val="000000"/>
          <w:spacing w:val="-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-</w:t>
      </w:r>
      <w:r>
        <w:rPr>
          <w:rFonts w:ascii="Arial" w:hAnsi="Arial" w:eastAsia="Arial"/>
          <w:b w:val="0"/>
          <w:i w:val="0"/>
          <w:color w:val="000000"/>
          <w:spacing w:val="-29"/>
          <w:sz w:val="36"/>
        </w:rPr>
        <w:t>Estadoo</w:t>
      </w:r>
      <w:r>
        <w:rPr>
          <w:rFonts w:ascii="Times New Roman" w:hAnsi="Times New Roman" w:eastAsia="Times New Roman"/>
          <w:b w:val="0"/>
          <w:color w:val="000000"/>
          <w:spacing w:val="1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nde</w:t>
      </w:r>
    </w:p>
    <w:p>
      <w:pPr>
        <w:widowControl/>
        <w:wordWrap w:val="0"/>
        <w:autoSpaceDE w:val="0"/>
        <w:autoSpaceDN w:val="0"/>
        <w:spacing w:line="340" w:lineRule="exact" w:before="95" w:after="58"/>
        <w:ind w:left="3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tirou</w:t>
      </w:r>
      <w:r>
        <w:rPr>
          <w:rFonts w:ascii="Times New Roman" w:hAnsi="Times New Roman" w:eastAsia="Times New Roman"/>
          <w:b w:val="0"/>
          <w:color w:val="000000"/>
          <w:spacing w:val="54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(</w:t>
      </w:r>
      <w:r>
        <w:rPr>
          <w:rFonts w:ascii="Arial" w:hAnsi="Arial" w:eastAsia="Arial"/>
          <w:b w:val="0"/>
          <w:i w:val="0"/>
          <w:color w:val="000000"/>
          <w:sz w:val="34"/>
        </w:rPr>
        <w:t>UF</w:t>
      </w:r>
      <w:r>
        <w:rPr>
          <w:rFonts w:ascii="Times New Roman" w:hAnsi="Times New Roman" w:eastAsia="Times New Roman"/>
          <w:b w:val="0"/>
          <w:color w:val="000000"/>
          <w:spacing w:val="-31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SSP</w:t>
      </w:r>
      <w:r>
        <w:rPr>
          <w:rFonts w:ascii="Arial" w:hAnsi="Arial" w:eastAsia="Arial"/>
          <w:b w:val="0"/>
          <w:i w:val="0"/>
          <w:color w:val="000000"/>
          <w:sz w:val="34"/>
        </w:rPr>
        <w:t>-</w:t>
      </w:r>
      <w:r>
        <w:rPr>
          <w:rFonts w:ascii="Arial" w:hAnsi="Arial" w:eastAsia="Arial"/>
          <w:b w:val="0"/>
          <w:i w:val="0"/>
          <w:color w:val="000000"/>
          <w:sz w:val="34"/>
        </w:rPr>
        <w:t>SP</w:t>
      </w:r>
      <w:r>
        <w:rPr>
          <w:rFonts w:ascii="Arial" w:hAnsi="Arial" w:eastAsia="Arial"/>
          <w:b w:val="0"/>
          <w:i w:val="0"/>
          <w:color w:val="000000"/>
          <w:sz w:val="34"/>
        </w:rPr>
        <w:t>),</w:t>
      </w:r>
      <w:r>
        <w:rPr>
          <w:rFonts w:ascii="Times New Roman" w:hAnsi="Times New Roman" w:eastAsia="Times New Roman"/>
          <w:b w:val="0"/>
          <w:color w:val="000000"/>
          <w:spacing w:val="80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Inscrito</w:t>
      </w:r>
      <w:r>
        <w:rPr>
          <w:rFonts w:ascii="Times New Roman" w:hAnsi="Times New Roman" w:eastAsia="Times New Roman"/>
          <w:b w:val="0"/>
          <w:color w:val="000000"/>
          <w:spacing w:val="59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no</w:t>
      </w:r>
      <w:r>
        <w:rPr>
          <w:rFonts w:ascii="Times New Roman" w:hAnsi="Times New Roman" w:eastAsia="Times New Roman"/>
          <w:b w:val="0"/>
          <w:color w:val="000000"/>
          <w:spacing w:val="-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CPF</w:t>
      </w:r>
      <w:r>
        <w:rPr>
          <w:rFonts w:ascii="Arial" w:hAnsi="Arial" w:eastAsia="Arial"/>
          <w:b w:val="0"/>
          <w:i w:val="0"/>
          <w:color w:val="000000"/>
          <w:sz w:val="34"/>
        </w:rPr>
        <w:t>de</w:t>
      </w:r>
      <w:r>
        <w:rPr>
          <w:rFonts w:ascii="Times New Roman" w:hAnsi="Times New Roman" w:eastAsia="Times New Roman"/>
          <w:b w:val="0"/>
          <w:color w:val="000000"/>
          <w:spacing w:val="17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N</w:t>
      </w:r>
      <w:r>
        <w:rPr>
          <w:rFonts w:ascii="Arial" w:hAnsi="Arial" w:eastAsia="Arial"/>
          <w:b w:val="0"/>
          <w:i w:val="0"/>
          <w:color w:val="000000"/>
          <w:sz w:val="34"/>
        </w:rPr>
        <w:t>'</w:t>
      </w:r>
      <w:r>
        <w:rPr>
          <w:rFonts w:ascii="Times New Roman" w:hAnsi="Times New Roman" w:eastAsia="Times New Roman"/>
          <w:b w:val="0"/>
          <w:color w:val="000000"/>
          <w:spacing w:val="45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353</w:t>
      </w:r>
      <w:r>
        <w:rPr>
          <w:rFonts w:ascii="Arial" w:hAnsi="Arial" w:eastAsia="Arial"/>
          <w:b w:val="0"/>
          <w:i w:val="0"/>
          <w:color w:val="000000"/>
          <w:sz w:val="34"/>
        </w:rPr>
        <w:t>.</w:t>
      </w:r>
      <w:r>
        <w:rPr>
          <w:rFonts w:ascii="Arial" w:hAnsi="Arial" w:eastAsia="Arial"/>
          <w:b w:val="0"/>
          <w:i w:val="0"/>
          <w:color w:val="000000"/>
          <w:sz w:val="34"/>
        </w:rPr>
        <w:t>449</w:t>
      </w:r>
      <w:r>
        <w:rPr>
          <w:rFonts w:ascii="Arial" w:hAnsi="Arial" w:eastAsia="Arial"/>
          <w:b w:val="0"/>
          <w:i w:val="0"/>
          <w:color w:val="000000"/>
          <w:sz w:val="34"/>
        </w:rPr>
        <w:t>.</w:t>
      </w:r>
      <w:r>
        <w:rPr>
          <w:rFonts w:ascii="Arial" w:hAnsi="Arial" w:eastAsia="Arial"/>
          <w:b w:val="0"/>
          <w:i w:val="0"/>
          <w:color w:val="000000"/>
          <w:sz w:val="34"/>
        </w:rPr>
        <w:t>298</w:t>
      </w:r>
      <w:r>
        <w:rPr>
          <w:rFonts w:ascii="Arial" w:hAnsi="Arial" w:eastAsia="Arial"/>
          <w:b w:val="0"/>
          <w:i w:val="0"/>
          <w:color w:val="000000"/>
          <w:sz w:val="34"/>
        </w:rPr>
        <w:t>-</w:t>
      </w:r>
      <w:r>
        <w:rPr>
          <w:rFonts w:ascii="Arial" w:hAnsi="Arial" w:eastAsia="Arial"/>
          <w:b w:val="0"/>
          <w:i w:val="0"/>
          <w:color w:val="000000"/>
          <w:sz w:val="34"/>
        </w:rPr>
        <w:t>62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  <w:r>
        <w:rPr>
          <w:rFonts w:ascii="Times New Roman" w:hAnsi="Times New Roman" w:eastAsia="Times New Roman"/>
          <w:b w:val="0"/>
          <w:color w:val="000000"/>
          <w:spacing w:val="-1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Residente</w:t>
      </w:r>
      <w:r>
        <w:rPr>
          <w:rFonts w:ascii="Times New Roman" w:hAnsi="Times New Roman" w:eastAsia="Times New Roman"/>
          <w:b w:val="0"/>
          <w:color w:val="000000"/>
          <w:spacing w:val="-1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a</w:t>
      </w:r>
    </w:p>
    <w:p>
      <w:pPr>
        <w:widowControl/>
        <w:wordWrap w:val="0"/>
        <w:autoSpaceDE w:val="0"/>
        <w:autoSpaceDN w:val="0"/>
        <w:spacing w:line="320" w:lineRule="exact" w:before="115" w:after="66"/>
        <w:ind w:left="1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2"/>
        </w:rPr>
        <w:t>-</w:t>
      </w:r>
      <w:r>
        <w:rPr>
          <w:rFonts w:ascii="Times New Roman" w:hAnsi="Times New Roman" w:eastAsia="Times New Roman"/>
          <w:b w:val="0"/>
          <w:color w:val="000000"/>
          <w:spacing w:val="-7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Rua</w:t>
      </w:r>
      <w:r>
        <w:rPr>
          <w:rFonts w:ascii="Times New Roman" w:hAnsi="Times New Roman" w:eastAsia="Times New Roman"/>
          <w:b w:val="0"/>
          <w:color w:val="000000"/>
          <w:spacing w:val="53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Jararatuba</w:t>
      </w:r>
      <w:r>
        <w:rPr>
          <w:rFonts w:ascii="Times New Roman" w:hAnsi="Times New Roman" w:eastAsia="Times New Roman"/>
          <w:b w:val="0"/>
          <w:color w:val="000000"/>
          <w:spacing w:val="230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59"/>
          <w:sz w:val="32"/>
        </w:rPr>
        <w:t>NO3</w:t>
      </w:r>
      <w:r>
        <w:rPr>
          <w:rFonts w:ascii="Times New Roman" w:hAnsi="Times New Roman" w:eastAsia="Times New Roman"/>
          <w:b w:val="0"/>
          <w:color w:val="000000"/>
          <w:spacing w:val="38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59</w:t>
      </w:r>
      <w:r>
        <w:rPr>
          <w:rFonts w:ascii="Times New Roman" w:hAnsi="Times New Roman" w:eastAsia="Times New Roman"/>
          <w:b w:val="0"/>
          <w:color w:val="000000"/>
          <w:spacing w:val="6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,</w:t>
      </w:r>
      <w:r>
        <w:rPr>
          <w:rFonts w:ascii="Times New Roman" w:hAnsi="Times New Roman" w:eastAsia="Times New Roman"/>
          <w:b w:val="0"/>
          <w:color w:val="000000"/>
          <w:spacing w:val="111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Bairro</w:t>
      </w:r>
      <w:r>
        <w:rPr>
          <w:rFonts w:ascii="Arial" w:hAnsi="Arial" w:eastAsia="Arial"/>
          <w:b w:val="0"/>
          <w:i w:val="0"/>
          <w:color w:val="000000"/>
          <w:sz w:val="32"/>
        </w:rPr>
        <w:t>:</w:t>
      </w:r>
      <w:r>
        <w:rPr>
          <w:rFonts w:ascii="Times New Roman" w:hAnsi="Times New Roman" w:eastAsia="Times New Roman"/>
          <w:b w:val="0"/>
          <w:color w:val="000000"/>
          <w:spacing w:val="78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Jardim</w:t>
      </w:r>
      <w:r>
        <w:rPr>
          <w:rFonts w:ascii="Times New Roman" w:hAnsi="Times New Roman" w:eastAsia="Times New Roman"/>
          <w:b w:val="0"/>
          <w:color w:val="000000"/>
          <w:spacing w:val="80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Normandia</w:t>
      </w:r>
      <w:r>
        <w:rPr>
          <w:rFonts w:ascii="Arial" w:hAnsi="Arial" w:eastAsia="Arial"/>
          <w:b w:val="0"/>
          <w:i w:val="0"/>
          <w:color w:val="000000"/>
          <w:sz w:val="32"/>
        </w:rPr>
        <w:t>,</w:t>
      </w:r>
      <w:r>
        <w:rPr>
          <w:rFonts w:ascii="Times New Roman" w:hAnsi="Times New Roman" w:eastAsia="Times New Roman"/>
          <w:b w:val="0"/>
          <w:color w:val="000000"/>
          <w:spacing w:val="66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Gep</w:t>
      </w:r>
      <w:r>
        <w:rPr>
          <w:rFonts w:ascii="Times New Roman" w:hAnsi="Times New Roman" w:eastAsia="Times New Roman"/>
          <w:b w:val="0"/>
          <w:color w:val="000000"/>
          <w:spacing w:val="-25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07252</w:t>
      </w:r>
      <w:r>
        <w:rPr>
          <w:rFonts w:ascii="Arial" w:hAnsi="Arial" w:eastAsia="Arial"/>
          <w:b w:val="0"/>
          <w:i w:val="0"/>
          <w:color w:val="000000"/>
          <w:sz w:val="32"/>
        </w:rPr>
        <w:t>-</w:t>
      </w:r>
      <w:r>
        <w:rPr>
          <w:rFonts w:ascii="Arial" w:hAnsi="Arial" w:eastAsia="Arial"/>
          <w:b w:val="0"/>
          <w:i w:val="0"/>
          <w:color w:val="000000"/>
          <w:sz w:val="32"/>
        </w:rPr>
        <w:t>070</w:t>
      </w:r>
      <w:r>
        <w:rPr>
          <w:rFonts w:ascii="Arial" w:hAnsi="Arial" w:eastAsia="Arial"/>
          <w:b w:val="0"/>
          <w:i w:val="0"/>
          <w:color w:val="000000"/>
          <w:sz w:val="32"/>
        </w:rPr>
        <w:t>,</w:t>
      </w:r>
      <w:r>
        <w:rPr>
          <w:rFonts w:ascii="Times New Roman" w:hAnsi="Times New Roman" w:eastAsia="Times New Roman"/>
          <w:b w:val="0"/>
          <w:color w:val="000000"/>
          <w:spacing w:val="41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Na</w:t>
      </w:r>
    </w:p>
    <w:p>
      <w:pPr>
        <w:widowControl/>
        <w:wordWrap w:val="0"/>
        <w:autoSpaceDE w:val="0"/>
        <w:autoSpaceDN w:val="0"/>
        <w:spacing w:line="330" w:lineRule="exact" w:before="132" w:after="140"/>
        <w:ind w:left="3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Cidade</w:t>
      </w:r>
      <w:r>
        <w:rPr>
          <w:rFonts w:ascii="Times New Roman" w:hAnsi="Times New Roman" w:eastAsia="Times New Roman"/>
          <w:b w:val="0"/>
          <w:color w:val="000000"/>
          <w:spacing w:val="-8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de</w:t>
      </w:r>
      <w:r>
        <w:rPr>
          <w:rFonts w:ascii="Times New Roman" w:hAnsi="Times New Roman" w:eastAsia="Times New Roman"/>
          <w:b w:val="0"/>
          <w:color w:val="000000"/>
          <w:spacing w:val="11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Guarulhos</w:t>
      </w:r>
      <w:r>
        <w:rPr>
          <w:rFonts w:ascii="Arial" w:hAnsi="Arial" w:eastAsia="Arial"/>
          <w:b w:val="0"/>
          <w:i w:val="0"/>
          <w:color w:val="000000"/>
          <w:sz w:val="33"/>
        </w:rPr>
        <w:t>,</w:t>
      </w:r>
      <w:r>
        <w:rPr>
          <w:rFonts w:ascii="Times New Roman" w:hAnsi="Times New Roman" w:eastAsia="Times New Roman"/>
          <w:b w:val="0"/>
          <w:color w:val="000000"/>
          <w:spacing w:val="3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-10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de</w:t>
      </w:r>
      <w:r>
        <w:rPr>
          <w:rFonts w:ascii="Times New Roman" w:hAnsi="Times New Roman" w:eastAsia="Times New Roman"/>
          <w:b w:val="0"/>
          <w:color w:val="000000"/>
          <w:spacing w:val="11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São</w:t>
      </w:r>
      <w:r>
        <w:rPr>
          <w:rFonts w:ascii="Times New Roman" w:hAnsi="Times New Roman" w:eastAsia="Times New Roman"/>
          <w:b w:val="0"/>
          <w:color w:val="000000"/>
          <w:spacing w:val="-10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Paulo</w:t>
      </w:r>
      <w:r>
        <w:rPr>
          <w:rFonts w:ascii="Arial" w:hAnsi="Arial" w:eastAsia="Arial"/>
          <w:b w:val="0"/>
          <w:i w:val="0"/>
          <w:color w:val="000000"/>
          <w:sz w:val="33"/>
        </w:rPr>
        <w:t>.</w:t>
      </w:r>
    </w:p>
    <w:p>
      <w:pPr>
        <w:widowControl/>
        <w:wordWrap w:val="0"/>
        <w:autoSpaceDE w:val="0"/>
        <w:autoSpaceDN w:val="0"/>
        <w:spacing w:line="290" w:lineRule="exact" w:before="281" w:after="138"/>
        <w:ind w:left="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:</w:t>
      </w:r>
      <w:r>
        <w:rPr>
          <w:rFonts w:ascii="Times New Roman" w:hAnsi="Times New Roman" w:eastAsia="Times New Roman"/>
          <w:b w:val="0"/>
          <w:color w:val="000000"/>
          <w:spacing w:val="-3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11"/>
          <w:sz w:val="29"/>
        </w:rPr>
        <w:t>;:</w:t>
      </w:r>
      <w:r>
        <w:rPr>
          <w:rFonts w:ascii="Arial" w:hAnsi="Arial" w:eastAsia="Arial"/>
          <w:b w:val="0"/>
          <w:i w:val="0"/>
          <w:color w:val="000000"/>
          <w:spacing w:val="-172"/>
          <w:sz w:val="29"/>
        </w:rPr>
        <w:t>A</w:t>
      </w:r>
      <w:r>
        <w:rPr>
          <w:rFonts w:ascii="Times New Roman" w:hAnsi="Times New Roman" w:eastAsia="Times New Roman"/>
          <w:b w:val="0"/>
          <w:color w:val="000000"/>
          <w:spacing w:val="100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ss</w:t>
      </w:r>
      <w:r>
        <w:rPr>
          <w:rFonts w:ascii="Arial" w:hAnsi="Arial" w:eastAsia="Arial"/>
          <w:b w:val="0"/>
          <w:i w:val="0"/>
          <w:color w:val="000000"/>
          <w:sz w:val="29"/>
        </w:rPr>
        <w:t>.</w:t>
      </w:r>
      <w:r>
        <w:rPr>
          <w:rFonts w:ascii="Times New Roman" w:hAnsi="Times New Roman" w:eastAsia="Times New Roman"/>
          <w:b w:val="0"/>
          <w:color w:val="000000"/>
          <w:spacing w:val="32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8êã</w:t>
      </w:r>
      <w:r>
        <w:rPr>
          <w:rFonts w:ascii="Arial" w:hAnsi="Arial" w:eastAsia="Arial"/>
          <w:b w:val="0"/>
          <w:i w:val="0"/>
          <w:color w:val="000000"/>
          <w:sz w:val="29"/>
        </w:rPr>
        <w:t>@</w:t>
      </w:r>
      <w:r>
        <w:rPr>
          <w:rFonts w:ascii="Arial" w:hAnsi="Arial" w:eastAsia="Arial"/>
          <w:b w:val="0"/>
          <w:i w:val="0"/>
          <w:color w:val="000000"/>
          <w:spacing w:val="-81"/>
          <w:sz w:val="29"/>
        </w:rPr>
        <w:t>éà</w:t>
      </w:r>
      <w:r>
        <w:rPr>
          <w:rFonts w:ascii="Times New Roman" w:hAnsi="Times New Roman" w:eastAsia="Times New Roman"/>
          <w:b w:val="0"/>
          <w:color w:val="000000"/>
          <w:spacing w:val="88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eã</w:t>
      </w:r>
      <w:r>
        <w:rPr>
          <w:rFonts w:ascii="Arial" w:hAnsi="Arial" w:eastAsia="Arial"/>
          <w:b w:val="0"/>
          <w:i w:val="0"/>
          <w:color w:val="000000"/>
          <w:sz w:val="29"/>
        </w:rPr>
        <w:t>#</w:t>
      </w:r>
      <w:r>
        <w:rPr>
          <w:rFonts w:ascii="Arial" w:hAnsi="Arial" w:eastAsia="Arial"/>
          <w:b w:val="0"/>
          <w:i w:val="0"/>
          <w:color w:val="000000"/>
          <w:sz w:val="29"/>
        </w:rPr>
        <w:t>àüó</w:t>
      </w:r>
    </w:p>
    <w:p>
      <w:pPr>
        <w:widowControl/>
        <w:wordWrap w:val="0"/>
        <w:autoSpaceDE w:val="0"/>
        <w:autoSpaceDN w:val="0"/>
        <w:spacing w:line="460" w:lineRule="exact" w:before="277" w:after="248"/>
        <w:ind w:left="37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46"/>
        </w:rPr>
        <w:t>Diretora</w:t>
      </w:r>
      <w:r>
        <w:rPr>
          <w:rFonts w:ascii="Times New Roman" w:hAnsi="Times New Roman" w:eastAsia="Times New Roman"/>
          <w:b w:val="0"/>
          <w:color w:val="000000"/>
          <w:spacing w:val="29"/>
          <w:sz w:val="4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6"/>
        </w:rPr>
        <w:t>Secretaria</w:t>
      </w:r>
      <w:r>
        <w:rPr>
          <w:rFonts w:ascii="Arial" w:hAnsi="Arial" w:eastAsia="Arial"/>
          <w:b w:val="0"/>
          <w:i w:val="0"/>
          <w:color w:val="000000"/>
          <w:sz w:val="46"/>
        </w:rPr>
        <w:t>:</w:t>
      </w:r>
    </w:p>
    <w:p>
      <w:pPr>
        <w:widowControl/>
        <w:wordWrap w:val="0"/>
        <w:autoSpaceDE w:val="0"/>
        <w:autoSpaceDN w:val="0"/>
        <w:spacing w:line="310" w:lineRule="exact" w:before="497" w:after="39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1"/>
        </w:rPr>
        <w:t>Daól</w:t>
      </w:r>
      <w:r>
        <w:rPr>
          <w:rFonts w:ascii="Arial" w:hAnsi="Arial" w:eastAsia="Arial"/>
          <w:b w:val="0"/>
          <w:i w:val="0"/>
          <w:color w:val="000000"/>
          <w:sz w:val="31"/>
        </w:rPr>
        <w:t>#</w:t>
      </w:r>
      <w:r>
        <w:rPr>
          <w:rFonts w:ascii="Arial" w:hAnsi="Arial" w:eastAsia="Arial"/>
          <w:b w:val="0"/>
          <w:i w:val="0"/>
          <w:color w:val="000000"/>
          <w:sz w:val="31"/>
        </w:rPr>
        <w:t>on</w:t>
      </w:r>
      <w:r>
        <w:rPr>
          <w:rFonts w:ascii="Times New Roman" w:hAnsi="Times New Roman" w:eastAsia="Times New Roman"/>
          <w:b w:val="0"/>
          <w:color w:val="000000"/>
          <w:spacing w:val="88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410re</w:t>
      </w:r>
      <w:r>
        <w:rPr>
          <w:rFonts w:ascii="Arial" w:hAnsi="Arial" w:eastAsia="Arial"/>
          <w:b w:val="0"/>
          <w:i w:val="0"/>
          <w:color w:val="000000"/>
          <w:sz w:val="31"/>
        </w:rPr>
        <w:t>&amp;</w:t>
      </w:r>
      <w:r>
        <w:rPr>
          <w:rFonts w:ascii="Arial" w:hAnsi="Arial" w:eastAsia="Arial"/>
          <w:b w:val="0"/>
          <w:i w:val="0"/>
          <w:color w:val="000000"/>
          <w:sz w:val="31"/>
        </w:rPr>
        <w:t>a</w:t>
      </w:r>
      <w:r>
        <w:rPr>
          <w:rFonts w:ascii="Times New Roman" w:hAnsi="Times New Roman" w:eastAsia="Times New Roman"/>
          <w:b w:val="0"/>
          <w:color w:val="000000"/>
          <w:spacing w:val="11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Xalp</w:t>
      </w:r>
      <w:r>
        <w:rPr>
          <w:rFonts w:ascii="Arial" w:hAnsi="Arial" w:eastAsia="Arial"/>
          <w:b w:val="0"/>
          <w:i w:val="0"/>
          <w:color w:val="000000"/>
          <w:sz w:val="31"/>
        </w:rPr>
        <w:t>#</w:t>
      </w:r>
      <w:r>
        <w:rPr>
          <w:rFonts w:ascii="Arial" w:hAnsi="Arial" w:eastAsia="Arial"/>
          <w:b w:val="0"/>
          <w:i w:val="0"/>
          <w:color w:val="000000"/>
          <w:spacing w:val="-56"/>
          <w:sz w:val="31"/>
        </w:rPr>
        <w:t>eEPD</w:t>
      </w:r>
      <w:r>
        <w:rPr>
          <w:rFonts w:ascii="Times New Roman" w:hAnsi="Times New Roman" w:eastAsia="Times New Roman"/>
          <w:b w:val="0"/>
          <w:color w:val="000000"/>
          <w:spacing w:val="88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ata</w:t>
      </w:r>
      <w:r>
        <w:rPr>
          <w:rFonts w:ascii="Times New Roman" w:hAnsi="Times New Roman" w:eastAsia="Times New Roman"/>
          <w:b w:val="0"/>
          <w:color w:val="000000"/>
          <w:spacing w:val="88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de</w:t>
      </w:r>
      <w:r>
        <w:rPr>
          <w:rFonts w:ascii="Times New Roman" w:hAnsi="Times New Roman" w:eastAsia="Times New Roman"/>
          <w:b w:val="0"/>
          <w:color w:val="000000"/>
          <w:spacing w:val="218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Nascimento</w:t>
      </w:r>
      <w:r>
        <w:rPr>
          <w:rFonts w:ascii="Times New Roman" w:hAnsi="Times New Roman" w:eastAsia="Times New Roman"/>
          <w:b w:val="0"/>
          <w:color w:val="000000"/>
          <w:spacing w:val="206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19</w:t>
      </w:r>
      <w:r>
        <w:rPr>
          <w:rFonts w:ascii="Arial" w:hAnsi="Arial" w:eastAsia="Arial"/>
          <w:b w:val="0"/>
          <w:i w:val="0"/>
          <w:color w:val="000000"/>
          <w:sz w:val="31"/>
        </w:rPr>
        <w:t>/</w:t>
      </w:r>
      <w:r>
        <w:rPr>
          <w:rFonts w:ascii="Arial" w:hAnsi="Arial" w:eastAsia="Arial"/>
          <w:b w:val="0"/>
          <w:i w:val="0"/>
          <w:color w:val="000000"/>
          <w:sz w:val="31"/>
        </w:rPr>
        <w:t>05</w:t>
      </w:r>
      <w:r>
        <w:rPr>
          <w:rFonts w:ascii="Arial" w:hAnsi="Arial" w:eastAsia="Arial"/>
          <w:b w:val="0"/>
          <w:i w:val="0"/>
          <w:color w:val="000000"/>
          <w:sz w:val="31"/>
        </w:rPr>
        <w:t>/</w:t>
      </w:r>
      <w:r>
        <w:rPr>
          <w:rFonts w:ascii="Arial" w:hAnsi="Arial" w:eastAsia="Arial"/>
          <w:b w:val="0"/>
          <w:i w:val="0"/>
          <w:color w:val="000000"/>
          <w:sz w:val="31"/>
        </w:rPr>
        <w:t>1987</w:t>
      </w:r>
      <w:r>
        <w:rPr>
          <w:rFonts w:ascii="Arial" w:hAnsi="Arial" w:eastAsia="Arial"/>
          <w:b w:val="0"/>
          <w:i w:val="0"/>
          <w:color w:val="000000"/>
          <w:sz w:val="31"/>
        </w:rPr>
        <w:t>,</w:t>
      </w:r>
      <w:r>
        <w:rPr>
          <w:rFonts w:ascii="Times New Roman" w:hAnsi="Times New Roman" w:eastAsia="Times New Roman"/>
          <w:b w:val="0"/>
          <w:color w:val="000000"/>
          <w:spacing w:val="85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Nasceu</w:t>
      </w:r>
      <w:r>
        <w:rPr>
          <w:rFonts w:ascii="Times New Roman" w:hAnsi="Times New Roman" w:eastAsia="Times New Roman"/>
          <w:b w:val="0"/>
          <w:color w:val="000000"/>
          <w:spacing w:val="132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na</w:t>
      </w:r>
    </w:p>
    <w:p>
      <w:pPr>
        <w:widowControl/>
        <w:wordWrap w:val="0"/>
        <w:autoSpaceDE w:val="0"/>
        <w:autoSpaceDN w:val="0"/>
        <w:spacing w:line="350" w:lineRule="exact" w:before="79" w:after="11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5"/>
        </w:rPr>
        <w:t>Cidade</w:t>
      </w:r>
      <w:r>
        <w:rPr>
          <w:rFonts w:ascii="Times New Roman" w:hAnsi="Times New Roman" w:eastAsia="Times New Roman"/>
          <w:b w:val="0"/>
          <w:color w:val="000000"/>
          <w:spacing w:val="4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de</w:t>
      </w:r>
      <w:r>
        <w:rPr>
          <w:rFonts w:ascii="Times New Roman" w:hAnsi="Times New Roman" w:eastAsia="Times New Roman"/>
          <w:b w:val="0"/>
          <w:color w:val="000000"/>
          <w:spacing w:val="83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ltlruçus</w:t>
      </w:r>
      <w:r>
        <w:rPr>
          <w:rFonts w:ascii="Times New Roman" w:hAnsi="Times New Roman" w:eastAsia="Times New Roman"/>
          <w:b w:val="0"/>
          <w:color w:val="000000"/>
          <w:spacing w:val="64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Naeionalldade</w:t>
      </w:r>
      <w:r>
        <w:rPr>
          <w:rFonts w:ascii="Arial" w:hAnsi="Arial" w:eastAsia="Arial"/>
          <w:b w:val="0"/>
          <w:i w:val="0"/>
          <w:color w:val="000000"/>
          <w:sz w:val="35"/>
        </w:rPr>
        <w:t>:</w:t>
      </w:r>
      <w:r>
        <w:rPr>
          <w:rFonts w:ascii="Times New Roman" w:hAnsi="Times New Roman" w:eastAsia="Times New Roman"/>
          <w:b w:val="0"/>
          <w:color w:val="000000"/>
          <w:spacing w:val="-22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Brasileiro</w:t>
      </w:r>
      <w:r>
        <w:rPr>
          <w:rFonts w:ascii="Arial" w:hAnsi="Arial" w:eastAsia="Arial"/>
          <w:b w:val="0"/>
          <w:i w:val="0"/>
          <w:color w:val="000000"/>
          <w:sz w:val="35"/>
        </w:rPr>
        <w:t>,</w:t>
      </w:r>
      <w:r>
        <w:rPr>
          <w:rFonts w:ascii="Times New Roman" w:hAnsi="Times New Roman" w:eastAsia="Times New Roman"/>
          <w:b w:val="0"/>
          <w:color w:val="000000"/>
          <w:spacing w:val="257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23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Civil</w:t>
      </w:r>
      <w:r>
        <w:rPr>
          <w:rFonts w:ascii="Arial" w:hAnsi="Arial" w:eastAsia="Arial"/>
          <w:b w:val="0"/>
          <w:i w:val="0"/>
          <w:color w:val="000000"/>
          <w:sz w:val="35"/>
        </w:rPr>
        <w:t>:</w:t>
      </w:r>
      <w:r>
        <w:rPr>
          <w:rFonts w:ascii="Times New Roman" w:hAnsi="Times New Roman" w:eastAsia="Times New Roman"/>
          <w:b w:val="0"/>
          <w:color w:val="000000"/>
          <w:spacing w:val="74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Solteiro</w:t>
      </w:r>
      <w:r>
        <w:rPr>
          <w:rFonts w:ascii="Arial" w:hAnsi="Arial" w:eastAsia="Arial"/>
          <w:b w:val="0"/>
          <w:i w:val="0"/>
          <w:color w:val="000000"/>
          <w:sz w:val="35"/>
        </w:rPr>
        <w:t>,</w:t>
      </w:r>
    </w:p>
    <w:p>
      <w:pPr>
        <w:widowControl/>
        <w:wordWrap w:val="0"/>
        <w:autoSpaceDE w:val="0"/>
        <w:autoSpaceDN w:val="0"/>
        <w:spacing w:line="360" w:lineRule="exact" w:before="22" w:after="6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6"/>
        </w:rPr>
        <w:t>Profissão</w:t>
      </w:r>
      <w:r>
        <w:rPr>
          <w:rFonts w:ascii="Arial" w:hAnsi="Arial" w:eastAsia="Arial"/>
          <w:b w:val="0"/>
          <w:i w:val="0"/>
          <w:color w:val="000000"/>
          <w:w w:val="99"/>
          <w:sz w:val="36"/>
        </w:rPr>
        <w:t>:</w:t>
      </w:r>
      <w:r>
        <w:rPr>
          <w:rFonts w:ascii="Arial" w:hAnsi="Arial" w:eastAsia="Arial"/>
          <w:b w:val="0"/>
          <w:i w:val="0"/>
          <w:color w:val="000000"/>
          <w:spacing w:val="-240"/>
          <w:sz w:val="36"/>
        </w:rPr>
        <w:t>A</w:t>
      </w:r>
      <w:r>
        <w:rPr>
          <w:rFonts w:ascii="Times New Roman" w:hAnsi="Times New Roman" w:eastAsia="Times New Roman"/>
          <w:b w:val="0"/>
          <w:color w:val="000000"/>
          <w:spacing w:val="15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judante</w:t>
      </w:r>
      <w:r>
        <w:rPr>
          <w:rFonts w:ascii="Times New Roman" w:hAnsi="Times New Roman" w:eastAsia="Times New Roman"/>
          <w:b w:val="0"/>
          <w:color w:val="000000"/>
          <w:spacing w:val="-11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de</w:t>
      </w:r>
      <w:r>
        <w:rPr>
          <w:rFonts w:ascii="Times New Roman" w:hAnsi="Times New Roman" w:eastAsia="Times New Roman"/>
          <w:b w:val="0"/>
          <w:color w:val="000000"/>
          <w:spacing w:val="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Operação</w:t>
      </w:r>
      <w:r>
        <w:rPr>
          <w:rFonts w:ascii="Arial" w:hAnsi="Arial" w:eastAsia="Arial"/>
          <w:b w:val="0"/>
          <w:i w:val="0"/>
          <w:color w:val="000000"/>
          <w:w w:val="99"/>
          <w:sz w:val="36"/>
        </w:rPr>
        <w:t>!</w:t>
      </w:r>
      <w:r>
        <w:rPr>
          <w:rFonts w:ascii="Arial" w:hAnsi="Arial" w:eastAsia="Arial"/>
          <w:b w:val="0"/>
          <w:i w:val="0"/>
          <w:color w:val="000000"/>
          <w:spacing w:val="-99"/>
          <w:sz w:val="36"/>
        </w:rPr>
        <w:t>I</w:t>
      </w:r>
      <w:r>
        <w:rPr>
          <w:rFonts w:ascii="Times New Roman" w:hAnsi="Times New Roman" w:eastAsia="Times New Roman"/>
          <w:b w:val="0"/>
          <w:color w:val="000000"/>
          <w:spacing w:val="9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nscrito</w:t>
      </w:r>
      <w:r>
        <w:rPr>
          <w:rFonts w:ascii="Times New Roman" w:hAnsi="Times New Roman" w:eastAsia="Times New Roman"/>
          <w:b w:val="0"/>
          <w:color w:val="000000"/>
          <w:spacing w:val="3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no</w:t>
      </w:r>
      <w:r>
        <w:rPr>
          <w:rFonts w:ascii="Times New Roman" w:hAnsi="Times New Roman" w:eastAsia="Times New Roman"/>
          <w:b w:val="0"/>
          <w:color w:val="000000"/>
          <w:spacing w:val="3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RG</w:t>
      </w:r>
      <w:r>
        <w:rPr>
          <w:rFonts w:ascii="Arial" w:hAnsi="Arial" w:eastAsia="Arial"/>
          <w:b w:val="0"/>
          <w:i w:val="0"/>
          <w:color w:val="000000"/>
          <w:sz w:val="36"/>
        </w:rPr>
        <w:t>de</w:t>
      </w:r>
      <w:r>
        <w:rPr>
          <w:rFonts w:ascii="Times New Roman" w:hAnsi="Times New Roman" w:eastAsia="Times New Roman"/>
          <w:b w:val="0"/>
          <w:color w:val="000000"/>
          <w:spacing w:val="3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67"/>
          <w:sz w:val="36"/>
        </w:rPr>
        <w:t>NO3</w:t>
      </w:r>
      <w:r>
        <w:rPr>
          <w:rFonts w:ascii="Times New Roman" w:hAnsi="Times New Roman" w:eastAsia="Times New Roman"/>
          <w:b w:val="0"/>
          <w:color w:val="000000"/>
          <w:spacing w:val="3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7802589</w:t>
      </w:r>
      <w:r>
        <w:rPr>
          <w:rFonts w:ascii="Arial" w:hAnsi="Arial" w:eastAsia="Arial"/>
          <w:b w:val="0"/>
          <w:i w:val="0"/>
          <w:color w:val="000000"/>
          <w:sz w:val="36"/>
        </w:rPr>
        <w:t>-</w:t>
      </w:r>
      <w:r>
        <w:rPr>
          <w:rFonts w:ascii="Arial" w:hAnsi="Arial" w:eastAsia="Arial"/>
          <w:b w:val="0"/>
          <w:i w:val="0"/>
          <w:color w:val="000000"/>
          <w:sz w:val="36"/>
        </w:rPr>
        <w:t>2</w:t>
      </w:r>
      <w:r>
        <w:rPr>
          <w:rFonts w:ascii="Arial" w:hAnsi="Arial" w:eastAsia="Arial"/>
          <w:b w:val="0"/>
          <w:i w:val="0"/>
          <w:color w:val="000000"/>
          <w:spacing w:val="-60"/>
          <w:sz w:val="36"/>
        </w:rPr>
        <w:t>.-</w:t>
      </w:r>
    </w:p>
    <w:p>
      <w:pPr>
        <w:widowControl/>
        <w:wordWrap w:val="0"/>
        <w:autoSpaceDE w:val="0"/>
        <w:autoSpaceDN w:val="0"/>
        <w:spacing w:line="370" w:lineRule="exact" w:before="12" w:after="0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-1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onde</w:t>
      </w:r>
      <w:r>
        <w:rPr>
          <w:rFonts w:ascii="Times New Roman" w:hAnsi="Times New Roman" w:eastAsia="Times New Roman"/>
          <w:b w:val="0"/>
          <w:color w:val="000000"/>
          <w:spacing w:val="-6"/>
          <w:sz w:val="3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7"/>
        </w:rPr>
        <w:t>tirou</w:t>
      </w:r>
      <w:r>
        <w:rPr>
          <w:rFonts w:ascii="Times New Roman" w:hAnsi="Times New Roman" w:eastAsia="Times New Roman"/>
          <w:b w:val="0"/>
          <w:color w:val="000000"/>
          <w:spacing w:val="20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(</w:t>
      </w:r>
      <w:r>
        <w:rPr>
          <w:rFonts w:ascii="Arial" w:hAnsi="Arial" w:eastAsia="Arial"/>
          <w:b w:val="0"/>
          <w:i w:val="0"/>
          <w:color w:val="000000"/>
          <w:sz w:val="32"/>
        </w:rPr>
        <w:t>UF</w:t>
      </w:r>
      <w:r>
        <w:rPr>
          <w:rFonts w:ascii="Times New Roman" w:hAnsi="Times New Roman" w:eastAsia="Times New Roman"/>
          <w:b w:val="0"/>
          <w:color w:val="000000"/>
          <w:spacing w:val="-3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S</w:t>
      </w:r>
      <w:r>
        <w:rPr>
          <w:rFonts w:ascii="Arial" w:hAnsi="Arial" w:eastAsia="Arial"/>
          <w:b w:val="0"/>
          <w:i w:val="0"/>
          <w:color w:val="000000"/>
          <w:sz w:val="36"/>
        </w:rPr>
        <w:t>$</w:t>
      </w:r>
      <w:r>
        <w:rPr>
          <w:rFonts w:ascii="Arial" w:hAnsi="Arial" w:eastAsia="Arial"/>
          <w:b w:val="0"/>
          <w:i w:val="0"/>
          <w:color w:val="000000"/>
          <w:sz w:val="36"/>
        </w:rPr>
        <w:t>P</w:t>
      </w:r>
      <w:r>
        <w:rPr>
          <w:rFonts w:ascii="Arial" w:hAnsi="Arial" w:eastAsia="Arial"/>
          <w:b w:val="0"/>
          <w:i w:val="0"/>
          <w:color w:val="000000"/>
          <w:sz w:val="36"/>
        </w:rPr>
        <w:t>-</w:t>
      </w:r>
      <w:r>
        <w:rPr>
          <w:rFonts w:ascii="Arial" w:hAnsi="Arial" w:eastAsia="Arial"/>
          <w:b w:val="0"/>
          <w:i w:val="0"/>
          <w:color w:val="000000"/>
          <w:sz w:val="36"/>
        </w:rPr>
        <w:t>SP</w:t>
      </w:r>
      <w:r>
        <w:rPr>
          <w:rFonts w:ascii="Arial" w:hAnsi="Arial" w:eastAsia="Arial"/>
          <w:b w:val="0"/>
          <w:i w:val="0"/>
          <w:color w:val="000000"/>
          <w:sz w:val="36"/>
        </w:rPr>
        <w:t>),</w:t>
      </w:r>
      <w:r>
        <w:rPr>
          <w:rFonts w:ascii="Times New Roman" w:hAnsi="Times New Roman" w:eastAsia="Times New Roman"/>
          <w:b w:val="0"/>
          <w:color w:val="000000"/>
          <w:spacing w:val="10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Inscrito</w:t>
      </w:r>
      <w:r>
        <w:rPr>
          <w:rFonts w:ascii="Times New Roman" w:hAnsi="Times New Roman" w:eastAsia="Times New Roman"/>
          <w:b w:val="0"/>
          <w:color w:val="000000"/>
          <w:spacing w:val="15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no</w:t>
      </w:r>
      <w:r>
        <w:rPr>
          <w:rFonts w:ascii="Times New Roman" w:hAnsi="Times New Roman" w:eastAsia="Times New Roman"/>
          <w:b w:val="0"/>
          <w:color w:val="000000"/>
          <w:spacing w:val="7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GPF</w:t>
      </w:r>
      <w:r>
        <w:rPr>
          <w:rFonts w:ascii="Times New Roman" w:hAnsi="Times New Roman" w:eastAsia="Times New Roman"/>
          <w:b w:val="0"/>
          <w:color w:val="000000"/>
          <w:spacing w:val="-4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de</w:t>
      </w:r>
      <w:r>
        <w:rPr>
          <w:rFonts w:ascii="Times New Roman" w:hAnsi="Times New Roman" w:eastAsia="Times New Roman"/>
          <w:b w:val="0"/>
          <w:color w:val="000000"/>
          <w:spacing w:val="1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N</w:t>
      </w:r>
      <w:r>
        <w:rPr>
          <w:rFonts w:ascii="Arial" w:hAnsi="Arial" w:eastAsia="Arial"/>
          <w:b w:val="0"/>
          <w:i w:val="0"/>
          <w:color w:val="000000"/>
          <w:sz w:val="36"/>
        </w:rPr>
        <w:t>'</w:t>
      </w:r>
      <w:r>
        <w:rPr>
          <w:rFonts w:ascii="Times New Roman" w:hAnsi="Times New Roman" w:eastAsia="Times New Roman"/>
          <w:b w:val="0"/>
          <w:color w:val="000000"/>
          <w:spacing w:val="31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372</w:t>
      </w:r>
      <w:r>
        <w:rPr>
          <w:rFonts w:ascii="Arial" w:hAnsi="Arial" w:eastAsia="Arial"/>
          <w:b w:val="0"/>
          <w:i w:val="0"/>
          <w:color w:val="000000"/>
          <w:sz w:val="32"/>
        </w:rPr>
        <w:t>.</w:t>
      </w:r>
      <w:r>
        <w:rPr>
          <w:rFonts w:ascii="Arial" w:hAnsi="Arial" w:eastAsia="Arial"/>
          <w:b w:val="0"/>
          <w:i w:val="0"/>
          <w:color w:val="000000"/>
          <w:sz w:val="32"/>
        </w:rPr>
        <w:t>752</w:t>
      </w:r>
      <w:r>
        <w:rPr>
          <w:rFonts w:ascii="Arial" w:hAnsi="Arial" w:eastAsia="Arial"/>
          <w:b w:val="0"/>
          <w:i w:val="0"/>
          <w:color w:val="000000"/>
          <w:sz w:val="32"/>
        </w:rPr>
        <w:t>.</w:t>
      </w:r>
      <w:r>
        <w:rPr>
          <w:rFonts w:ascii="Arial" w:hAnsi="Arial" w:eastAsia="Arial"/>
          <w:b w:val="0"/>
          <w:i w:val="0"/>
          <w:color w:val="000000"/>
          <w:sz w:val="32"/>
        </w:rPr>
        <w:t>108</w:t>
      </w:r>
      <w:r>
        <w:rPr>
          <w:rFonts w:ascii="Arial" w:hAnsi="Arial" w:eastAsia="Arial"/>
          <w:b w:val="0"/>
          <w:i w:val="0"/>
          <w:color w:val="000000"/>
          <w:sz w:val="32"/>
        </w:rPr>
        <w:t>-</w:t>
      </w:r>
      <w:r>
        <w:rPr>
          <w:rFonts w:ascii="Arial" w:hAnsi="Arial" w:eastAsia="Arial"/>
          <w:b w:val="0"/>
          <w:i w:val="0"/>
          <w:color w:val="000000"/>
          <w:sz w:val="32"/>
        </w:rPr>
        <w:t>27</w:t>
      </w:r>
      <w:r>
        <w:rPr>
          <w:rFonts w:ascii="Arial" w:hAnsi="Arial" w:eastAsia="Arial"/>
          <w:b w:val="0"/>
          <w:i w:val="0"/>
          <w:color w:val="000000"/>
          <w:sz w:val="32"/>
        </w:rPr>
        <w:t>,</w:t>
      </w:r>
    </w:p>
    <w:p>
      <w:pPr>
        <w:widowControl/>
        <w:wordWrap w:val="0"/>
        <w:autoSpaceDE w:val="0"/>
        <w:autoSpaceDN w:val="0"/>
        <w:spacing w:line="333" w:lineRule="exact" w:before="0" w:after="44"/>
        <w:ind w:left="1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'</w:t>
      </w:r>
      <w:r>
        <w:rPr>
          <w:rFonts w:ascii="Times New Roman" w:hAnsi="Times New Roman" w:eastAsia="Times New Roman"/>
          <w:b w:val="0"/>
          <w:color w:val="000000"/>
          <w:spacing w:val="30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Residente</w:t>
      </w:r>
      <w:r>
        <w:rPr>
          <w:rFonts w:ascii="Times New Roman" w:hAnsi="Times New Roman" w:eastAsia="Times New Roman"/>
          <w:b w:val="0"/>
          <w:color w:val="000000"/>
          <w:spacing w:val="4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a</w:t>
      </w:r>
      <w:r>
        <w:rPr>
          <w:rFonts w:ascii="Times New Roman" w:hAnsi="Times New Roman" w:eastAsia="Times New Roman"/>
          <w:b w:val="0"/>
          <w:color w:val="000000"/>
          <w:spacing w:val="6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Rua</w:t>
      </w:r>
      <w:r>
        <w:rPr>
          <w:rFonts w:ascii="Times New Roman" w:hAnsi="Times New Roman" w:eastAsia="Times New Roman"/>
          <w:b w:val="0"/>
          <w:color w:val="000000"/>
          <w:spacing w:val="-9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B</w:t>
      </w:r>
      <w:r>
        <w:rPr>
          <w:rFonts w:ascii="Times New Roman" w:hAnsi="Times New Roman" w:eastAsia="Times New Roman"/>
          <w:b w:val="0"/>
          <w:color w:val="000000"/>
          <w:spacing w:val="48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llo</w:t>
      </w:r>
      <w:r>
        <w:rPr>
          <w:rFonts w:ascii="Times New Roman" w:hAnsi="Times New Roman" w:eastAsia="Times New Roman"/>
          <w:b w:val="0"/>
          <w:color w:val="000000"/>
          <w:spacing w:val="35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359</w:t>
      </w:r>
      <w:r>
        <w:rPr>
          <w:rFonts w:ascii="Arial" w:hAnsi="Arial" w:eastAsia="Arial"/>
          <w:b w:val="0"/>
          <w:i w:val="0"/>
          <w:color w:val="000000"/>
          <w:sz w:val="34"/>
        </w:rPr>
        <w:t>-</w:t>
      </w:r>
      <w:r>
        <w:rPr>
          <w:rFonts w:ascii="Arial" w:hAnsi="Arial" w:eastAsia="Arial"/>
          <w:b w:val="0"/>
          <w:i w:val="0"/>
          <w:color w:val="000000"/>
          <w:sz w:val="34"/>
        </w:rPr>
        <w:t>no</w:t>
      </w:r>
      <w:r>
        <w:rPr>
          <w:rFonts w:ascii="Times New Roman" w:hAnsi="Times New Roman" w:eastAsia="Times New Roman"/>
          <w:b w:val="0"/>
          <w:color w:val="000000"/>
          <w:spacing w:val="-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Bairro</w:t>
      </w:r>
      <w:r>
        <w:rPr>
          <w:rFonts w:ascii="Arial" w:hAnsi="Arial" w:eastAsia="Arial"/>
          <w:b w:val="0"/>
          <w:i w:val="0"/>
          <w:color w:val="000000"/>
          <w:sz w:val="34"/>
        </w:rPr>
        <w:t>:</w:t>
      </w:r>
      <w:r>
        <w:rPr>
          <w:rFonts w:ascii="Times New Roman" w:hAnsi="Times New Roman" w:eastAsia="Times New Roman"/>
          <w:b w:val="0"/>
          <w:color w:val="000000"/>
          <w:spacing w:val="34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Jardim</w:t>
      </w:r>
      <w:r>
        <w:rPr>
          <w:rFonts w:ascii="Times New Roman" w:hAnsi="Times New Roman" w:eastAsia="Times New Roman"/>
          <w:b w:val="0"/>
          <w:color w:val="000000"/>
          <w:spacing w:val="75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Normandia</w:t>
      </w:r>
      <w:r>
        <w:rPr>
          <w:rFonts w:ascii="Times New Roman" w:hAnsi="Times New Roman" w:eastAsia="Times New Roman"/>
          <w:b w:val="0"/>
          <w:color w:val="000000"/>
          <w:spacing w:val="-8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-</w:t>
      </w:r>
      <w:r>
        <w:rPr>
          <w:rFonts w:ascii="Times New Roman" w:hAnsi="Times New Roman" w:eastAsia="Times New Roman"/>
          <w:b w:val="0"/>
          <w:color w:val="000000"/>
          <w:spacing w:val="42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Cep</w:t>
      </w:r>
      <w:r>
        <w:rPr>
          <w:rFonts w:ascii="Arial" w:hAnsi="Arial" w:eastAsia="Arial"/>
          <w:b w:val="0"/>
          <w:i w:val="0"/>
          <w:color w:val="000000"/>
          <w:sz w:val="34"/>
        </w:rPr>
        <w:t>.</w:t>
      </w:r>
      <w:r>
        <w:rPr>
          <w:rFonts w:ascii="Times New Roman" w:hAnsi="Times New Roman" w:eastAsia="Times New Roman"/>
          <w:b w:val="0"/>
          <w:color w:val="000000"/>
          <w:spacing w:val="-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07252</w:t>
      </w:r>
      <w:r>
        <w:rPr>
          <w:rFonts w:ascii="Arial" w:hAnsi="Arial" w:eastAsia="Arial"/>
          <w:b w:val="0"/>
          <w:i w:val="0"/>
          <w:color w:val="000000"/>
          <w:sz w:val="34"/>
        </w:rPr>
        <w:t>-</w:t>
      </w:r>
    </w:p>
    <w:p>
      <w:pPr>
        <w:widowControl/>
        <w:wordWrap w:val="0"/>
        <w:autoSpaceDE w:val="0"/>
        <w:autoSpaceDN w:val="0"/>
        <w:spacing w:line="330" w:lineRule="exact" w:before="88" w:after="38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070</w:t>
      </w:r>
      <w:r>
        <w:rPr>
          <w:rFonts w:ascii="Times New Roman" w:hAnsi="Times New Roman" w:eastAsia="Times New Roman"/>
          <w:b w:val="0"/>
          <w:color w:val="000000"/>
          <w:spacing w:val="7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na</w:t>
      </w:r>
      <w:r>
        <w:rPr>
          <w:rFonts w:ascii="Times New Roman" w:hAnsi="Times New Roman" w:eastAsia="Times New Roman"/>
          <w:b w:val="0"/>
          <w:color w:val="000000"/>
          <w:spacing w:val="-9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Cidade</w:t>
      </w:r>
      <w:r>
        <w:rPr>
          <w:rFonts w:ascii="Times New Roman" w:hAnsi="Times New Roman" w:eastAsia="Times New Roman"/>
          <w:b w:val="0"/>
          <w:color w:val="000000"/>
          <w:spacing w:val="-8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de</w:t>
      </w:r>
      <w:r>
        <w:rPr>
          <w:rFonts w:ascii="Times New Roman" w:hAnsi="Times New Roman" w:eastAsia="Times New Roman"/>
          <w:b w:val="0"/>
          <w:color w:val="000000"/>
          <w:spacing w:val="11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Guarulhos</w:t>
      </w:r>
      <w:r>
        <w:rPr>
          <w:rFonts w:ascii="Arial" w:hAnsi="Arial" w:eastAsia="Arial"/>
          <w:b w:val="0"/>
          <w:i w:val="0"/>
          <w:color w:val="000000"/>
          <w:sz w:val="33"/>
        </w:rPr>
        <w:t>-</w:t>
      </w:r>
      <w:r>
        <w:rPr>
          <w:rFonts w:ascii="Arial" w:hAnsi="Arial" w:eastAsia="Arial"/>
          <w:b w:val="0"/>
          <w:i w:val="0"/>
          <w:color w:val="000000"/>
          <w:sz w:val="33"/>
        </w:rPr>
        <w:t>sp</w:t>
      </w:r>
    </w:p>
    <w:p>
      <w:pPr>
        <w:widowControl/>
        <w:wordWrap w:val="0"/>
        <w:autoSpaceDE w:val="0"/>
        <w:autoSpaceDN w:val="0"/>
        <w:spacing w:line="270" w:lineRule="exact" w:before="77" w:after="208"/>
        <w:ind w:left="4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7"/>
        </w:rPr>
        <w:t>Aé</w:t>
      </w:r>
      <w:r>
        <w:rPr>
          <w:rFonts w:ascii="Arial" w:hAnsi="Arial" w:eastAsia="Arial"/>
          <w:b w:val="0"/>
          <w:i w:val="0"/>
          <w:color w:val="000000"/>
          <w:sz w:val="27"/>
        </w:rPr>
        <w:t>%.</w:t>
      </w:r>
      <w:r>
        <w:rPr>
          <w:rFonts w:ascii="Times New Roman" w:hAnsi="Times New Roman" w:eastAsia="Times New Roman"/>
          <w:b w:val="0"/>
          <w:color w:val="000000"/>
          <w:spacing w:val="7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©êâãáêá</w:t>
      </w:r>
      <w:r>
        <w:rPr>
          <w:rFonts w:ascii="Times New Roman" w:hAnsi="Times New Roman" w:eastAsia="Times New Roman"/>
          <w:b w:val="0"/>
          <w:color w:val="000000"/>
          <w:spacing w:val="133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@</w:t>
      </w:r>
      <w:r>
        <w:rPr>
          <w:rFonts w:ascii="Arial" w:hAnsi="Arial" w:eastAsia="Arial"/>
          <w:b w:val="0"/>
          <w:i w:val="0"/>
          <w:color w:val="000000"/>
          <w:spacing w:val="-75"/>
          <w:sz w:val="27"/>
        </w:rPr>
        <w:t>lê</w:t>
      </w:r>
      <w:r>
        <w:rPr>
          <w:rFonts w:ascii="Times New Roman" w:hAnsi="Times New Roman" w:eastAsia="Times New Roman"/>
          <w:b w:val="0"/>
          <w:color w:val="000000"/>
          <w:spacing w:val="29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eáêãã</w:t>
      </w:r>
      <w:r>
        <w:rPr>
          <w:rFonts w:ascii="Times New Roman" w:hAnsi="Times New Roman" w:eastAsia="Times New Roman"/>
          <w:b w:val="0"/>
          <w:color w:val="000000"/>
          <w:spacing w:val="-8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dã</w:t>
      </w:r>
      <w:r>
        <w:rPr>
          <w:rFonts w:ascii="Times New Roman" w:hAnsi="Times New Roman" w:eastAsia="Times New Roman"/>
          <w:b w:val="0"/>
          <w:color w:val="000000"/>
          <w:spacing w:val="92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Ó</w:t>
      </w:r>
      <w:r>
        <w:rPr>
          <w:rFonts w:ascii="Arial" w:hAnsi="Arial" w:eastAsia="Arial"/>
          <w:b w:val="0"/>
          <w:i w:val="0"/>
          <w:color w:val="000000"/>
          <w:sz w:val="27"/>
        </w:rPr>
        <w:t>@</w:t>
      </w:r>
      <w:r>
        <w:rPr>
          <w:rFonts w:ascii="Arial" w:hAnsi="Arial" w:eastAsia="Arial"/>
          <w:b w:val="0"/>
          <w:i w:val="0"/>
          <w:color w:val="000000"/>
          <w:sz w:val="27"/>
        </w:rPr>
        <w:t>8áó</w:t>
      </w:r>
      <w:r>
        <w:rPr>
          <w:rFonts w:ascii="Times New Roman" w:hAnsi="Times New Roman" w:eastAsia="Times New Roman"/>
          <w:b w:val="0"/>
          <w:color w:val="000000"/>
          <w:spacing w:val="5378"/>
          <w:sz w:val="2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7"/>
        </w:rPr>
        <w:t>*</w:t>
      </w:r>
    </w:p>
    <w:p>
      <w:pPr>
        <w:widowControl/>
        <w:wordWrap w:val="0"/>
        <w:autoSpaceDE w:val="0"/>
        <w:autoSpaceDN w:val="0"/>
        <w:spacing w:line="440" w:lineRule="exact" w:before="417" w:after="213"/>
        <w:ind w:left="39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44"/>
        </w:rPr>
        <w:t>Diretor</w:t>
      </w:r>
      <w:r>
        <w:rPr>
          <w:rFonts w:ascii="Times New Roman" w:hAnsi="Times New Roman" w:eastAsia="Times New Roman"/>
          <w:b w:val="0"/>
          <w:color w:val="000000"/>
          <w:spacing w:val="60"/>
          <w:sz w:val="4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0"/>
        </w:rPr>
        <w:t>Tesoureiro</w:t>
      </w:r>
      <w:r>
        <w:rPr>
          <w:rFonts w:ascii="Arial" w:hAnsi="Arial" w:eastAsia="Arial"/>
          <w:b w:val="0"/>
          <w:i w:val="0"/>
          <w:color w:val="000000"/>
          <w:sz w:val="40"/>
        </w:rPr>
        <w:t>.</w:t>
      </w:r>
    </w:p>
    <w:p>
      <w:pPr>
        <w:widowControl/>
        <w:wordWrap w:val="0"/>
        <w:autoSpaceDE w:val="0"/>
        <w:autoSpaceDN w:val="0"/>
        <w:spacing w:line="380" w:lineRule="exact" w:before="427" w:after="10"/>
        <w:ind w:left="3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2"/>
        </w:rPr>
        <w:t>Hzaaal</w:t>
      </w:r>
      <w:r>
        <w:rPr>
          <w:rFonts w:ascii="Arial" w:hAnsi="Arial" w:eastAsia="Arial"/>
          <w:b w:val="0"/>
          <w:i w:val="0"/>
          <w:color w:val="000000"/>
          <w:sz w:val="32"/>
        </w:rPr>
        <w:t>#</w:t>
      </w:r>
      <w:r>
        <w:rPr>
          <w:rFonts w:ascii="Arial" w:hAnsi="Arial" w:eastAsia="Arial"/>
          <w:b w:val="0"/>
          <w:i w:val="0"/>
          <w:color w:val="000000"/>
          <w:sz w:val="32"/>
        </w:rPr>
        <w:t>eo</w:t>
      </w:r>
      <w:r>
        <w:rPr>
          <w:rFonts w:ascii="Times New Roman" w:hAnsi="Times New Roman" w:eastAsia="Times New Roman"/>
          <w:b w:val="0"/>
          <w:color w:val="000000"/>
          <w:spacing w:val="0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Zpfsa»ar</w:t>
      </w:r>
      <w:r>
        <w:rPr>
          <w:rFonts w:ascii="Times New Roman" w:hAnsi="Times New Roman" w:eastAsia="Times New Roman"/>
          <w:b w:val="0"/>
          <w:color w:val="000000"/>
          <w:spacing w:val="5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db</w:t>
      </w:r>
      <w:r>
        <w:rPr>
          <w:rFonts w:ascii="Times New Roman" w:hAnsi="Times New Roman" w:eastAsia="Times New Roman"/>
          <w:b w:val="0"/>
          <w:color w:val="000000"/>
          <w:spacing w:val="42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Garnpo</w:t>
      </w:r>
      <w:r>
        <w:rPr>
          <w:rFonts w:ascii="Times New Roman" w:hAnsi="Times New Roman" w:eastAsia="Times New Roman"/>
          <w:b w:val="0"/>
          <w:color w:val="000000"/>
          <w:spacing w:val="16"/>
          <w:sz w:val="2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8"/>
        </w:rPr>
        <w:t>.</w:t>
      </w:r>
      <w:r>
        <w:rPr>
          <w:rFonts w:ascii="Arial" w:hAnsi="Arial" w:eastAsia="Arial"/>
          <w:b w:val="0"/>
          <w:i w:val="0"/>
          <w:color w:val="000000"/>
          <w:sz w:val="28"/>
        </w:rPr>
        <w:t>AlnãDEp</w:t>
      </w:r>
      <w:r>
        <w:rPr>
          <w:rFonts w:ascii="Times New Roman" w:hAnsi="Times New Roman" w:eastAsia="Times New Roman"/>
          <w:b w:val="0"/>
          <w:color w:val="000000"/>
          <w:spacing w:val="10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Data</w:t>
      </w:r>
      <w:r>
        <w:rPr>
          <w:rFonts w:ascii="Times New Roman" w:hAnsi="Times New Roman" w:eastAsia="Times New Roman"/>
          <w:b w:val="0"/>
          <w:color w:val="000000"/>
          <w:spacing w:val="6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de</w:t>
      </w:r>
      <w:r>
        <w:rPr>
          <w:rFonts w:ascii="Times New Roman" w:hAnsi="Times New Roman" w:eastAsia="Times New Roman"/>
          <w:b w:val="0"/>
          <w:color w:val="000000"/>
          <w:spacing w:val="10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Nascimento</w:t>
      </w:r>
      <w:r>
        <w:rPr>
          <w:rFonts w:ascii="Times New Roman" w:hAnsi="Times New Roman" w:eastAsia="Times New Roman"/>
          <w:b w:val="0"/>
          <w:color w:val="000000"/>
          <w:spacing w:val="-8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06</w:t>
      </w:r>
      <w:r>
        <w:rPr>
          <w:rFonts w:ascii="Arial" w:hAnsi="Arial" w:eastAsia="Arial"/>
          <w:b w:val="0"/>
          <w:i w:val="0"/>
          <w:color w:val="000000"/>
          <w:sz w:val="32"/>
        </w:rPr>
        <w:t>/</w:t>
      </w:r>
      <w:r>
        <w:rPr>
          <w:rFonts w:ascii="Arial" w:hAnsi="Arial" w:eastAsia="Arial"/>
          <w:b w:val="0"/>
          <w:i w:val="0"/>
          <w:color w:val="000000"/>
          <w:sz w:val="32"/>
        </w:rPr>
        <w:t>01</w:t>
      </w:r>
      <w:r>
        <w:rPr>
          <w:rFonts w:ascii="Arial" w:hAnsi="Arial" w:eastAsia="Arial"/>
          <w:b w:val="0"/>
          <w:i w:val="0"/>
          <w:color w:val="000000"/>
          <w:sz w:val="32"/>
        </w:rPr>
        <w:t>/</w:t>
      </w:r>
      <w:r>
        <w:rPr>
          <w:rFonts w:ascii="Arial" w:hAnsi="Arial" w:eastAsia="Arial"/>
          <w:b w:val="0"/>
          <w:i w:val="0"/>
          <w:color w:val="000000"/>
          <w:sz w:val="32"/>
        </w:rPr>
        <w:t>1980</w:t>
      </w:r>
      <w:r>
        <w:rPr>
          <w:rFonts w:ascii="Arial" w:hAnsi="Arial" w:eastAsia="Arial"/>
          <w:b w:val="0"/>
          <w:i w:val="0"/>
          <w:color w:val="000000"/>
          <w:sz w:val="32"/>
        </w:rPr>
        <w:t>,</w:t>
      </w:r>
    </w:p>
    <w:p>
      <w:pPr>
        <w:widowControl/>
        <w:wordWrap w:val="0"/>
        <w:autoSpaceDE w:val="0"/>
        <w:autoSpaceDN w:val="0"/>
        <w:spacing w:line="380" w:lineRule="exact" w:before="20" w:after="176"/>
        <w:ind w:left="3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8"/>
        </w:rPr>
        <w:t>llaseeu</w:t>
      </w:r>
      <w:r>
        <w:rPr>
          <w:rFonts w:ascii="Times New Roman" w:hAnsi="Times New Roman" w:eastAsia="Times New Roman"/>
          <w:b w:val="0"/>
          <w:color w:val="000000"/>
          <w:spacing w:val="1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na</w:t>
      </w:r>
      <w:r>
        <w:rPr>
          <w:rFonts w:ascii="Times New Roman" w:hAnsi="Times New Roman" w:eastAsia="Times New Roman"/>
          <w:b w:val="0"/>
          <w:color w:val="000000"/>
          <w:spacing w:val="10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Cidade</w:t>
      </w:r>
      <w:r>
        <w:rPr>
          <w:rFonts w:ascii="Times New Roman" w:hAnsi="Times New Roman" w:eastAsia="Times New Roman"/>
          <w:b w:val="0"/>
          <w:color w:val="000000"/>
          <w:spacing w:val="16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de</w:t>
      </w:r>
      <w:r>
        <w:rPr>
          <w:rFonts w:ascii="Times New Roman" w:hAnsi="Times New Roman" w:eastAsia="Times New Roman"/>
          <w:b w:val="0"/>
          <w:color w:val="000000"/>
          <w:spacing w:val="27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Dom</w:t>
      </w:r>
      <w:r>
        <w:rPr>
          <w:rFonts w:ascii="Times New Roman" w:hAnsi="Times New Roman" w:eastAsia="Times New Roman"/>
          <w:b w:val="0"/>
          <w:color w:val="000000"/>
          <w:spacing w:val="13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Pedra</w:t>
      </w:r>
      <w:r>
        <w:rPr>
          <w:rFonts w:ascii="Arial" w:hAnsi="Arial" w:eastAsia="Arial"/>
          <w:b w:val="0"/>
          <w:i w:val="0"/>
          <w:color w:val="000000"/>
          <w:sz w:val="35"/>
        </w:rPr>
        <w:t>,</w:t>
      </w:r>
      <w:r>
        <w:rPr>
          <w:rFonts w:ascii="Times New Roman" w:hAnsi="Times New Roman" w:eastAsia="Times New Roman"/>
          <w:b w:val="0"/>
          <w:color w:val="000000"/>
          <w:spacing w:val="1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Naelonalldade</w:t>
      </w:r>
      <w:r>
        <w:rPr>
          <w:rFonts w:ascii="Arial" w:hAnsi="Arial" w:eastAsia="Arial"/>
          <w:b w:val="0"/>
          <w:i w:val="0"/>
          <w:color w:val="000000"/>
          <w:sz w:val="35"/>
        </w:rPr>
        <w:t>:</w:t>
      </w:r>
      <w:r>
        <w:rPr>
          <w:rFonts w:ascii="Times New Roman" w:hAnsi="Times New Roman" w:eastAsia="Times New Roman"/>
          <w:b w:val="0"/>
          <w:color w:val="000000"/>
          <w:spacing w:val="-25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Brasileiro</w:t>
      </w:r>
      <w:r>
        <w:rPr>
          <w:rFonts w:ascii="Arial" w:hAnsi="Arial" w:eastAsia="Arial"/>
          <w:b w:val="0"/>
          <w:i w:val="0"/>
          <w:color w:val="000000"/>
          <w:sz w:val="36"/>
        </w:rPr>
        <w:t>,</w:t>
      </w:r>
      <w:r>
        <w:rPr>
          <w:rFonts w:ascii="Times New Roman" w:hAnsi="Times New Roman" w:eastAsia="Times New Roman"/>
          <w:b w:val="0"/>
          <w:color w:val="000000"/>
          <w:spacing w:val="17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Estado</w:t>
      </w:r>
    </w:p>
    <w:p>
      <w:pPr>
        <w:widowControl/>
        <w:wordWrap w:val="0"/>
        <w:autoSpaceDE w:val="0"/>
        <w:autoSpaceDN w:val="0"/>
        <w:spacing w:line="440" w:lineRule="exact" w:before="353" w:after="0"/>
        <w:ind w:left="1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44"/>
        </w:rPr>
        <w:t>:</w:t>
      </w:r>
      <w:r>
        <w:rPr>
          <w:rFonts w:ascii="Times New Roman" w:hAnsi="Times New Roman" w:eastAsia="Times New Roman"/>
          <w:b w:val="0"/>
          <w:color w:val="000000"/>
          <w:spacing w:val="30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308322344</w:t>
      </w:r>
      <w:r>
        <w:rPr>
          <w:rFonts w:ascii="Arial" w:hAnsi="Arial" w:eastAsia="Arial"/>
          <w:b w:val="0"/>
          <w:i w:val="0"/>
          <w:color w:val="000000"/>
          <w:sz w:val="35"/>
        </w:rPr>
        <w:t>.</w:t>
      </w:r>
      <w:r>
        <w:rPr>
          <w:rFonts w:ascii="Times New Roman" w:hAnsi="Times New Roman" w:eastAsia="Times New Roman"/>
          <w:b w:val="0"/>
          <w:color w:val="000000"/>
          <w:spacing w:val="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-</w:t>
      </w:r>
      <w:r>
        <w:rPr>
          <w:rFonts w:ascii="Arial" w:hAnsi="Arial" w:eastAsia="Arial"/>
          <w:b w:val="0"/>
          <w:i w:val="0"/>
          <w:color w:val="000000"/>
          <w:sz w:val="34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21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onde</w:t>
      </w:r>
      <w:r>
        <w:rPr>
          <w:rFonts w:ascii="Times New Roman" w:hAnsi="Times New Roman" w:eastAsia="Times New Roman"/>
          <w:b w:val="0"/>
          <w:color w:val="000000"/>
          <w:spacing w:val="-13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tirou</w:t>
      </w:r>
      <w:r>
        <w:rPr>
          <w:rFonts w:ascii="Arial" w:hAnsi="Arial" w:eastAsia="Arial"/>
          <w:b w:val="0"/>
          <w:i w:val="0"/>
          <w:color w:val="000000"/>
          <w:sz w:val="38"/>
        </w:rPr>
        <w:t>(</w:t>
      </w:r>
      <w:r>
        <w:rPr>
          <w:rFonts w:ascii="Arial" w:hAnsi="Arial" w:eastAsia="Arial"/>
          <w:b w:val="0"/>
          <w:i w:val="0"/>
          <w:color w:val="000000"/>
          <w:sz w:val="38"/>
        </w:rPr>
        <w:t>UF</w:t>
      </w:r>
      <w:r>
        <w:rPr>
          <w:rFonts w:ascii="Times New Roman" w:hAnsi="Times New Roman" w:eastAsia="Times New Roman"/>
          <w:b w:val="0"/>
          <w:color w:val="000000"/>
          <w:spacing w:val="53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SSP</w:t>
      </w:r>
      <w:r>
        <w:rPr>
          <w:rFonts w:ascii="Times New Roman" w:hAnsi="Times New Roman" w:eastAsia="Times New Roman"/>
          <w:b w:val="0"/>
          <w:color w:val="000000"/>
          <w:spacing w:val="-15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SP</w:t>
      </w:r>
      <w:r>
        <w:rPr>
          <w:rFonts w:ascii="Arial" w:hAnsi="Arial" w:eastAsia="Arial"/>
          <w:b w:val="0"/>
          <w:i w:val="0"/>
          <w:color w:val="000000"/>
          <w:sz w:val="38"/>
        </w:rPr>
        <w:t>),</w:t>
      </w:r>
      <w:r>
        <w:rPr>
          <w:rFonts w:ascii="Times New Roman" w:hAnsi="Times New Roman" w:eastAsia="Times New Roman"/>
          <w:b w:val="0"/>
          <w:color w:val="000000"/>
          <w:spacing w:val="228"/>
          <w:sz w:val="37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7"/>
        </w:rPr>
        <w:t>Inscrito</w:t>
      </w:r>
      <w:r>
        <w:rPr>
          <w:rFonts w:ascii="Times New Roman" w:hAnsi="Times New Roman" w:eastAsia="Times New Roman"/>
          <w:b w:val="0"/>
          <w:color w:val="000000"/>
          <w:spacing w:val="-3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no</w:t>
      </w:r>
      <w:r>
        <w:rPr>
          <w:rFonts w:ascii="Times New Roman" w:hAnsi="Times New Roman" w:eastAsia="Times New Roman"/>
          <w:b w:val="0"/>
          <w:color w:val="000000"/>
          <w:spacing w:val="17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CPF</w:t>
      </w:r>
      <w:r>
        <w:rPr>
          <w:rFonts w:ascii="Times New Roman" w:hAnsi="Times New Roman" w:eastAsia="Times New Roman"/>
          <w:b w:val="0"/>
          <w:color w:val="000000"/>
          <w:spacing w:val="-15"/>
          <w:sz w:val="38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8"/>
        </w:rPr>
        <w:t>de</w:t>
      </w:r>
      <w:r>
        <w:rPr>
          <w:rFonts w:ascii="Times New Roman" w:hAnsi="Times New Roman" w:eastAsia="Times New Roman"/>
          <w:b w:val="0"/>
          <w:color w:val="000000"/>
          <w:spacing w:val="42"/>
          <w:sz w:val="2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2"/>
        </w:rPr>
        <w:t>NO</w:t>
      </w:r>
    </w:p>
    <w:p>
      <w:pPr>
        <w:widowControl/>
        <w:wordWrap w:val="0"/>
        <w:autoSpaceDE w:val="0"/>
        <w:autoSpaceDN w:val="0"/>
        <w:spacing w:line="371" w:lineRule="exact" w:before="0" w:after="71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263</w:t>
      </w:r>
      <w:r>
        <w:rPr>
          <w:rFonts w:ascii="Arial" w:hAnsi="Arial" w:eastAsia="Arial"/>
          <w:b w:val="0"/>
          <w:i w:val="0"/>
          <w:color w:val="000000"/>
          <w:sz w:val="33"/>
        </w:rPr>
        <w:t>.</w:t>
      </w:r>
      <w:r>
        <w:rPr>
          <w:rFonts w:ascii="Arial" w:hAnsi="Arial" w:eastAsia="Arial"/>
          <w:b w:val="0"/>
          <w:i w:val="0"/>
          <w:color w:val="000000"/>
          <w:sz w:val="33"/>
        </w:rPr>
        <w:t>129</w:t>
      </w:r>
      <w:r>
        <w:rPr>
          <w:rFonts w:ascii="Arial" w:hAnsi="Arial" w:eastAsia="Arial"/>
          <w:b w:val="0"/>
          <w:i w:val="0"/>
          <w:color w:val="000000"/>
          <w:sz w:val="33"/>
        </w:rPr>
        <w:t>.</w:t>
      </w:r>
      <w:r>
        <w:rPr>
          <w:rFonts w:ascii="Arial" w:hAnsi="Arial" w:eastAsia="Arial"/>
          <w:b w:val="0"/>
          <w:i w:val="0"/>
          <w:color w:val="000000"/>
          <w:sz w:val="33"/>
        </w:rPr>
        <w:t>158</w:t>
      </w:r>
      <w:r>
        <w:rPr>
          <w:rFonts w:ascii="Arial" w:hAnsi="Arial" w:eastAsia="Arial"/>
          <w:b w:val="0"/>
          <w:i w:val="0"/>
          <w:color w:val="000000"/>
          <w:sz w:val="33"/>
        </w:rPr>
        <w:t>-</w:t>
      </w:r>
      <w:r>
        <w:rPr>
          <w:rFonts w:ascii="Arial" w:hAnsi="Arial" w:eastAsia="Arial"/>
          <w:b w:val="0"/>
          <w:i w:val="0"/>
          <w:color w:val="000000"/>
          <w:sz w:val="33"/>
        </w:rPr>
        <w:t>16</w:t>
      </w:r>
      <w:r>
        <w:rPr>
          <w:rFonts w:ascii="Arial" w:hAnsi="Arial" w:eastAsia="Arial"/>
          <w:b w:val="0"/>
          <w:i w:val="0"/>
          <w:color w:val="000000"/>
          <w:sz w:val="33"/>
        </w:rPr>
        <w:t>,</w:t>
      </w:r>
      <w:r>
        <w:rPr>
          <w:rFonts w:ascii="Times New Roman" w:hAnsi="Times New Roman" w:eastAsia="Times New Roman"/>
          <w:b w:val="0"/>
          <w:color w:val="000000"/>
          <w:spacing w:val="-8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Residente</w:t>
      </w:r>
      <w:r>
        <w:rPr>
          <w:rFonts w:ascii="Times New Roman" w:hAnsi="Times New Roman" w:eastAsia="Times New Roman"/>
          <w:b w:val="0"/>
          <w:color w:val="000000"/>
          <w:spacing w:val="-21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a</w:t>
      </w:r>
      <w:r>
        <w:rPr>
          <w:rFonts w:ascii="Times New Roman" w:hAnsi="Times New Roman" w:eastAsia="Times New Roman"/>
          <w:b w:val="0"/>
          <w:color w:val="000000"/>
          <w:spacing w:val="20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Rua</w:t>
      </w:r>
      <w:r>
        <w:rPr>
          <w:rFonts w:ascii="Times New Roman" w:hAnsi="Times New Roman" w:eastAsia="Times New Roman"/>
          <w:b w:val="0"/>
          <w:color w:val="000000"/>
          <w:spacing w:val="-14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Jararatuba</w:t>
      </w:r>
      <w:r>
        <w:rPr>
          <w:rFonts w:ascii="Times New Roman" w:hAnsi="Times New Roman" w:eastAsia="Times New Roman"/>
          <w:b w:val="0"/>
          <w:color w:val="000000"/>
          <w:spacing w:val="2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NO</w:t>
      </w:r>
      <w:r>
        <w:rPr>
          <w:rFonts w:ascii="Times New Roman" w:hAnsi="Times New Roman" w:eastAsia="Times New Roman"/>
          <w:b w:val="0"/>
          <w:color w:val="000000"/>
          <w:spacing w:val="-10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106</w:t>
      </w:r>
      <w:r>
        <w:rPr>
          <w:rFonts w:ascii="Times New Roman" w:hAnsi="Times New Roman" w:eastAsia="Times New Roman"/>
          <w:b w:val="0"/>
          <w:color w:val="000000"/>
          <w:spacing w:val="-14"/>
          <w:sz w:val="4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0"/>
        </w:rPr>
        <w:t>-</w:t>
      </w:r>
      <w:r>
        <w:rPr>
          <w:rFonts w:ascii="Times New Roman" w:hAnsi="Times New Roman" w:eastAsia="Times New Roman"/>
          <w:b w:val="0"/>
          <w:color w:val="000000"/>
          <w:spacing w:val="39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no</w:t>
      </w:r>
      <w:r>
        <w:rPr>
          <w:rFonts w:ascii="Times New Roman" w:hAnsi="Times New Roman" w:eastAsia="Times New Roman"/>
          <w:b w:val="0"/>
          <w:color w:val="000000"/>
          <w:spacing w:val="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Bairro</w:t>
      </w:r>
      <w:r>
        <w:rPr>
          <w:rFonts w:ascii="Arial" w:hAnsi="Arial" w:eastAsia="Arial"/>
          <w:b w:val="0"/>
          <w:i w:val="0"/>
          <w:color w:val="000000"/>
          <w:sz w:val="34"/>
        </w:rPr>
        <w:t>:</w:t>
      </w:r>
      <w:r>
        <w:rPr>
          <w:rFonts w:ascii="Times New Roman" w:hAnsi="Times New Roman" w:eastAsia="Times New Roman"/>
          <w:b w:val="0"/>
          <w:color w:val="000000"/>
          <w:spacing w:val="-4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Jardim</w:t>
      </w:r>
    </w:p>
    <w:p>
      <w:pPr>
        <w:widowControl/>
        <w:wordWrap w:val="0"/>
        <w:autoSpaceDE w:val="0"/>
        <w:autoSpaceDN w:val="0"/>
        <w:spacing w:line="270" w:lineRule="exact" w:before="142" w:after="564"/>
        <w:ind w:left="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7"/>
        </w:rPr>
        <w:t>=.:</w:t>
      </w:r>
    </w:p>
    <w:p>
      <w:pPr>
        <w:widowControl/>
        <w:wordWrap w:val="0"/>
        <w:autoSpaceDE w:val="0"/>
        <w:autoSpaceDN w:val="0"/>
        <w:spacing w:line="580" w:lineRule="exact" w:before="1127" w:after="84"/>
        <w:ind w:left="8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58"/>
        </w:rPr>
        <w:t>l</w:t>
      </w:r>
      <w:r>
        <w:rPr>
          <w:rFonts w:ascii="Arial" w:hAnsi="Arial" w:eastAsia="Arial"/>
          <w:b w:val="0"/>
          <w:i w:val="0"/>
          <w:color w:val="000000"/>
          <w:sz w:val="58"/>
        </w:rPr>
        <w:t>"</w:t>
      </w:r>
      <w:r>
        <w:rPr>
          <w:rFonts w:ascii="Arial" w:hAnsi="Arial" w:eastAsia="Arial"/>
          <w:b w:val="0"/>
          <w:i w:val="0"/>
          <w:color w:val="000000"/>
          <w:sz w:val="58"/>
        </w:rPr>
        <w:t>qa</w:t>
      </w:r>
      <w:r>
        <w:rPr>
          <w:rFonts w:ascii="Arial" w:hAnsi="Arial" w:eastAsia="Arial"/>
          <w:b w:val="0"/>
          <w:i w:val="0"/>
          <w:color w:val="000000"/>
          <w:sz w:val="58"/>
        </w:rPr>
        <w:t>:</w:t>
      </w:r>
      <w:r>
        <w:rPr>
          <w:rFonts w:ascii="Arial" w:hAnsi="Arial" w:eastAsia="Arial"/>
          <w:b w:val="0"/>
          <w:i w:val="0"/>
          <w:color w:val="000000"/>
          <w:sz w:val="58"/>
        </w:rPr>
        <w:t>k</w:t>
      </w:r>
      <w:r>
        <w:rPr>
          <w:rFonts w:ascii="Arial" w:hAnsi="Arial" w:eastAsia="Arial"/>
          <w:b w:val="0"/>
          <w:i w:val="0"/>
          <w:color w:val="000000"/>
          <w:sz w:val="58"/>
        </w:rPr>
        <w:t>:</w:t>
      </w:r>
      <w:r>
        <w:rPr>
          <w:rFonts w:ascii="Arial" w:hAnsi="Arial" w:eastAsia="Arial"/>
          <w:b w:val="0"/>
          <w:i w:val="0"/>
          <w:color w:val="000000"/>
          <w:sz w:val="58"/>
        </w:rPr>
        <w:t>t</w:t>
      </w:r>
      <w:r>
        <w:rPr>
          <w:rFonts w:ascii="Arial" w:hAnsi="Arial" w:eastAsia="Arial"/>
          <w:b w:val="0"/>
          <w:i w:val="0"/>
          <w:color w:val="000000"/>
          <w:sz w:val="58"/>
        </w:rPr>
        <w:t>:</w:t>
      </w:r>
      <w:r>
        <w:rPr>
          <w:rFonts w:ascii="Arial" w:hAnsi="Arial" w:eastAsia="Arial"/>
          <w:b w:val="0"/>
          <w:i w:val="0"/>
          <w:color w:val="000000"/>
          <w:sz w:val="58"/>
        </w:rPr>
        <w:t>p</w:t>
      </w:r>
      <w:r>
        <w:rPr>
          <w:rFonts w:ascii="Arial" w:hAnsi="Arial" w:eastAsia="Arial"/>
          <w:b w:val="0"/>
          <w:i w:val="0"/>
          <w:color w:val="000000"/>
          <w:sz w:val="58"/>
        </w:rPr>
        <w:t>#"'"'"</w:t>
      </w:r>
      <w:r>
        <w:rPr>
          <w:rFonts w:ascii="Arial" w:hAnsi="Arial" w:eastAsia="Arial"/>
          <w:b w:val="0"/>
          <w:i w:val="0"/>
          <w:color w:val="000000"/>
          <w:sz w:val="58"/>
        </w:rPr>
        <w:t>l</w:t>
      </w:r>
    </w:p>
    <w:p>
      <w:pPr>
        <w:widowControl/>
        <w:wordWrap w:val="0"/>
        <w:autoSpaceDE w:val="0"/>
        <w:autoSpaceDN w:val="0"/>
        <w:spacing w:line="340" w:lineRule="exact" w:before="168" w:after="0"/>
        <w:ind w:left="14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N</w:t>
      </w:r>
      <w:r>
        <w:rPr>
          <w:rFonts w:ascii="Arial" w:hAnsi="Arial" w:eastAsia="Arial"/>
          <w:b w:val="0"/>
          <w:i w:val="0"/>
          <w:color w:val="000000"/>
          <w:spacing w:val="-30"/>
          <w:sz w:val="34"/>
        </w:rPr>
        <w:t>'</w:t>
      </w:r>
      <w:r>
        <w:rPr>
          <w:rFonts w:ascii="Arial" w:hAnsi="Arial" w:eastAsia="Arial"/>
          <w:b w:val="0"/>
          <w:i w:val="0"/>
          <w:color w:val="000000"/>
          <w:spacing w:val="-159"/>
          <w:sz w:val="34"/>
        </w:rPr>
        <w:t>3</w:t>
      </w:r>
      <w:r>
        <w:rPr>
          <w:rFonts w:ascii="Times New Roman" w:hAnsi="Times New Roman" w:eastAsia="Times New Roman"/>
          <w:b w:val="0"/>
          <w:color w:val="000000"/>
          <w:spacing w:val="145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2</w:t>
      </w:r>
      <w:r>
        <w:rPr>
          <w:rFonts w:ascii="Times New Roman" w:hAnsi="Times New Roman" w:eastAsia="Times New Roman"/>
          <w:b w:val="0"/>
          <w:color w:val="000000"/>
          <w:spacing w:val="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2</w:t>
      </w:r>
      <w:r>
        <w:rPr>
          <w:rFonts w:ascii="Arial" w:hAnsi="Arial" w:eastAsia="Arial"/>
          <w:b w:val="0"/>
          <w:i w:val="0"/>
          <w:color w:val="000000"/>
          <w:sz w:val="34"/>
        </w:rPr>
        <w:t>7</w:t>
      </w:r>
      <w:r>
        <w:rPr>
          <w:rFonts w:ascii="Times New Roman" w:hAnsi="Times New Roman" w:eastAsia="Times New Roman"/>
          <w:b w:val="0"/>
          <w:color w:val="000000"/>
          <w:spacing w:val="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4</w:t>
      </w:r>
      <w:r>
        <w:rPr>
          <w:rFonts w:ascii="Times New Roman" w:hAnsi="Times New Roman" w:eastAsia="Times New Roman"/>
          <w:b w:val="0"/>
          <w:color w:val="000000"/>
          <w:spacing w:val="98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l</w:t>
      </w:r>
    </w:p>
    <w:p>
      <w:pPr>
        <w:spacing w:after="0"/>
        <w:sectPr>
          <w:pgSz w:w="11920" w:h="16820"/>
          <w:pgMar w:top="24" w:right="245" w:bottom="203" w:left="240" w:header="720" w:footer="720" w:gutter="0"/>
          <w:cols w:space="720" w:num="1" w:equalWidth="0">
            <w:col w:w="11434" w:space="0"/>
            <w:col w:w="538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36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wrapNone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/>
                  </pic:spPr>
                </pic:pic>
              </a:graphicData>
            </a:graphic>
          </wp:anchor>
        </w:drawing>
      </w:r>
      <w:r>
        <w:pict>
          <v:shape path="m,l,1000r1000,l1000,xe" filled="f" stroked="f" style="margin-left:20.0pt;margin-top:687.13pt;width:326.18pt;height:20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8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,:-: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29"/>
                      <w:sz w:val="25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5"/>
                    </w:rPr>
                    <w:t>8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5"/>
                    </w:rPr>
                    <w:t>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5"/>
                    </w:rPr>
                    <w:t>á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5"/>
                    </w:rPr>
                    <w:t>@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21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:@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é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;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6"/>
                      <w:sz w:val="35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5"/>
                    </w:rPr>
                    <w:t>üã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4"/>
                      <w:sz w:val="3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8"/>
                    </w:rPr>
                    <w:t>üghóã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34"/>
                      <w:sz w:val="2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8"/>
                    </w:rPr>
                    <w:t>@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8"/>
                    </w:rPr>
                    <w:t>ã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8"/>
                    </w:rPr>
                    <w:t>@@@@$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8"/>
                    </w:rPr>
                    <w:t>ãóPã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4"/>
                    </w:rPr>
                    <w:t>g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4"/>
                    </w:rPr>
                    <w:t>,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4.0pt;margin-top:673.66pt;width:127.14pt;height:15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9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Rua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96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Nova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91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Olimpla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180.0pt;margin-top:673.66pt;width:388.12pt;height:15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29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54"/>
                      <w:sz w:val="29"/>
                    </w:rPr>
                    <w:t>NO5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74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58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84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-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91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no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85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Bairro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: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73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Jardim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98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Jaci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52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-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31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Cep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-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79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07262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-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020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201"/>
                      <w:sz w:val="2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29"/>
                    </w:rPr>
                    <w:t>na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422.0pt;margin-top:755.26pt;width:90.05pt;height:16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0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72"/>
                      <w:sz w:val="30"/>
                    </w:rPr>
                    <w:t>ÜÊÇ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35"/>
                      <w:sz w:val="3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'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üMu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;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61"/>
                      <w:sz w:val="30"/>
                    </w:rPr>
                    <w:t>B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40"/>
                      <w:sz w:val="30"/>
                    </w:rPr>
                    <w:t>'/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214"/>
                      <w:sz w:val="30"/>
                    </w:rPr>
                    <w:t>Õ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.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36"/>
                      <w:sz w:val="30"/>
                    </w:rPr>
                    <w:t>8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161"/>
                      <w:sz w:val="30"/>
                    </w:rPr>
                    <w:t>g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27"/>
                      <w:sz w:val="30"/>
                    </w:rPr>
                    <w:t>'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0"/>
                    </w:rPr>
                    <w:t>'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126"/>
                      <w:sz w:val="30"/>
                    </w:rPr>
                    <w:t>P</w:t>
                  </w:r>
                </w:p>
              </w:txbxContent>
            </v:textbox>
            <w10:wrap type="none"/>
          </v:shape>
        </w:pict>
      </w:r>
    </w:p>
    <w:p>
      <w:pPr>
        <w:widowControl/>
        <w:wordWrap w:val="0"/>
        <w:autoSpaceDE w:val="0"/>
        <w:autoSpaceDN w:val="0"/>
        <w:spacing w:line="90" w:lineRule="exact" w:before="101" w:after="46"/>
        <w:ind w:left="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9"/>
        </w:rPr>
        <w:t>.'</w:t>
      </w:r>
      <w:r>
        <w:rPr>
          <w:rFonts w:ascii="Times New Roman" w:hAnsi="Times New Roman" w:eastAsia="Times New Roman"/>
          <w:b w:val="0"/>
          <w:color w:val="000000"/>
          <w:spacing w:val="55"/>
          <w:sz w:val="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9"/>
        </w:rPr>
        <w:t>':.</w:t>
      </w:r>
    </w:p>
    <w:p>
      <w:pPr>
        <w:spacing w:after="0"/>
        <w:sectPr>
          <w:pgSz w:w="11920" w:h="16820"/>
          <w:pgMar w:top="75" w:right="323" w:bottom="395" w:left="200" w:header="720" w:footer="720" w:gutter="0"/>
          <w:cols w:space="720" w:num="1" w:equalWidth="0">
            <w:col w:w="11397" w:space="0"/>
            <w:col w:w="5380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90" w:lineRule="exact" w:before="344" w:after="135"/>
        <w:ind w:left="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9"/>
        </w:rPr>
        <w:t>.\</w:t>
      </w:r>
      <w:r>
        <w:rPr>
          <w:rFonts w:ascii="Arial" w:hAnsi="Arial" w:eastAsia="Arial"/>
          <w:b w:val="0"/>
          <w:i w:val="0"/>
          <w:color w:val="000000"/>
          <w:sz w:val="9"/>
        </w:rPr>
        <w:t>n</w:t>
      </w:r>
      <w:r>
        <w:rPr>
          <w:rFonts w:ascii="Arial" w:hAnsi="Arial" w:eastAsia="Arial"/>
          <w:b w:val="0"/>
          <w:i w:val="0"/>
          <w:color w:val="000000"/>
          <w:sz w:val="9"/>
        </w:rPr>
        <w:t>~-</w:t>
      </w:r>
    </w:p>
    <w:p>
      <w:pPr>
        <w:spacing w:after="0" w:before="0"/>
        <w:sectPr>
          <w:type w:val="continuous"/>
          <w:pgSz w:w="11920" w:h="16820"/>
          <w:pgMar w:top="75" w:right="323" w:bottom="395" w:left="200" w:header="720" w:footer="720" w:gutter="0"/>
          <w:cols w:space="720" w:num="2" w:equalWidth="0">
            <w:col w:w="5241" w:space="0"/>
            <w:col w:w="6156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420" w:lineRule="exact" w:before="46" w:after="119"/>
        <w:ind w:left="4999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42"/>
        </w:rPr>
        <w:t>c</w:t>
      </w:r>
      <w:r>
        <w:rPr>
          <w:rFonts w:ascii="Arial" w:hAnsi="Arial" w:eastAsia="Arial"/>
          <w:b w:val="0"/>
          <w:i w:val="0"/>
          <w:color w:val="000000"/>
          <w:sz w:val="42"/>
        </w:rPr>
        <w:t>.</w:t>
      </w:r>
      <w:r>
        <w:rPr>
          <w:rFonts w:ascii="Arial" w:hAnsi="Arial" w:eastAsia="Arial"/>
          <w:b w:val="0"/>
          <w:i w:val="0"/>
          <w:color w:val="000000"/>
          <w:sz w:val="42"/>
        </w:rPr>
        <w:t>gll</w:t>
      </w:r>
      <w:r>
        <w:rPr>
          <w:rFonts w:ascii="Arial" w:hAnsi="Arial" w:eastAsia="Arial"/>
          <w:b w:val="0"/>
          <w:i w:val="0"/>
          <w:color w:val="000000"/>
          <w:sz w:val="42"/>
        </w:rPr>
        <w:t>::.</w:t>
      </w:r>
    </w:p>
    <w:p>
      <w:pPr>
        <w:spacing w:after="0"/>
        <w:sectPr>
          <w:type w:val="nextColumn"/>
          <w:pgSz w:w="11920" w:h="16820"/>
          <w:pgMar w:top="75" w:right="323" w:bottom="395" w:left="200" w:header="720" w:footer="720" w:gutter="0"/>
          <w:cols w:space="720" w:num="2" w:equalWidth="0">
            <w:col w:w="5241" w:space="0"/>
            <w:col w:w="6156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105" w:after="0"/>
        <w:ind w:left="0" w:right="0"/>
      </w:pPr>
    </w:p>
    <w:tbl>
      <w:tblPr>
        <w:tblW w:type="auto" w:w="0"/>
        <w:tblInd w:type="dxa" w:w="60"/>
        <w:tblLayout w:type="fixed"/>
        <w:tblLook w:firstColumn="1" w:firstRow="1" w:lastColumn="0" w:lastRow="0" w:noHBand="0" w:noVBand="1" w:val="04A0"/>
      </w:tblPr>
      <w:tblGrid>
        <w:gridCol w:w="2849"/>
        <w:gridCol w:w="2849"/>
        <w:gridCol w:w="2849"/>
        <w:gridCol w:w="2849"/>
      </w:tblGrid>
      <w:tr>
        <w:trPr>
          <w:trHeight w:hRule="exact" w:val="215"/>
        </w:trPr>
        <w:tc>
          <w:tcPr>
            <w:tcW w:type="dxa" w:w="746"/>
            <w:gridSpan w:val="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90" w:lineRule="exact" w:before="0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9"/>
              </w:rPr>
              <w:t>'"'-..</w:t>
            </w:r>
          </w:p>
        </w:tc>
        <w:tc>
          <w:tcPr>
            <w:tcW w:type="dxa" w:w="9926"/>
            <w:gridSpan w:val="2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90" w:lineRule="exact" w:before="65" w:after="0"/>
              <w:ind w:left="474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ONG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46"/>
                <w:sz w:val="3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3"/>
                <w:sz w:val="3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INSTITUTO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4"/>
                <w:sz w:val="3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"/>
                <w:sz w:val="3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CIDADANIA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9"/>
                <w:sz w:val="3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9"/>
              </w:rPr>
              <w:t>PORTELINHA</w:t>
            </w:r>
          </w:p>
        </w:tc>
      </w:tr>
      <w:tr>
        <w:trPr>
          <w:trHeight w:hRule="exact" w:val="232"/>
        </w:trPr>
        <w:tc>
          <w:tcPr>
            <w:tcW w:type="dxa" w:w="105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90" w:lineRule="exact" w:before="125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9"/>
              </w:rPr>
              <w:t>\</w:t>
            </w:r>
          </w:p>
        </w:tc>
        <w:tc>
          <w:tcPr>
            <w:tcW w:type="dxa" w:w="64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90" w:lineRule="exact" w:before="125" w:after="0"/>
              <w:ind w:left="5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9"/>
              </w:rPr>
              <w:t>..</w:t>
            </w:r>
          </w:p>
        </w:tc>
        <w:tc>
          <w:tcPr>
            <w:tcW w:type="dxa" w:w="5698"/>
            <w:gridSpan w:val="2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25"/>
        </w:trPr>
        <w:tc>
          <w:tcPr>
            <w:tcW w:type="dxa" w:w="746"/>
            <w:gridSpan w:val="2"/>
            <w:vMerge w:val="restart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10" w:lineRule="exact" w:before="17" w:after="0"/>
              <w:ind w:left="4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1"/>
              </w:rPr>
              <w:t>F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1"/>
              </w:rPr>
              <w:t>''\.</w:t>
            </w:r>
          </w:p>
          <w:p>
            <w:pPr>
              <w:widowControl/>
              <w:wordWrap w:val="0"/>
              <w:autoSpaceDE w:val="0"/>
              <w:autoSpaceDN w:val="0"/>
              <w:spacing w:line="110" w:lineRule="exact" w:before="1330" w:after="0"/>
              <w:ind w:left="4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1"/>
              </w:rPr>
              <w:t>..-:''..</w:t>
            </w:r>
          </w:p>
        </w:tc>
        <w:tc>
          <w:tcPr>
            <w:tcW w:type="dxa" w:w="5698"/>
            <w:gridSpan w:val="2"/>
            <w:vMerge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212"/>
        </w:trPr>
        <w:tc>
          <w:tcPr>
            <w:tcW w:type="dxa" w:w="5698"/>
            <w:gridSpan w:val="2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3799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80" w:lineRule="exact" w:before="17" w:after="0"/>
              <w:ind w:left="1474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Daçiimêii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@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2"/>
                <w:sz w:val="1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ElúbaiBdo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5"/>
                <w:sz w:val="1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pêh</w:t>
            </w:r>
          </w:p>
        </w:tc>
        <w:tc>
          <w:tcPr>
            <w:tcW w:type="dxa" w:w="6127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180" w:lineRule="exact" w:before="17" w:after="0"/>
              <w:ind w:left="75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QNQ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;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U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À©©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0"/>
                <w:sz w:val="1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BMRR©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$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2"/>
                <w:sz w:val="1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êé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5"/>
                <w:sz w:val="1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©NG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8"/>
                <w:sz w:val="1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CA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EC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5"/>
                <w:sz w:val="1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EM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[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SON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5"/>
                <w:sz w:val="1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SEARA</w:t>
            </w:r>
          </w:p>
        </w:tc>
      </w:tr>
      <w:tr>
        <w:trPr>
          <w:trHeight w:hRule="exact" w:val="1589"/>
        </w:trPr>
        <w:tc>
          <w:tcPr>
            <w:tcW w:type="dxa" w:w="5698"/>
            <w:gridSpan w:val="2"/>
            <w:vMerge/>
            <w:tcMar>
              <w:left w:type="dxa" w:w="0"/>
              <w:right w:type="dxa" w:w="0"/>
            </w:tcMar>
          </w:tcPr>
          <w:p/>
        </w:tc>
        <w:tc>
          <w:tcPr>
            <w:tcW w:type="dxa" w:w="9926"/>
            <w:gridSpan w:val="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20" w:lineRule="exact" w:before="15" w:after="0"/>
              <w:ind w:left="1694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pacing w:val="-45"/>
                <w:sz w:val="32"/>
              </w:rPr>
              <w:t>Co11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1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2"/>
                <w:sz w:val="32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56"/>
                <w:sz w:val="32"/>
              </w:rPr>
              <w:t>9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6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59"/>
                <w:sz w:val="32"/>
              </w:rPr>
              <w:t>613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4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6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9"/>
                <w:sz w:val="32"/>
              </w:rPr>
              <w:t>1796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70"/>
                <w:sz w:val="32"/>
              </w:rPr>
              <w:t>1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0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1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9"/>
                <w:sz w:val="32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49"/>
                <w:sz w:val="32"/>
              </w:rPr>
              <w:t>9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9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8602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7"/>
                <w:sz w:val="32"/>
              </w:rPr>
              <w:t>9746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1"/>
                <w:sz w:val="32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8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ce1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65"/>
                <w:sz w:val="32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13"/>
                <w:sz w:val="32"/>
              </w:rPr>
              <w:t>9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3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3"/>
                <w:sz w:val="32"/>
              </w:rPr>
              <w:t>7156101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83"/>
                <w:sz w:val="32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95"/>
                <w:sz w:val="32"/>
              </w:rPr>
              <w:t>9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53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Whbapp</w:t>
            </w:r>
          </w:p>
          <w:p>
            <w:pPr>
              <w:widowControl/>
              <w:wordWrap w:val="0"/>
              <w:autoSpaceDE w:val="0"/>
              <w:autoSpaceDN w:val="0"/>
              <w:spacing w:line="290" w:lineRule="exact" w:before="963" w:after="0"/>
              <w:ind w:left="3514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©©©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©kM©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,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©g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©AL</w:t>
            </w:r>
          </w:p>
        </w:tc>
      </w:tr>
    </w:tbl>
    <w:p>
      <w:pPr>
        <w:widowControl/>
        <w:wordWrap w:val="0"/>
        <w:autoSpaceDE w:val="0"/>
        <w:autoSpaceDN w:val="0"/>
        <w:spacing w:line="290" w:lineRule="exact" w:before="90" w:after="241"/>
        <w:ind w:left="53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$</w:t>
      </w:r>
      <w:r>
        <w:rPr>
          <w:rFonts w:ascii="Times New Roman" w:hAnsi="Times New Roman" w:eastAsia="Times New Roman"/>
          <w:b w:val="0"/>
          <w:color w:val="000000"/>
          <w:spacing w:val="18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kM</w:t>
      </w:r>
      <w:r>
        <w:rPr>
          <w:rFonts w:ascii="Times New Roman" w:hAnsi="Times New Roman" w:eastAsia="Times New Roman"/>
          <w:b w:val="0"/>
          <w:color w:val="000000"/>
          <w:spacing w:val="121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ê</w:t>
      </w:r>
      <w:r>
        <w:rPr>
          <w:rFonts w:ascii="Arial" w:hAnsi="Arial" w:eastAsia="Arial"/>
          <w:b w:val="0"/>
          <w:i w:val="0"/>
          <w:color w:val="000000"/>
          <w:sz w:val="29"/>
        </w:rPr>
        <w:t>&amp;</w:t>
      </w:r>
    </w:p>
    <w:p>
      <w:pPr>
        <w:widowControl/>
        <w:wordWrap w:val="0"/>
        <w:autoSpaceDE w:val="0"/>
        <w:autoSpaceDN w:val="0"/>
        <w:spacing w:line="350" w:lineRule="exact" w:before="483" w:after="19"/>
        <w:ind w:left="4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5"/>
        </w:rPr>
        <w:t>l</w:t>
      </w:r>
      <w:r>
        <w:rPr>
          <w:rFonts w:ascii="Arial" w:hAnsi="Arial" w:eastAsia="Arial"/>
          <w:b w:val="0"/>
          <w:i w:val="0"/>
          <w:color w:val="000000"/>
          <w:sz w:val="35"/>
        </w:rPr>
        <w:t>.</w:t>
      </w:r>
      <w:r>
        <w:rPr>
          <w:rFonts w:ascii="Arial" w:hAnsi="Arial" w:eastAsia="Arial"/>
          <w:b w:val="0"/>
          <w:i w:val="0"/>
          <w:color w:val="000000"/>
          <w:sz w:val="35"/>
        </w:rPr>
        <w:t>uelmarlo</w:t>
      </w:r>
      <w:r>
        <w:rPr>
          <w:rFonts w:ascii="Times New Roman" w:hAnsi="Times New Roman" w:eastAsia="Times New Roman"/>
          <w:b w:val="0"/>
          <w:color w:val="000000"/>
          <w:spacing w:val="-4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l</w:t>
      </w:r>
      <w:r>
        <w:rPr>
          <w:rFonts w:ascii="Arial" w:hAnsi="Arial" w:eastAsia="Arial"/>
          <w:b w:val="0"/>
          <w:i w:val="0"/>
          <w:color w:val="000000"/>
          <w:sz w:val="35"/>
        </w:rPr>
        <w:t>.</w:t>
      </w:r>
      <w:r>
        <w:rPr>
          <w:rFonts w:ascii="Arial" w:hAnsi="Arial" w:eastAsia="Arial"/>
          <w:b w:val="0"/>
          <w:i w:val="0"/>
          <w:color w:val="000000"/>
          <w:sz w:val="35"/>
        </w:rPr>
        <w:t>falte</w:t>
      </w:r>
      <w:r>
        <w:rPr>
          <w:rFonts w:ascii="Arial" w:hAnsi="Arial" w:eastAsia="Arial"/>
          <w:b w:val="0"/>
          <w:i w:val="0"/>
          <w:color w:val="000000"/>
          <w:sz w:val="35"/>
        </w:rPr>
        <w:t>da</w:t>
      </w:r>
      <w:r>
        <w:rPr>
          <w:rFonts w:ascii="Times New Roman" w:hAnsi="Times New Roman" w:eastAsia="Times New Roman"/>
          <w:b w:val="0"/>
          <w:color w:val="000000"/>
          <w:spacing w:val="23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$</w:t>
      </w:r>
      <w:r>
        <w:rPr>
          <w:rFonts w:ascii="Arial" w:hAnsi="Arial" w:eastAsia="Arial"/>
          <w:b w:val="0"/>
          <w:i w:val="0"/>
          <w:color w:val="000000"/>
          <w:sz w:val="35"/>
        </w:rPr>
        <w:t>1lva</w:t>
      </w:r>
      <w:r>
        <w:rPr>
          <w:rFonts w:ascii="Arial" w:hAnsi="Arial" w:eastAsia="Arial"/>
          <w:b w:val="0"/>
          <w:i w:val="0"/>
          <w:color w:val="000000"/>
          <w:sz w:val="35"/>
        </w:rPr>
        <w:t>,</w:t>
      </w:r>
      <w:r>
        <w:rPr>
          <w:rFonts w:ascii="Times New Roman" w:hAnsi="Times New Roman" w:eastAsia="Times New Roman"/>
          <w:b w:val="0"/>
          <w:color w:val="000000"/>
          <w:spacing w:val="39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Data</w:t>
      </w:r>
      <w:r>
        <w:rPr>
          <w:rFonts w:ascii="Times New Roman" w:hAnsi="Times New Roman" w:eastAsia="Times New Roman"/>
          <w:b w:val="0"/>
          <w:color w:val="000000"/>
          <w:spacing w:val="-7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de</w:t>
      </w:r>
      <w:r>
        <w:rPr>
          <w:rFonts w:ascii="Times New Roman" w:hAnsi="Times New Roman" w:eastAsia="Times New Roman"/>
          <w:b w:val="0"/>
          <w:color w:val="000000"/>
          <w:spacing w:val="23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Nascimento</w:t>
      </w:r>
      <w:r>
        <w:rPr>
          <w:rFonts w:ascii="Times New Roman" w:hAnsi="Times New Roman" w:eastAsia="Times New Roman"/>
          <w:b w:val="0"/>
          <w:color w:val="000000"/>
          <w:spacing w:val="-15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'</w:t>
      </w:r>
      <w:r>
        <w:rPr>
          <w:rFonts w:ascii="Arial" w:hAnsi="Arial" w:eastAsia="Arial"/>
          <w:b w:val="0"/>
          <w:i w:val="0"/>
          <w:color w:val="000000"/>
          <w:sz w:val="35"/>
        </w:rPr>
        <w:t>15</w:t>
      </w:r>
      <w:r>
        <w:rPr>
          <w:rFonts w:ascii="Arial" w:hAnsi="Arial" w:eastAsia="Arial"/>
          <w:b w:val="0"/>
          <w:i w:val="0"/>
          <w:color w:val="000000"/>
          <w:sz w:val="35"/>
        </w:rPr>
        <w:t>/</w:t>
      </w:r>
      <w:r>
        <w:rPr>
          <w:rFonts w:ascii="Arial" w:hAnsi="Arial" w:eastAsia="Arial"/>
          <w:b w:val="0"/>
          <w:i w:val="0"/>
          <w:color w:val="000000"/>
          <w:sz w:val="35"/>
        </w:rPr>
        <w:t>04</w:t>
      </w:r>
      <w:r>
        <w:rPr>
          <w:rFonts w:ascii="Arial" w:hAnsi="Arial" w:eastAsia="Arial"/>
          <w:b w:val="0"/>
          <w:i w:val="0"/>
          <w:color w:val="000000"/>
          <w:sz w:val="35"/>
        </w:rPr>
        <w:t>/</w:t>
      </w:r>
      <w:r>
        <w:rPr>
          <w:rFonts w:ascii="Arial" w:hAnsi="Arial" w:eastAsia="Arial"/>
          <w:b w:val="0"/>
          <w:i w:val="0"/>
          <w:color w:val="000000"/>
          <w:spacing w:val="-51"/>
          <w:sz w:val="35"/>
        </w:rPr>
        <w:t>1974N</w:t>
      </w:r>
      <w:r>
        <w:rPr>
          <w:rFonts w:ascii="Arial" w:hAnsi="Arial" w:eastAsia="Arial"/>
          <w:b w:val="0"/>
          <w:i w:val="0"/>
          <w:color w:val="000000"/>
          <w:sz w:val="35"/>
        </w:rPr>
        <w:t>,</w:t>
      </w:r>
      <w:r>
        <w:rPr>
          <w:rFonts w:ascii="Times New Roman" w:hAnsi="Times New Roman" w:eastAsia="Times New Roman"/>
          <w:b w:val="0"/>
          <w:color w:val="000000"/>
          <w:spacing w:val="50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asceu</w:t>
      </w:r>
      <w:r>
        <w:rPr>
          <w:rFonts w:ascii="Times New Roman" w:hAnsi="Times New Roman" w:eastAsia="Times New Roman"/>
          <w:b w:val="0"/>
          <w:color w:val="000000"/>
          <w:spacing w:val="-14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na</w:t>
      </w:r>
    </w:p>
    <w:p>
      <w:pPr>
        <w:widowControl/>
        <w:wordWrap w:val="0"/>
        <w:autoSpaceDE w:val="0"/>
        <w:autoSpaceDN w:val="0"/>
        <w:spacing w:line="340" w:lineRule="exact" w:before="38" w:after="6"/>
        <w:ind w:left="20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-</w:t>
      </w:r>
      <w:r>
        <w:rPr>
          <w:rFonts w:ascii="Times New Roman" w:hAnsi="Times New Roman" w:eastAsia="Times New Roman"/>
          <w:b w:val="0"/>
          <w:color w:val="000000"/>
          <w:spacing w:val="82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Cidade</w:t>
      </w:r>
      <w:r>
        <w:rPr>
          <w:rFonts w:ascii="Times New Roman" w:hAnsi="Times New Roman" w:eastAsia="Times New Roman"/>
          <w:b w:val="0"/>
          <w:color w:val="000000"/>
          <w:spacing w:val="-2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de</w:t>
      </w:r>
      <w:r>
        <w:rPr>
          <w:rFonts w:ascii="Times New Roman" w:hAnsi="Times New Roman" w:eastAsia="Times New Roman"/>
          <w:b w:val="0"/>
          <w:color w:val="000000"/>
          <w:spacing w:val="57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Serrania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  <w:r>
        <w:rPr>
          <w:rFonts w:ascii="Times New Roman" w:hAnsi="Times New Roman" w:eastAsia="Times New Roman"/>
          <w:b w:val="0"/>
          <w:color w:val="000000"/>
          <w:spacing w:val="3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Nacionalidade</w:t>
      </w:r>
      <w:r>
        <w:rPr>
          <w:rFonts w:ascii="Arial" w:hAnsi="Arial" w:eastAsia="Arial"/>
          <w:b w:val="0"/>
          <w:i w:val="0"/>
          <w:color w:val="000000"/>
          <w:sz w:val="34"/>
        </w:rPr>
        <w:t>:</w:t>
      </w:r>
      <w:r>
        <w:rPr>
          <w:rFonts w:ascii="Times New Roman" w:hAnsi="Times New Roman" w:eastAsia="Times New Roman"/>
          <w:b w:val="0"/>
          <w:color w:val="000000"/>
          <w:spacing w:val="2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Brasileiro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  <w:r>
        <w:rPr>
          <w:rFonts w:ascii="Times New Roman" w:hAnsi="Times New Roman" w:eastAsia="Times New Roman"/>
          <w:b w:val="0"/>
          <w:color w:val="000000"/>
          <w:spacing w:val="244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17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Civil</w:t>
      </w:r>
      <w:r>
        <w:rPr>
          <w:rFonts w:ascii="Arial" w:hAnsi="Arial" w:eastAsia="Arial"/>
          <w:b w:val="0"/>
          <w:i w:val="0"/>
          <w:color w:val="000000"/>
          <w:sz w:val="34"/>
        </w:rPr>
        <w:t>:</w:t>
      </w:r>
      <w:r>
        <w:rPr>
          <w:rFonts w:ascii="Times New Roman" w:hAnsi="Times New Roman" w:eastAsia="Times New Roman"/>
          <w:b w:val="0"/>
          <w:color w:val="000000"/>
          <w:spacing w:val="59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Solteiro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</w:p>
    <w:p>
      <w:pPr>
        <w:widowControl/>
        <w:wordWrap w:val="0"/>
        <w:autoSpaceDE w:val="0"/>
        <w:autoSpaceDN w:val="0"/>
        <w:spacing w:line="400" w:lineRule="exact" w:before="13" w:after="53"/>
        <w:ind w:left="1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40"/>
        </w:rPr>
        <w:t>:</w:t>
      </w:r>
      <w:r>
        <w:rPr>
          <w:rFonts w:ascii="Times New Roman" w:hAnsi="Times New Roman" w:eastAsia="Times New Roman"/>
          <w:b w:val="0"/>
          <w:color w:val="000000"/>
          <w:spacing w:val="124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Profissão</w:t>
      </w:r>
      <w:r>
        <w:rPr>
          <w:rFonts w:ascii="Arial" w:hAnsi="Arial" w:eastAsia="Arial"/>
          <w:b w:val="0"/>
          <w:i w:val="0"/>
          <w:color w:val="000000"/>
          <w:sz w:val="34"/>
        </w:rPr>
        <w:t>:</w:t>
      </w:r>
      <w:r>
        <w:rPr>
          <w:rFonts w:ascii="Times New Roman" w:hAnsi="Times New Roman" w:eastAsia="Times New Roman"/>
          <w:b w:val="0"/>
          <w:color w:val="000000"/>
          <w:spacing w:val="-12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Soldadas</w:t>
      </w:r>
      <w:r>
        <w:rPr>
          <w:rFonts w:ascii="Times New Roman" w:hAnsi="Times New Roman" w:eastAsia="Times New Roman"/>
          <w:b w:val="0"/>
          <w:color w:val="000000"/>
          <w:spacing w:val="6"/>
          <w:sz w:val="4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40"/>
        </w:rPr>
        <w:t>,</w:t>
      </w:r>
      <w:r>
        <w:rPr>
          <w:rFonts w:ascii="Times New Roman" w:hAnsi="Times New Roman" w:eastAsia="Times New Roman"/>
          <w:b w:val="0"/>
          <w:color w:val="000000"/>
          <w:spacing w:val="21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Inscrito</w:t>
      </w:r>
      <w:r>
        <w:rPr>
          <w:rFonts w:ascii="Times New Roman" w:hAnsi="Times New Roman" w:eastAsia="Times New Roman"/>
          <w:b w:val="0"/>
          <w:color w:val="000000"/>
          <w:spacing w:val="24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no</w:t>
      </w:r>
      <w:r>
        <w:rPr>
          <w:rFonts w:ascii="Times New Roman" w:hAnsi="Times New Roman" w:eastAsia="Times New Roman"/>
          <w:b w:val="0"/>
          <w:color w:val="000000"/>
          <w:spacing w:val="13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RG</w:t>
      </w:r>
      <w:r>
        <w:rPr>
          <w:rFonts w:ascii="Times New Roman" w:hAnsi="Times New Roman" w:eastAsia="Times New Roman"/>
          <w:b w:val="0"/>
          <w:color w:val="000000"/>
          <w:spacing w:val="-15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de</w:t>
      </w:r>
      <w:r>
        <w:rPr>
          <w:rFonts w:ascii="Times New Roman" w:hAnsi="Times New Roman" w:eastAsia="Times New Roman"/>
          <w:b w:val="0"/>
          <w:color w:val="000000"/>
          <w:spacing w:val="37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NO</w:t>
      </w:r>
      <w:r>
        <w:rPr>
          <w:rFonts w:ascii="Times New Roman" w:hAnsi="Times New Roman" w:eastAsia="Times New Roman"/>
          <w:b w:val="0"/>
          <w:color w:val="000000"/>
          <w:spacing w:val="-18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4608997</w:t>
      </w:r>
      <w:r>
        <w:rPr>
          <w:rFonts w:ascii="Arial" w:hAnsi="Arial" w:eastAsia="Arial"/>
          <w:b w:val="0"/>
          <w:i w:val="0"/>
          <w:color w:val="000000"/>
          <w:sz w:val="33"/>
        </w:rPr>
        <w:t>.</w:t>
      </w:r>
      <w:r>
        <w:rPr>
          <w:rFonts w:ascii="Times New Roman" w:hAnsi="Times New Roman" w:eastAsia="Times New Roman"/>
          <w:b w:val="0"/>
          <w:color w:val="000000"/>
          <w:spacing w:val="21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-</w:t>
      </w:r>
      <w:r>
        <w:rPr>
          <w:rFonts w:ascii="Arial" w:hAnsi="Arial" w:eastAsia="Arial"/>
          <w:b w:val="0"/>
          <w:i w:val="0"/>
          <w:color w:val="000000"/>
          <w:sz w:val="33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-2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onde</w:t>
      </w:r>
      <w:r>
        <w:rPr>
          <w:rFonts w:ascii="Times New Roman" w:hAnsi="Times New Roman" w:eastAsia="Times New Roman"/>
          <w:b w:val="0"/>
          <w:color w:val="000000"/>
          <w:spacing w:val="-6"/>
          <w:sz w:val="3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6"/>
        </w:rPr>
        <w:t>tirou</w:t>
      </w:r>
    </w:p>
    <w:p>
      <w:pPr>
        <w:widowControl/>
        <w:wordWrap w:val="0"/>
        <w:autoSpaceDE w:val="0"/>
        <w:autoSpaceDN w:val="0"/>
        <w:spacing w:line="290" w:lineRule="exact" w:before="106" w:after="11"/>
        <w:ind w:left="1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:</w:t>
      </w:r>
      <w:r>
        <w:rPr>
          <w:rFonts w:ascii="Times New Roman" w:hAnsi="Times New Roman" w:eastAsia="Times New Roman"/>
          <w:b w:val="0"/>
          <w:color w:val="000000"/>
          <w:spacing w:val="167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(</w:t>
      </w:r>
      <w:r>
        <w:rPr>
          <w:rFonts w:ascii="Arial" w:hAnsi="Arial" w:eastAsia="Arial"/>
          <w:b w:val="0"/>
          <w:i w:val="0"/>
          <w:color w:val="000000"/>
          <w:sz w:val="29"/>
        </w:rPr>
        <w:t>UF</w:t>
      </w:r>
      <w:r>
        <w:rPr>
          <w:rFonts w:ascii="Times New Roman" w:hAnsi="Times New Roman" w:eastAsia="Times New Roman"/>
          <w:b w:val="0"/>
          <w:color w:val="000000"/>
          <w:spacing w:val="6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SSP</w:t>
      </w:r>
      <w:r>
        <w:rPr>
          <w:rFonts w:ascii="Arial" w:hAnsi="Arial" w:eastAsia="Arial"/>
          <w:b w:val="0"/>
          <w:i w:val="0"/>
          <w:color w:val="000000"/>
          <w:sz w:val="29"/>
        </w:rPr>
        <w:t>-</w:t>
      </w:r>
      <w:r>
        <w:rPr>
          <w:rFonts w:ascii="Arial" w:hAnsi="Arial" w:eastAsia="Arial"/>
          <w:b w:val="0"/>
          <w:i w:val="0"/>
          <w:color w:val="000000"/>
          <w:sz w:val="29"/>
        </w:rPr>
        <w:t>SP</w:t>
      </w:r>
      <w:r>
        <w:rPr>
          <w:rFonts w:ascii="Arial" w:hAnsi="Arial" w:eastAsia="Arial"/>
          <w:b w:val="0"/>
          <w:i w:val="0"/>
          <w:color w:val="000000"/>
          <w:sz w:val="29"/>
        </w:rPr>
        <w:t>),</w:t>
      </w:r>
      <w:r>
        <w:rPr>
          <w:rFonts w:ascii="Times New Roman" w:hAnsi="Times New Roman" w:eastAsia="Times New Roman"/>
          <w:b w:val="0"/>
          <w:color w:val="000000"/>
          <w:spacing w:val="367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Inserlto</w:t>
      </w:r>
      <w:r>
        <w:rPr>
          <w:rFonts w:ascii="Times New Roman" w:hAnsi="Times New Roman" w:eastAsia="Times New Roman"/>
          <w:b w:val="0"/>
          <w:color w:val="000000"/>
          <w:spacing w:val="237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no</w:t>
      </w:r>
      <w:r>
        <w:rPr>
          <w:rFonts w:ascii="Times New Roman" w:hAnsi="Times New Roman" w:eastAsia="Times New Roman"/>
          <w:b w:val="0"/>
          <w:color w:val="000000"/>
          <w:spacing w:val="8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CPF</w:t>
      </w:r>
      <w:r>
        <w:rPr>
          <w:rFonts w:ascii="Times New Roman" w:hAnsi="Times New Roman" w:eastAsia="Times New Roman"/>
          <w:b w:val="0"/>
          <w:color w:val="000000"/>
          <w:spacing w:val="68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de</w:t>
      </w:r>
      <w:r>
        <w:rPr>
          <w:rFonts w:ascii="Times New Roman" w:hAnsi="Times New Roman" w:eastAsia="Times New Roman"/>
          <w:b w:val="0"/>
          <w:color w:val="000000"/>
          <w:spacing w:val="10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N</w:t>
      </w:r>
      <w:r>
        <w:rPr>
          <w:rFonts w:ascii="Arial" w:hAnsi="Arial" w:eastAsia="Arial"/>
          <w:b w:val="0"/>
          <w:i w:val="0"/>
          <w:color w:val="000000"/>
          <w:sz w:val="29"/>
        </w:rPr>
        <w:t>'</w:t>
      </w:r>
      <w:r>
        <w:rPr>
          <w:rFonts w:ascii="Times New Roman" w:hAnsi="Times New Roman" w:eastAsia="Times New Roman"/>
          <w:b w:val="0"/>
          <w:color w:val="000000"/>
          <w:spacing w:val="10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883</w:t>
      </w:r>
      <w:r>
        <w:rPr>
          <w:rFonts w:ascii="Arial" w:hAnsi="Arial" w:eastAsia="Arial"/>
          <w:b w:val="0"/>
          <w:i w:val="0"/>
          <w:color w:val="000000"/>
          <w:sz w:val="29"/>
        </w:rPr>
        <w:t>.</w:t>
      </w:r>
      <w:r>
        <w:rPr>
          <w:rFonts w:ascii="Arial" w:hAnsi="Arial" w:eastAsia="Arial"/>
          <w:b w:val="0"/>
          <w:i w:val="0"/>
          <w:color w:val="000000"/>
          <w:sz w:val="29"/>
        </w:rPr>
        <w:t>569</w:t>
      </w:r>
      <w:r>
        <w:rPr>
          <w:rFonts w:ascii="Arial" w:hAnsi="Arial" w:eastAsia="Arial"/>
          <w:b w:val="0"/>
          <w:i w:val="0"/>
          <w:color w:val="000000"/>
          <w:sz w:val="29"/>
        </w:rPr>
        <w:t>.</w:t>
      </w:r>
      <w:r>
        <w:rPr>
          <w:rFonts w:ascii="Arial" w:hAnsi="Arial" w:eastAsia="Arial"/>
          <w:b w:val="0"/>
          <w:i w:val="0"/>
          <w:color w:val="000000"/>
          <w:sz w:val="29"/>
        </w:rPr>
        <w:t>494</w:t>
      </w:r>
      <w:r>
        <w:rPr>
          <w:rFonts w:ascii="Arial" w:hAnsi="Arial" w:eastAsia="Arial"/>
          <w:b w:val="0"/>
          <w:i w:val="0"/>
          <w:color w:val="000000"/>
          <w:sz w:val="29"/>
        </w:rPr>
        <w:t>-</w:t>
      </w:r>
      <w:r>
        <w:rPr>
          <w:rFonts w:ascii="Arial" w:hAnsi="Arial" w:eastAsia="Arial"/>
          <w:b w:val="0"/>
          <w:i w:val="0"/>
          <w:color w:val="000000"/>
          <w:sz w:val="29"/>
        </w:rPr>
        <w:t>91</w:t>
      </w:r>
      <w:r>
        <w:rPr>
          <w:rFonts w:ascii="Arial" w:hAnsi="Arial" w:eastAsia="Arial"/>
          <w:b w:val="0"/>
          <w:i w:val="0"/>
          <w:color w:val="000000"/>
          <w:sz w:val="29"/>
        </w:rPr>
        <w:t>,</w:t>
      </w:r>
      <w:r>
        <w:rPr>
          <w:rFonts w:ascii="Times New Roman" w:hAnsi="Times New Roman" w:eastAsia="Times New Roman"/>
          <w:b w:val="0"/>
          <w:color w:val="000000"/>
          <w:spacing w:val="31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Residente</w:t>
      </w:r>
      <w:r>
        <w:rPr>
          <w:rFonts w:ascii="Times New Roman" w:hAnsi="Times New Roman" w:eastAsia="Times New Roman"/>
          <w:b w:val="0"/>
          <w:color w:val="000000"/>
          <w:spacing w:val="222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</w:t>
      </w:r>
      <w:r>
        <w:rPr>
          <w:rFonts w:ascii="Times New Roman" w:hAnsi="Times New Roman" w:eastAsia="Times New Roman"/>
          <w:b w:val="0"/>
          <w:color w:val="000000"/>
          <w:spacing w:val="8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Rua</w:t>
      </w:r>
    </w:p>
    <w:p>
      <w:pPr>
        <w:widowControl/>
        <w:wordWrap w:val="0"/>
        <w:autoSpaceDE w:val="0"/>
        <w:autoSpaceDN w:val="0"/>
        <w:spacing w:line="350" w:lineRule="exact" w:before="23" w:after="38"/>
        <w:ind w:left="4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5"/>
        </w:rPr>
        <w:t>Nova</w:t>
      </w:r>
      <w:r>
        <w:rPr>
          <w:rFonts w:ascii="Times New Roman" w:hAnsi="Times New Roman" w:eastAsia="Times New Roman"/>
          <w:b w:val="0"/>
          <w:color w:val="000000"/>
          <w:spacing w:val="-4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Ollmpia</w:t>
      </w:r>
      <w:r>
        <w:rPr>
          <w:rFonts w:ascii="Times New Roman" w:hAnsi="Times New Roman" w:eastAsia="Times New Roman"/>
          <w:b w:val="0"/>
          <w:color w:val="000000"/>
          <w:spacing w:val="206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65"/>
          <w:sz w:val="35"/>
        </w:rPr>
        <w:t>NO5</w:t>
      </w:r>
      <w:r>
        <w:rPr>
          <w:rFonts w:ascii="Times New Roman" w:hAnsi="Times New Roman" w:eastAsia="Times New Roman"/>
          <w:b w:val="0"/>
          <w:color w:val="000000"/>
          <w:spacing w:val="62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58</w:t>
      </w:r>
      <w:r>
        <w:rPr>
          <w:rFonts w:ascii="Times New Roman" w:hAnsi="Times New Roman" w:eastAsia="Times New Roman"/>
          <w:b w:val="0"/>
          <w:color w:val="000000"/>
          <w:spacing w:val="29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-</w:t>
      </w:r>
      <w:r>
        <w:rPr>
          <w:rFonts w:ascii="Times New Roman" w:hAnsi="Times New Roman" w:eastAsia="Times New Roman"/>
          <w:b w:val="0"/>
          <w:color w:val="000000"/>
          <w:spacing w:val="116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no</w:t>
      </w:r>
      <w:r>
        <w:rPr>
          <w:rFonts w:ascii="Times New Roman" w:hAnsi="Times New Roman" w:eastAsia="Times New Roman"/>
          <w:b w:val="0"/>
          <w:color w:val="000000"/>
          <w:spacing w:val="43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Bairro</w:t>
      </w:r>
      <w:r>
        <w:rPr>
          <w:rFonts w:ascii="Arial" w:hAnsi="Arial" w:eastAsia="Arial"/>
          <w:b w:val="0"/>
          <w:i w:val="0"/>
          <w:color w:val="000000"/>
          <w:sz w:val="35"/>
        </w:rPr>
        <w:t>:</w:t>
      </w:r>
      <w:r>
        <w:rPr>
          <w:rFonts w:ascii="Times New Roman" w:hAnsi="Times New Roman" w:eastAsia="Times New Roman"/>
          <w:b w:val="0"/>
          <w:color w:val="000000"/>
          <w:spacing w:val="22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Jardim</w:t>
      </w:r>
      <w:r>
        <w:rPr>
          <w:rFonts w:ascii="Times New Roman" w:hAnsi="Times New Roman" w:eastAsia="Times New Roman"/>
          <w:b w:val="0"/>
          <w:color w:val="000000"/>
          <w:spacing w:val="62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Jaez</w:t>
      </w:r>
      <w:r>
        <w:rPr>
          <w:rFonts w:ascii="Times New Roman" w:hAnsi="Times New Roman" w:eastAsia="Times New Roman"/>
          <w:b w:val="0"/>
          <w:color w:val="000000"/>
          <w:spacing w:val="-27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-</w:t>
      </w:r>
      <w:r>
        <w:rPr>
          <w:rFonts w:ascii="Times New Roman" w:hAnsi="Times New Roman" w:eastAsia="Times New Roman"/>
          <w:b w:val="0"/>
          <w:color w:val="000000"/>
          <w:spacing w:val="56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Cep</w:t>
      </w:r>
      <w:r>
        <w:rPr>
          <w:rFonts w:ascii="Arial" w:hAnsi="Arial" w:eastAsia="Arial"/>
          <w:b w:val="0"/>
          <w:i w:val="0"/>
          <w:color w:val="000000"/>
          <w:sz w:val="35"/>
        </w:rPr>
        <w:t>.</w:t>
      </w:r>
      <w:r>
        <w:rPr>
          <w:rFonts w:ascii="Times New Roman" w:hAnsi="Times New Roman" w:eastAsia="Times New Roman"/>
          <w:b w:val="0"/>
          <w:color w:val="000000"/>
          <w:spacing w:val="-7"/>
          <w:sz w:val="3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5"/>
        </w:rPr>
        <w:t>07262</w:t>
      </w:r>
      <w:r>
        <w:rPr>
          <w:rFonts w:ascii="Arial" w:hAnsi="Arial" w:eastAsia="Arial"/>
          <w:b w:val="0"/>
          <w:i w:val="0"/>
          <w:color w:val="000000"/>
          <w:sz w:val="35"/>
        </w:rPr>
        <w:t>-</w:t>
      </w:r>
      <w:r>
        <w:rPr>
          <w:rFonts w:ascii="Arial" w:hAnsi="Arial" w:eastAsia="Arial"/>
          <w:b w:val="0"/>
          <w:i w:val="0"/>
          <w:color w:val="000000"/>
          <w:sz w:val="35"/>
        </w:rPr>
        <w:t>020</w:t>
      </w:r>
      <w:r>
        <w:rPr>
          <w:rFonts w:ascii="Arial" w:hAnsi="Arial" w:eastAsia="Arial"/>
          <w:b w:val="0"/>
          <w:i w:val="0"/>
          <w:color w:val="000000"/>
          <w:sz w:val="35"/>
        </w:rPr>
        <w:t>na</w:t>
      </w:r>
    </w:p>
    <w:p>
      <w:pPr>
        <w:widowControl/>
        <w:wordWrap w:val="0"/>
        <w:autoSpaceDE w:val="0"/>
        <w:autoSpaceDN w:val="0"/>
        <w:spacing w:line="240" w:lineRule="exact" w:before="76" w:after="51"/>
        <w:ind w:left="5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4"/>
        </w:rPr>
        <w:t>'</w:t>
      </w:r>
      <w:r>
        <w:rPr>
          <w:rFonts w:ascii="Arial" w:hAnsi="Arial" w:eastAsia="Arial"/>
          <w:b w:val="0"/>
          <w:i w:val="0"/>
          <w:color w:val="000000"/>
          <w:sz w:val="24"/>
        </w:rPr>
        <w:t>3</w:t>
      </w:r>
      <w:r>
        <w:rPr>
          <w:rFonts w:ascii="Arial" w:hAnsi="Arial" w:eastAsia="Arial"/>
          <w:b w:val="0"/>
          <w:i w:val="0"/>
          <w:color w:val="000000"/>
          <w:sz w:val="24"/>
        </w:rPr>
        <w:t>$@</w:t>
      </w:r>
      <w:r>
        <w:rPr>
          <w:rFonts w:ascii="Arial" w:hAnsi="Arial" w:eastAsia="Arial"/>
          <w:b w:val="0"/>
          <w:i w:val="0"/>
          <w:color w:val="000000"/>
          <w:sz w:val="24"/>
        </w:rPr>
        <w:t>ã</w:t>
      </w:r>
      <w:r>
        <w:rPr>
          <w:rFonts w:ascii="Arial" w:hAnsi="Arial" w:eastAsia="Arial"/>
          <w:b w:val="0"/>
          <w:i w:val="0"/>
          <w:color w:val="000000"/>
          <w:sz w:val="24"/>
        </w:rPr>
        <w:t>@@</w:t>
      </w:r>
      <w:r>
        <w:rPr>
          <w:rFonts w:ascii="Arial" w:hAnsi="Arial" w:eastAsia="Arial"/>
          <w:b w:val="0"/>
          <w:i w:val="0"/>
          <w:color w:val="000000"/>
          <w:sz w:val="24"/>
        </w:rPr>
        <w:t>d</w:t>
      </w:r>
      <w:r>
        <w:rPr>
          <w:rFonts w:ascii="Arial" w:hAnsi="Arial" w:eastAsia="Arial"/>
          <w:b w:val="0"/>
          <w:i w:val="0"/>
          <w:color w:val="000000"/>
          <w:sz w:val="24"/>
        </w:rPr>
        <w:t>@;,</w:t>
      </w:r>
      <w:r>
        <w:rPr>
          <w:rFonts w:ascii="Times New Roman" w:hAnsi="Times New Roman" w:eastAsia="Times New Roman"/>
          <w:b w:val="0"/>
          <w:color w:val="000000"/>
          <w:spacing w:val="-27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üã</w:t>
      </w:r>
      <w:r>
        <w:rPr>
          <w:rFonts w:ascii="Arial" w:hAnsi="Arial" w:eastAsia="Arial"/>
          <w:b w:val="0"/>
          <w:i w:val="0"/>
          <w:color w:val="000000"/>
          <w:sz w:val="24"/>
        </w:rPr>
        <w:t>#@$@</w:t>
      </w:r>
      <w:r>
        <w:rPr>
          <w:rFonts w:ascii="Arial" w:hAnsi="Arial" w:eastAsia="Arial"/>
          <w:b w:val="0"/>
          <w:i w:val="0"/>
          <w:color w:val="000000"/>
          <w:sz w:val="24"/>
        </w:rPr>
        <w:t>ó</w:t>
      </w:r>
      <w:r>
        <w:rPr>
          <w:rFonts w:ascii="Times New Roman" w:hAnsi="Times New Roman" w:eastAsia="Times New Roman"/>
          <w:b w:val="0"/>
          <w:color w:val="000000"/>
          <w:spacing w:val="526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ga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Times New Roman" w:hAnsi="Times New Roman" w:eastAsia="Times New Roman"/>
          <w:b w:val="0"/>
          <w:color w:val="000000"/>
          <w:spacing w:val="190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Arial" w:hAnsi="Arial" w:eastAsia="Arial"/>
          <w:b w:val="0"/>
          <w:i w:val="0"/>
          <w:color w:val="000000"/>
          <w:sz w:val="24"/>
        </w:rPr>
        <w:t>ó</w:t>
      </w:r>
      <w:r>
        <w:rPr>
          <w:rFonts w:ascii="Times New Roman" w:hAnsi="Times New Roman" w:eastAsia="Times New Roman"/>
          <w:b w:val="0"/>
          <w:color w:val="000000"/>
          <w:spacing w:val="3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$</w:t>
      </w:r>
      <w:r>
        <w:rPr>
          <w:rFonts w:ascii="Arial" w:hAnsi="Arial" w:eastAsia="Arial"/>
          <w:b w:val="0"/>
          <w:i w:val="0"/>
          <w:color w:val="000000"/>
          <w:sz w:val="24"/>
        </w:rPr>
        <w:t>ãó</w:t>
      </w:r>
      <w:r>
        <w:rPr>
          <w:rFonts w:ascii="Times New Roman" w:hAnsi="Times New Roman" w:eastAsia="Times New Roman"/>
          <w:b w:val="0"/>
          <w:color w:val="000000"/>
          <w:spacing w:val="380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@</w:t>
      </w:r>
      <w:r>
        <w:rPr>
          <w:rFonts w:ascii="Times New Roman" w:hAnsi="Times New Roman" w:eastAsia="Times New Roman"/>
          <w:b w:val="0"/>
          <w:color w:val="000000"/>
          <w:spacing w:val="56"/>
          <w:sz w:val="2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4"/>
        </w:rPr>
        <w:t>êóú</w:t>
      </w:r>
    </w:p>
    <w:p>
      <w:pPr>
        <w:widowControl/>
        <w:wordWrap w:val="0"/>
        <w:autoSpaceDE w:val="0"/>
        <w:autoSpaceDN w:val="0"/>
        <w:spacing w:line="340" w:lineRule="exact" w:before="102" w:after="610"/>
        <w:ind w:left="5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Ass</w:t>
      </w:r>
      <w:r>
        <w:rPr>
          <w:rFonts w:ascii="Arial" w:hAnsi="Arial" w:eastAsia="Arial"/>
          <w:b w:val="0"/>
          <w:i w:val="0"/>
          <w:color w:val="000000"/>
          <w:sz w:val="34"/>
        </w:rPr>
        <w:t>.</w:t>
      </w:r>
      <w:r>
        <w:rPr>
          <w:rFonts w:ascii="Times New Roman" w:hAnsi="Times New Roman" w:eastAsia="Times New Roman"/>
          <w:b w:val="0"/>
          <w:color w:val="000000"/>
          <w:spacing w:val="-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Ciência</w:t>
      </w:r>
      <w:r>
        <w:rPr>
          <w:rFonts w:ascii="Times New Roman" w:hAnsi="Times New Roman" w:eastAsia="Times New Roman"/>
          <w:b w:val="0"/>
          <w:color w:val="000000"/>
          <w:spacing w:val="81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e</w:t>
      </w:r>
      <w:r>
        <w:rPr>
          <w:rFonts w:ascii="Times New Roman" w:hAnsi="Times New Roman" w:eastAsia="Times New Roman"/>
          <w:b w:val="0"/>
          <w:color w:val="000000"/>
          <w:spacing w:val="-14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termo</w:t>
      </w:r>
      <w:r>
        <w:rPr>
          <w:rFonts w:ascii="Times New Roman" w:hAnsi="Times New Roman" w:eastAsia="Times New Roman"/>
          <w:b w:val="0"/>
          <w:color w:val="000000"/>
          <w:spacing w:val="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de</w:t>
      </w:r>
      <w:r>
        <w:rPr>
          <w:rFonts w:ascii="Times New Roman" w:hAnsi="Times New Roman" w:eastAsia="Times New Roman"/>
          <w:b w:val="0"/>
          <w:color w:val="000000"/>
          <w:spacing w:val="-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posse</w:t>
      </w:r>
      <w:r>
        <w:rPr>
          <w:rFonts w:ascii="Arial" w:hAnsi="Arial" w:eastAsia="Arial"/>
          <w:b w:val="0"/>
          <w:i w:val="0"/>
          <w:color w:val="000000"/>
          <w:sz w:val="34"/>
        </w:rPr>
        <w:t>:.</w:t>
      </w:r>
    </w:p>
    <w:p>
      <w:pPr>
        <w:widowControl/>
        <w:wordWrap w:val="0"/>
        <w:autoSpaceDE w:val="0"/>
        <w:autoSpaceDN w:val="0"/>
        <w:spacing w:line="340" w:lineRule="exact" w:before="1220" w:after="10"/>
        <w:ind w:left="4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Eldlno</w:t>
      </w:r>
      <w:r>
        <w:rPr>
          <w:rFonts w:ascii="Times New Roman" w:hAnsi="Times New Roman" w:eastAsia="Times New Roman"/>
          <w:b w:val="0"/>
          <w:color w:val="000000"/>
          <w:spacing w:val="10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Ferreiro</w:t>
      </w:r>
      <w:r>
        <w:rPr>
          <w:rFonts w:ascii="Times New Roman" w:hAnsi="Times New Roman" w:eastAsia="Times New Roman"/>
          <w:b w:val="0"/>
          <w:color w:val="000000"/>
          <w:spacing w:val="5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Gonçalves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  <w:r>
        <w:rPr>
          <w:rFonts w:ascii="Times New Roman" w:hAnsi="Times New Roman" w:eastAsia="Times New Roman"/>
          <w:b w:val="0"/>
          <w:color w:val="000000"/>
          <w:spacing w:val="-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Data</w:t>
      </w:r>
      <w:r>
        <w:rPr>
          <w:rFonts w:ascii="Times New Roman" w:hAnsi="Times New Roman" w:eastAsia="Times New Roman"/>
          <w:b w:val="0"/>
          <w:color w:val="000000"/>
          <w:spacing w:val="-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de</w:t>
      </w:r>
      <w:r>
        <w:rPr>
          <w:rFonts w:ascii="Times New Roman" w:hAnsi="Times New Roman" w:eastAsia="Times New Roman"/>
          <w:b w:val="0"/>
          <w:color w:val="000000"/>
          <w:spacing w:val="17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Nascimento</w:t>
      </w:r>
      <w:r>
        <w:rPr>
          <w:rFonts w:ascii="Times New Roman" w:hAnsi="Times New Roman" w:eastAsia="Times New Roman"/>
          <w:b w:val="0"/>
          <w:color w:val="000000"/>
          <w:spacing w:val="40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18</w:t>
      </w:r>
      <w:r>
        <w:rPr>
          <w:rFonts w:ascii="Arial" w:hAnsi="Arial" w:eastAsia="Arial"/>
          <w:b w:val="0"/>
          <w:i w:val="0"/>
          <w:color w:val="000000"/>
          <w:sz w:val="34"/>
        </w:rPr>
        <w:t>/</w:t>
      </w:r>
      <w:r>
        <w:rPr>
          <w:rFonts w:ascii="Arial" w:hAnsi="Arial" w:eastAsia="Arial"/>
          <w:b w:val="0"/>
          <w:i w:val="0"/>
          <w:color w:val="000000"/>
          <w:sz w:val="34"/>
        </w:rPr>
        <w:t>02</w:t>
      </w:r>
      <w:r>
        <w:rPr>
          <w:rFonts w:ascii="Arial" w:hAnsi="Arial" w:eastAsia="Arial"/>
          <w:b w:val="0"/>
          <w:i w:val="0"/>
          <w:color w:val="000000"/>
          <w:sz w:val="34"/>
        </w:rPr>
        <w:t>/</w:t>
      </w:r>
      <w:r>
        <w:rPr>
          <w:rFonts w:ascii="Arial" w:hAnsi="Arial" w:eastAsia="Arial"/>
          <w:b w:val="0"/>
          <w:i w:val="0"/>
          <w:color w:val="000000"/>
          <w:sz w:val="34"/>
        </w:rPr>
        <w:t>1972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  <w:r>
        <w:rPr>
          <w:rFonts w:ascii="Arial" w:hAnsi="Arial" w:eastAsia="Arial"/>
          <w:b w:val="0"/>
          <w:i w:val="0"/>
          <w:color w:val="000000"/>
          <w:sz w:val="34"/>
        </w:rPr>
        <w:t>Nasceu</w:t>
      </w:r>
      <w:r>
        <w:rPr>
          <w:rFonts w:ascii="Times New Roman" w:hAnsi="Times New Roman" w:eastAsia="Times New Roman"/>
          <w:b w:val="0"/>
          <w:color w:val="000000"/>
          <w:spacing w:val="-18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na</w:t>
      </w:r>
    </w:p>
    <w:p>
      <w:pPr>
        <w:widowControl/>
        <w:wordWrap w:val="0"/>
        <w:autoSpaceDE w:val="0"/>
        <w:autoSpaceDN w:val="0"/>
        <w:spacing w:line="340" w:lineRule="exact" w:before="20" w:after="34"/>
        <w:ind w:left="4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Cidade</w:t>
      </w:r>
      <w:r>
        <w:rPr>
          <w:rFonts w:ascii="Times New Roman" w:hAnsi="Times New Roman" w:eastAsia="Times New Roman"/>
          <w:b w:val="0"/>
          <w:color w:val="000000"/>
          <w:spacing w:val="-2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de</w:t>
      </w:r>
      <w:r>
        <w:rPr>
          <w:rFonts w:ascii="Times New Roman" w:hAnsi="Times New Roman" w:eastAsia="Times New Roman"/>
          <w:b w:val="0"/>
          <w:color w:val="000000"/>
          <w:spacing w:val="37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Januaria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  <w:r>
        <w:rPr>
          <w:rFonts w:ascii="Times New Roman" w:hAnsi="Times New Roman" w:eastAsia="Times New Roman"/>
          <w:b w:val="0"/>
          <w:color w:val="000000"/>
          <w:spacing w:val="57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Nacionalidade</w:t>
      </w:r>
      <w:r>
        <w:rPr>
          <w:rFonts w:ascii="Arial" w:hAnsi="Arial" w:eastAsia="Arial"/>
          <w:b w:val="0"/>
          <w:i w:val="0"/>
          <w:color w:val="000000"/>
          <w:sz w:val="34"/>
        </w:rPr>
        <w:t>:</w:t>
      </w:r>
      <w:r>
        <w:rPr>
          <w:rFonts w:ascii="Times New Roman" w:hAnsi="Times New Roman" w:eastAsia="Times New Roman"/>
          <w:b w:val="0"/>
          <w:color w:val="000000"/>
          <w:spacing w:val="26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Brasileiro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  <w:r>
        <w:rPr>
          <w:rFonts w:ascii="Times New Roman" w:hAnsi="Times New Roman" w:eastAsia="Times New Roman"/>
          <w:b w:val="0"/>
          <w:color w:val="000000"/>
          <w:spacing w:val="224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37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Civil</w:t>
      </w:r>
      <w:r>
        <w:rPr>
          <w:rFonts w:ascii="Arial" w:hAnsi="Arial" w:eastAsia="Arial"/>
          <w:b w:val="0"/>
          <w:i w:val="0"/>
          <w:color w:val="000000"/>
          <w:sz w:val="34"/>
        </w:rPr>
        <w:t>:</w:t>
      </w:r>
      <w:r>
        <w:rPr>
          <w:rFonts w:ascii="Times New Roman" w:hAnsi="Times New Roman" w:eastAsia="Times New Roman"/>
          <w:b w:val="0"/>
          <w:color w:val="000000"/>
          <w:spacing w:val="39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Solteiro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</w:p>
    <w:p>
      <w:pPr>
        <w:widowControl/>
        <w:wordWrap w:val="0"/>
        <w:autoSpaceDE w:val="0"/>
        <w:autoSpaceDN w:val="0"/>
        <w:spacing w:line="14" w:lineRule="exact" w:before="54" w:after="0"/>
        <w:ind w:left="0" w:right="0"/>
      </w:pPr>
    </w:p>
    <w:tbl>
      <w:tblPr>
        <w:tblW w:type="auto" w:w="0"/>
        <w:tblInd w:type="dxa" w:w="300"/>
        <w:tblLayout w:type="fixed"/>
        <w:tblLook w:firstColumn="1" w:firstRow="1" w:lastColumn="0" w:lastRow="0" w:noHBand="0" w:noVBand="1" w:val="04A0"/>
      </w:tblPr>
      <w:tblGrid>
        <w:gridCol w:w="5698"/>
        <w:gridCol w:w="5698"/>
      </w:tblGrid>
      <w:tr>
        <w:trPr>
          <w:trHeight w:hRule="exact" w:val="1105"/>
        </w:trPr>
        <w:tc>
          <w:tcPr>
            <w:tcW w:type="dxa" w:w="11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90" w:lineRule="exact" w:before="308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pacing w:val="-9"/>
                <w:sz w:val="9"/>
              </w:rPr>
              <w:t>:'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0"/>
                <w:sz w:val="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9"/>
              </w:rPr>
              <w:t>.</w:t>
            </w:r>
          </w:p>
          <w:p>
            <w:pPr>
              <w:widowControl/>
              <w:wordWrap w:val="0"/>
              <w:autoSpaceDE w:val="0"/>
              <w:autoSpaceDN w:val="0"/>
              <w:spacing w:line="90" w:lineRule="exact" w:before="190" w:after="0"/>
              <w:ind w:left="2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9"/>
              </w:rPr>
              <w:t>.</w:t>
            </w:r>
          </w:p>
        </w:tc>
        <w:tc>
          <w:tcPr>
            <w:tcW w:type="dxa" w:w="10775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30" w:lineRule="exact" w:before="0" w:after="0"/>
              <w:ind w:left="4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Profissão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: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0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Pedreiro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0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6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Inscrito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4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1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RG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de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1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61"/>
                <w:sz w:val="33"/>
              </w:rPr>
              <w:t>NO3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86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2651019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9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5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Estado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0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onde</w:t>
            </w:r>
          </w:p>
          <w:p>
            <w:pPr>
              <w:widowControl/>
              <w:wordWrap w:val="0"/>
              <w:autoSpaceDE w:val="0"/>
              <w:autoSpaceDN w:val="0"/>
              <w:spacing w:line="370" w:lineRule="exact" w:before="19" w:after="0"/>
              <w:ind w:left="4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tirou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(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UF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1"/>
                <w:sz w:val="3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SSP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44"/>
                <w:sz w:val="37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65"/>
                <w:sz w:val="37"/>
              </w:rPr>
              <w:t>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72"/>
                <w:sz w:val="3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G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1"/>
                <w:sz w:val="37"/>
              </w:rPr>
              <w:t>).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81"/>
                <w:sz w:val="37"/>
              </w:rPr>
              <w:t>I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2"/>
                <w:sz w:val="3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nscrita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5"/>
                <w:sz w:val="3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24"/>
                <w:sz w:val="3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51"/>
                <w:sz w:val="37"/>
              </w:rPr>
              <w:t>CPFd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73"/>
                <w:sz w:val="3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e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4"/>
                <w:sz w:val="3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0"/>
                <w:sz w:val="3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849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657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976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89"/>
                <w:sz w:val="37"/>
              </w:rPr>
              <w:t>04R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,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40"/>
                <w:sz w:val="3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3"/>
                <w:sz w:val="37"/>
              </w:rPr>
              <w:t>esidentea</w:t>
            </w:r>
          </w:p>
          <w:p>
            <w:pPr>
              <w:widowControl/>
              <w:wordWrap w:val="0"/>
              <w:autoSpaceDE w:val="0"/>
              <w:autoSpaceDN w:val="0"/>
              <w:spacing w:line="387" w:lineRule="exact" w:before="0" w:after="0"/>
              <w:ind w:left="4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Rua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3"/>
                <w:sz w:val="3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5"/>
              </w:rPr>
              <w:t>l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5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5"/>
              </w:rPr>
              <w:t>auto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"/>
                <w:sz w:val="3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8"/>
              </w:rPr>
              <w:t>Miler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44"/>
                <w:sz w:val="37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7"/>
              </w:rPr>
              <w:t>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7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359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7"/>
                <w:sz w:val="4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40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39"/>
                <w:sz w:val="35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5"/>
              </w:rPr>
              <w:t>no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Bairro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Jardim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6"/>
                <w:sz w:val="3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Normandia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3"/>
              </w:rPr>
              <w:t>-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9"/>
                <w:sz w:val="38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8"/>
              </w:rPr>
              <w:t>Cep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3"/>
                <w:sz w:val="3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07252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-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2"/>
              </w:rPr>
              <w:t>080</w:t>
            </w:r>
          </w:p>
        </w:tc>
      </w:tr>
    </w:tbl>
    <w:p>
      <w:pPr>
        <w:widowControl/>
        <w:wordWrap w:val="0"/>
        <w:autoSpaceDE w:val="0"/>
        <w:autoSpaceDN w:val="0"/>
        <w:spacing w:line="290" w:lineRule="exact" w:before="446" w:after="609"/>
        <w:ind w:left="1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::</w:t>
      </w:r>
      <w:r>
        <w:rPr>
          <w:rFonts w:ascii="Times New Roman" w:hAnsi="Times New Roman" w:eastAsia="Times New Roman"/>
          <w:b w:val="0"/>
          <w:color w:val="000000"/>
          <w:spacing w:val="-1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,&amp;$</w:t>
      </w:r>
      <w:r>
        <w:rPr>
          <w:rFonts w:ascii="Arial" w:hAnsi="Arial" w:eastAsia="Arial"/>
          <w:b w:val="0"/>
          <w:i w:val="0"/>
          <w:color w:val="000000"/>
          <w:sz w:val="29"/>
        </w:rPr>
        <w:t>s</w:t>
      </w:r>
      <w:r>
        <w:rPr>
          <w:rFonts w:ascii="Arial" w:hAnsi="Arial" w:eastAsia="Arial"/>
          <w:b w:val="0"/>
          <w:i w:val="0"/>
          <w:color w:val="000000"/>
          <w:sz w:val="29"/>
        </w:rPr>
        <w:t>.;</w:t>
      </w:r>
      <w:r>
        <w:rPr>
          <w:rFonts w:ascii="Times New Roman" w:hAnsi="Times New Roman" w:eastAsia="Times New Roman"/>
          <w:b w:val="0"/>
          <w:color w:val="000000"/>
          <w:spacing w:val="26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i</w:t>
      </w:r>
      <w:r>
        <w:rPr>
          <w:rFonts w:ascii="Arial" w:hAnsi="Arial" w:eastAsia="Arial"/>
          <w:b w:val="0"/>
          <w:i w:val="0"/>
          <w:color w:val="000000"/>
          <w:sz w:val="29"/>
        </w:rPr>
        <w:t>@</w:t>
      </w:r>
      <w:r>
        <w:rPr>
          <w:rFonts w:ascii="Arial" w:hAnsi="Arial" w:eastAsia="Arial"/>
          <w:b w:val="0"/>
          <w:i w:val="0"/>
          <w:color w:val="000000"/>
          <w:sz w:val="29"/>
        </w:rPr>
        <w:t>ããiã</w:t>
      </w:r>
    </w:p>
    <w:p>
      <w:pPr>
        <w:widowControl/>
        <w:wordWrap w:val="0"/>
        <w:autoSpaceDE w:val="0"/>
        <w:autoSpaceDN w:val="0"/>
        <w:spacing w:line="330" w:lineRule="exact" w:before="1219" w:after="21"/>
        <w:ind w:left="6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3"/>
        </w:rPr>
        <w:t>Wenderson</w:t>
      </w:r>
      <w:r>
        <w:rPr>
          <w:rFonts w:ascii="Times New Roman" w:hAnsi="Times New Roman" w:eastAsia="Times New Roman"/>
          <w:b w:val="0"/>
          <w:color w:val="000000"/>
          <w:spacing w:val="10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Morelra</w:t>
      </w:r>
      <w:r>
        <w:rPr>
          <w:rFonts w:ascii="Times New Roman" w:hAnsi="Times New Roman" w:eastAsia="Times New Roman"/>
          <w:b w:val="0"/>
          <w:color w:val="000000"/>
          <w:spacing w:val="39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l</w:t>
      </w:r>
      <w:r>
        <w:rPr>
          <w:rFonts w:ascii="Arial" w:hAnsi="Arial" w:eastAsia="Arial"/>
          <w:b w:val="0"/>
          <w:i w:val="0"/>
          <w:color w:val="000000"/>
          <w:sz w:val="33"/>
        </w:rPr>
        <w:t>.</w:t>
      </w:r>
      <w:r>
        <w:rPr>
          <w:rFonts w:ascii="Arial" w:hAnsi="Arial" w:eastAsia="Arial"/>
          <w:b w:val="0"/>
          <w:i w:val="0"/>
          <w:color w:val="000000"/>
          <w:sz w:val="33"/>
        </w:rPr>
        <w:t>elte</w:t>
      </w:r>
      <w:r>
        <w:rPr>
          <w:rFonts w:ascii="Arial" w:hAnsi="Arial" w:eastAsia="Arial"/>
          <w:b w:val="0"/>
          <w:i w:val="0"/>
          <w:color w:val="000000"/>
          <w:sz w:val="33"/>
        </w:rPr>
        <w:t>,</w:t>
      </w:r>
      <w:r>
        <w:rPr>
          <w:rFonts w:ascii="Times New Roman" w:hAnsi="Times New Roman" w:eastAsia="Times New Roman"/>
          <w:b w:val="0"/>
          <w:color w:val="000000"/>
          <w:spacing w:val="89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Data</w:t>
      </w:r>
      <w:r>
        <w:rPr>
          <w:rFonts w:ascii="Times New Roman" w:hAnsi="Times New Roman" w:eastAsia="Times New Roman"/>
          <w:b w:val="0"/>
          <w:color w:val="000000"/>
          <w:spacing w:val="1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de</w:t>
      </w:r>
      <w:r>
        <w:rPr>
          <w:rFonts w:ascii="Times New Roman" w:hAnsi="Times New Roman" w:eastAsia="Times New Roman"/>
          <w:b w:val="0"/>
          <w:color w:val="000000"/>
          <w:spacing w:val="51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Nascimento</w:t>
      </w:r>
      <w:r>
        <w:rPr>
          <w:rFonts w:ascii="Times New Roman" w:hAnsi="Times New Roman" w:eastAsia="Times New Roman"/>
          <w:b w:val="0"/>
          <w:color w:val="000000"/>
          <w:spacing w:val="55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02</w:t>
      </w:r>
      <w:r>
        <w:rPr>
          <w:rFonts w:ascii="Arial" w:hAnsi="Arial" w:eastAsia="Arial"/>
          <w:b w:val="0"/>
          <w:i w:val="0"/>
          <w:color w:val="000000"/>
          <w:sz w:val="33"/>
        </w:rPr>
        <w:t>/</w:t>
      </w:r>
      <w:r>
        <w:rPr>
          <w:rFonts w:ascii="Arial" w:hAnsi="Arial" w:eastAsia="Arial"/>
          <w:b w:val="0"/>
          <w:i w:val="0"/>
          <w:color w:val="000000"/>
          <w:sz w:val="33"/>
        </w:rPr>
        <w:t>08</w:t>
      </w:r>
      <w:r>
        <w:rPr>
          <w:rFonts w:ascii="Arial" w:hAnsi="Arial" w:eastAsia="Arial"/>
          <w:b w:val="0"/>
          <w:i w:val="0"/>
          <w:color w:val="000000"/>
          <w:sz w:val="33"/>
        </w:rPr>
        <w:t>/</w:t>
      </w:r>
      <w:r>
        <w:rPr>
          <w:rFonts w:ascii="Arial" w:hAnsi="Arial" w:eastAsia="Arial"/>
          <w:b w:val="0"/>
          <w:i w:val="0"/>
          <w:color w:val="000000"/>
          <w:sz w:val="33"/>
        </w:rPr>
        <w:t>1999</w:t>
      </w:r>
      <w:r>
        <w:rPr>
          <w:rFonts w:ascii="Arial" w:hAnsi="Arial" w:eastAsia="Arial"/>
          <w:b w:val="0"/>
          <w:i w:val="0"/>
          <w:color w:val="000000"/>
          <w:sz w:val="33"/>
        </w:rPr>
        <w:t>,</w:t>
      </w:r>
      <w:r>
        <w:rPr>
          <w:rFonts w:ascii="Times New Roman" w:hAnsi="Times New Roman" w:eastAsia="Times New Roman"/>
          <w:b w:val="0"/>
          <w:color w:val="000000"/>
          <w:spacing w:val="-26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Nasceu</w:t>
      </w:r>
      <w:r>
        <w:rPr>
          <w:rFonts w:ascii="Times New Roman" w:hAnsi="Times New Roman" w:eastAsia="Times New Roman"/>
          <w:b w:val="0"/>
          <w:color w:val="000000"/>
          <w:spacing w:val="39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na</w:t>
      </w:r>
    </w:p>
    <w:p>
      <w:pPr>
        <w:widowControl/>
        <w:wordWrap w:val="0"/>
        <w:autoSpaceDE w:val="0"/>
        <w:autoSpaceDN w:val="0"/>
        <w:spacing w:line="340" w:lineRule="exact" w:before="42" w:after="49"/>
        <w:ind w:left="4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4"/>
        </w:rPr>
        <w:t>Cidade</w:t>
      </w:r>
      <w:r>
        <w:rPr>
          <w:rFonts w:ascii="Times New Roman" w:hAnsi="Times New Roman" w:eastAsia="Times New Roman"/>
          <w:b w:val="0"/>
          <w:color w:val="000000"/>
          <w:spacing w:val="-2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de</w:t>
      </w:r>
      <w:r>
        <w:rPr>
          <w:rFonts w:ascii="Times New Roman" w:hAnsi="Times New Roman" w:eastAsia="Times New Roman"/>
          <w:b w:val="0"/>
          <w:color w:val="000000"/>
          <w:spacing w:val="17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Guarulhos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  <w:r>
        <w:rPr>
          <w:rFonts w:ascii="Times New Roman" w:hAnsi="Times New Roman" w:eastAsia="Times New Roman"/>
          <w:b w:val="0"/>
          <w:color w:val="000000"/>
          <w:spacing w:val="-28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Naelonalidade</w:t>
      </w:r>
      <w:r>
        <w:rPr>
          <w:rFonts w:ascii="Arial" w:hAnsi="Arial" w:eastAsia="Arial"/>
          <w:b w:val="0"/>
          <w:i w:val="0"/>
          <w:color w:val="000000"/>
          <w:sz w:val="34"/>
        </w:rPr>
        <w:t>:</w:t>
      </w:r>
      <w:r>
        <w:rPr>
          <w:rFonts w:ascii="Times New Roman" w:hAnsi="Times New Roman" w:eastAsia="Times New Roman"/>
          <w:b w:val="0"/>
          <w:color w:val="000000"/>
          <w:spacing w:val="-1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Brasileiro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  <w:r>
        <w:rPr>
          <w:rFonts w:ascii="Times New Roman" w:hAnsi="Times New Roman" w:eastAsia="Times New Roman"/>
          <w:b w:val="0"/>
          <w:color w:val="000000"/>
          <w:spacing w:val="164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-3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Civil</w:t>
      </w:r>
      <w:r>
        <w:rPr>
          <w:rFonts w:ascii="Arial" w:hAnsi="Arial" w:eastAsia="Arial"/>
          <w:b w:val="0"/>
          <w:i w:val="0"/>
          <w:color w:val="000000"/>
          <w:sz w:val="34"/>
        </w:rPr>
        <w:t>:</w:t>
      </w:r>
      <w:r>
        <w:rPr>
          <w:rFonts w:ascii="Times New Roman" w:hAnsi="Times New Roman" w:eastAsia="Times New Roman"/>
          <w:b w:val="0"/>
          <w:color w:val="000000"/>
          <w:spacing w:val="39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Solteiro</w:t>
      </w:r>
      <w:r>
        <w:rPr>
          <w:rFonts w:ascii="Arial" w:hAnsi="Arial" w:eastAsia="Arial"/>
          <w:b w:val="0"/>
          <w:i w:val="0"/>
          <w:color w:val="000000"/>
          <w:sz w:val="34"/>
        </w:rPr>
        <w:t>,</w:t>
      </w:r>
    </w:p>
    <w:p>
      <w:pPr>
        <w:widowControl/>
        <w:wordWrap w:val="0"/>
        <w:autoSpaceDE w:val="0"/>
        <w:autoSpaceDN w:val="0"/>
        <w:spacing w:line="290" w:lineRule="exact" w:before="99" w:after="65"/>
        <w:ind w:left="4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ProHssão</w:t>
      </w:r>
      <w:r>
        <w:rPr>
          <w:rFonts w:ascii="Arial" w:hAnsi="Arial" w:eastAsia="Arial"/>
          <w:b w:val="0"/>
          <w:i w:val="0"/>
          <w:color w:val="000000"/>
          <w:sz w:val="29"/>
        </w:rPr>
        <w:t>:</w:t>
      </w:r>
      <w:r>
        <w:rPr>
          <w:rFonts w:ascii="Times New Roman" w:hAnsi="Times New Roman" w:eastAsia="Times New Roman"/>
          <w:b w:val="0"/>
          <w:color w:val="000000"/>
          <w:spacing w:val="15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Autónomo</w:t>
      </w:r>
      <w:r>
        <w:rPr>
          <w:rFonts w:ascii="Times New Roman" w:hAnsi="Times New Roman" w:eastAsia="Times New Roman"/>
          <w:b w:val="0"/>
          <w:color w:val="000000"/>
          <w:spacing w:val="26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,</w:t>
      </w:r>
      <w:r>
        <w:rPr>
          <w:rFonts w:ascii="Times New Roman" w:hAnsi="Times New Roman" w:eastAsia="Times New Roman"/>
          <w:b w:val="0"/>
          <w:color w:val="000000"/>
          <w:spacing w:val="87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Inserlto</w:t>
      </w:r>
      <w:r>
        <w:rPr>
          <w:rFonts w:ascii="Times New Roman" w:hAnsi="Times New Roman" w:eastAsia="Times New Roman"/>
          <w:b w:val="0"/>
          <w:color w:val="000000"/>
          <w:spacing w:val="237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no</w:t>
      </w:r>
      <w:r>
        <w:rPr>
          <w:rFonts w:ascii="Times New Roman" w:hAnsi="Times New Roman" w:eastAsia="Times New Roman"/>
          <w:b w:val="0"/>
          <w:color w:val="000000"/>
          <w:spacing w:val="10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RG</w:t>
      </w:r>
      <w:r>
        <w:rPr>
          <w:rFonts w:ascii="Times New Roman" w:hAnsi="Times New Roman" w:eastAsia="Times New Roman"/>
          <w:b w:val="0"/>
          <w:color w:val="000000"/>
          <w:spacing w:val="52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de</w:t>
      </w:r>
      <w:r>
        <w:rPr>
          <w:rFonts w:ascii="Times New Roman" w:hAnsi="Times New Roman" w:eastAsia="Times New Roman"/>
          <w:b w:val="0"/>
          <w:color w:val="000000"/>
          <w:spacing w:val="12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NO</w:t>
      </w:r>
      <w:r>
        <w:rPr>
          <w:rFonts w:ascii="Arial" w:hAnsi="Arial" w:eastAsia="Arial"/>
          <w:b w:val="0"/>
          <w:i w:val="0"/>
          <w:color w:val="000000"/>
          <w:sz w:val="29"/>
        </w:rPr>
        <w:t>52056669</w:t>
      </w:r>
      <w:r>
        <w:rPr>
          <w:rFonts w:ascii="Arial" w:hAnsi="Arial" w:eastAsia="Arial"/>
          <w:b w:val="0"/>
          <w:i w:val="0"/>
          <w:color w:val="000000"/>
          <w:sz w:val="29"/>
        </w:rPr>
        <w:t>-</w:t>
      </w:r>
      <w:r>
        <w:rPr>
          <w:rFonts w:ascii="Arial" w:hAnsi="Arial" w:eastAsia="Arial"/>
          <w:b w:val="0"/>
          <w:i w:val="0"/>
          <w:color w:val="000000"/>
          <w:sz w:val="29"/>
        </w:rPr>
        <w:t>5</w:t>
      </w:r>
      <w:r>
        <w:rPr>
          <w:rFonts w:ascii="Arial" w:hAnsi="Arial" w:eastAsia="Arial"/>
          <w:b w:val="0"/>
          <w:i w:val="0"/>
          <w:color w:val="000000"/>
          <w:sz w:val="29"/>
        </w:rPr>
        <w:t>.</w:t>
      </w:r>
      <w:r>
        <w:rPr>
          <w:rFonts w:ascii="Times New Roman" w:hAnsi="Times New Roman" w:eastAsia="Times New Roman"/>
          <w:b w:val="0"/>
          <w:color w:val="000000"/>
          <w:spacing w:val="239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-</w:t>
      </w:r>
      <w:r>
        <w:rPr>
          <w:rFonts w:ascii="Arial" w:hAnsi="Arial" w:eastAsia="Arial"/>
          <w:b w:val="0"/>
          <w:i w:val="0"/>
          <w:color w:val="000000"/>
          <w:sz w:val="29"/>
        </w:rPr>
        <w:t>Estado</w:t>
      </w:r>
      <w:r>
        <w:rPr>
          <w:rFonts w:ascii="Times New Roman" w:hAnsi="Times New Roman" w:eastAsia="Times New Roman"/>
          <w:b w:val="0"/>
          <w:color w:val="000000"/>
          <w:spacing w:val="168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onde</w:t>
      </w:r>
    </w:p>
    <w:p>
      <w:pPr>
        <w:widowControl/>
        <w:wordWrap w:val="0"/>
        <w:autoSpaceDE w:val="0"/>
        <w:autoSpaceDN w:val="0"/>
        <w:spacing w:line="290" w:lineRule="exact" w:before="130" w:after="35"/>
        <w:ind w:left="4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tirou</w:t>
      </w:r>
      <w:r>
        <w:rPr>
          <w:rFonts w:ascii="Times New Roman" w:hAnsi="Times New Roman" w:eastAsia="Times New Roman"/>
          <w:b w:val="0"/>
          <w:color w:val="000000"/>
          <w:spacing w:val="18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(</w:t>
      </w:r>
      <w:r>
        <w:rPr>
          <w:rFonts w:ascii="Arial" w:hAnsi="Arial" w:eastAsia="Arial"/>
          <w:b w:val="0"/>
          <w:i w:val="0"/>
          <w:color w:val="000000"/>
          <w:sz w:val="29"/>
        </w:rPr>
        <w:t>UF</w:t>
      </w:r>
      <w:r>
        <w:rPr>
          <w:rFonts w:ascii="Times New Roman" w:hAnsi="Times New Roman" w:eastAsia="Times New Roman"/>
          <w:b w:val="0"/>
          <w:color w:val="000000"/>
          <w:spacing w:val="6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$</w:t>
      </w:r>
      <w:r>
        <w:rPr>
          <w:rFonts w:ascii="Arial" w:hAnsi="Arial" w:eastAsia="Arial"/>
          <w:b w:val="0"/>
          <w:i w:val="0"/>
          <w:color w:val="000000"/>
          <w:sz w:val="29"/>
        </w:rPr>
        <w:t>SP</w:t>
      </w:r>
      <w:r>
        <w:rPr>
          <w:rFonts w:ascii="Arial" w:hAnsi="Arial" w:eastAsia="Arial"/>
          <w:b w:val="0"/>
          <w:i w:val="0"/>
          <w:color w:val="000000"/>
          <w:sz w:val="29"/>
        </w:rPr>
        <w:t>-</w:t>
      </w:r>
      <w:r>
        <w:rPr>
          <w:rFonts w:ascii="Arial" w:hAnsi="Arial" w:eastAsia="Arial"/>
          <w:b w:val="0"/>
          <w:i w:val="0"/>
          <w:color w:val="000000"/>
          <w:sz w:val="29"/>
        </w:rPr>
        <w:t>SP</w:t>
      </w:r>
      <w:r>
        <w:rPr>
          <w:rFonts w:ascii="Arial" w:hAnsi="Arial" w:eastAsia="Arial"/>
          <w:b w:val="0"/>
          <w:i w:val="0"/>
          <w:color w:val="000000"/>
          <w:sz w:val="29"/>
        </w:rPr>
        <w:t>),</w:t>
      </w:r>
      <w:r>
        <w:rPr>
          <w:rFonts w:ascii="Times New Roman" w:hAnsi="Times New Roman" w:eastAsia="Times New Roman"/>
          <w:b w:val="0"/>
          <w:color w:val="000000"/>
          <w:spacing w:val="359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Inscrito</w:t>
      </w:r>
      <w:r>
        <w:rPr>
          <w:rFonts w:ascii="Times New Roman" w:hAnsi="Times New Roman" w:eastAsia="Times New Roman"/>
          <w:b w:val="0"/>
          <w:color w:val="000000"/>
          <w:spacing w:val="25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no</w:t>
      </w:r>
      <w:r>
        <w:rPr>
          <w:rFonts w:ascii="Times New Roman" w:hAnsi="Times New Roman" w:eastAsia="Times New Roman"/>
          <w:b w:val="0"/>
          <w:color w:val="000000"/>
          <w:spacing w:val="8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CPF</w:t>
      </w:r>
      <w:r>
        <w:rPr>
          <w:rFonts w:ascii="Times New Roman" w:hAnsi="Times New Roman" w:eastAsia="Times New Roman"/>
          <w:b w:val="0"/>
          <w:color w:val="000000"/>
          <w:spacing w:val="48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de</w:t>
      </w:r>
      <w:r>
        <w:rPr>
          <w:rFonts w:ascii="Times New Roman" w:hAnsi="Times New Roman" w:eastAsia="Times New Roman"/>
          <w:b w:val="0"/>
          <w:color w:val="000000"/>
          <w:spacing w:val="8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NO</w:t>
      </w:r>
      <w:r>
        <w:rPr>
          <w:rFonts w:ascii="Arial" w:hAnsi="Arial" w:eastAsia="Arial"/>
          <w:b w:val="0"/>
          <w:i w:val="0"/>
          <w:color w:val="000000"/>
          <w:sz w:val="29"/>
        </w:rPr>
        <w:t>461</w:t>
      </w:r>
      <w:r>
        <w:rPr>
          <w:rFonts w:ascii="Arial" w:hAnsi="Arial" w:eastAsia="Arial"/>
          <w:b w:val="0"/>
          <w:i w:val="0"/>
          <w:color w:val="000000"/>
          <w:sz w:val="29"/>
        </w:rPr>
        <w:t>.</w:t>
      </w:r>
      <w:r>
        <w:rPr>
          <w:rFonts w:ascii="Arial" w:hAnsi="Arial" w:eastAsia="Arial"/>
          <w:b w:val="0"/>
          <w:i w:val="0"/>
          <w:color w:val="000000"/>
          <w:sz w:val="29"/>
        </w:rPr>
        <w:t>353</w:t>
      </w:r>
      <w:r>
        <w:rPr>
          <w:rFonts w:ascii="Arial" w:hAnsi="Arial" w:eastAsia="Arial"/>
          <w:b w:val="0"/>
          <w:i w:val="0"/>
          <w:color w:val="000000"/>
          <w:sz w:val="29"/>
        </w:rPr>
        <w:t>.</w:t>
      </w:r>
      <w:r>
        <w:rPr>
          <w:rFonts w:ascii="Arial" w:hAnsi="Arial" w:eastAsia="Arial"/>
          <w:b w:val="0"/>
          <w:i w:val="0"/>
          <w:color w:val="000000"/>
          <w:sz w:val="29"/>
        </w:rPr>
        <w:t>748</w:t>
      </w:r>
      <w:r>
        <w:rPr>
          <w:rFonts w:ascii="Arial" w:hAnsi="Arial" w:eastAsia="Arial"/>
          <w:b w:val="0"/>
          <w:i w:val="0"/>
          <w:color w:val="000000"/>
          <w:sz w:val="29"/>
        </w:rPr>
        <w:t>-</w:t>
      </w:r>
      <w:r>
        <w:rPr>
          <w:rFonts w:ascii="Arial" w:hAnsi="Arial" w:eastAsia="Arial"/>
          <w:b w:val="0"/>
          <w:i w:val="0"/>
          <w:color w:val="000000"/>
          <w:sz w:val="29"/>
        </w:rPr>
        <w:t>77</w:t>
      </w:r>
      <w:r>
        <w:rPr>
          <w:rFonts w:ascii="Arial" w:hAnsi="Arial" w:eastAsia="Arial"/>
          <w:b w:val="0"/>
          <w:i w:val="0"/>
          <w:color w:val="000000"/>
          <w:sz w:val="29"/>
        </w:rPr>
        <w:t>,</w:t>
      </w:r>
      <w:r>
        <w:rPr>
          <w:rFonts w:ascii="Times New Roman" w:hAnsi="Times New Roman" w:eastAsia="Times New Roman"/>
          <w:b w:val="0"/>
          <w:color w:val="000000"/>
          <w:spacing w:val="29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Residente</w:t>
      </w:r>
      <w:r>
        <w:rPr>
          <w:rFonts w:ascii="Times New Roman" w:hAnsi="Times New Roman" w:eastAsia="Times New Roman"/>
          <w:b w:val="0"/>
          <w:color w:val="000000"/>
          <w:spacing w:val="222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</w:t>
      </w:r>
    </w:p>
    <w:p>
      <w:pPr>
        <w:widowControl/>
        <w:wordWrap w:val="0"/>
        <w:autoSpaceDE w:val="0"/>
        <w:autoSpaceDN w:val="0"/>
        <w:spacing w:line="14" w:lineRule="exact" w:before="56" w:after="0"/>
        <w:ind w:left="0" w:right="0"/>
      </w:pPr>
    </w:p>
    <w:tbl>
      <w:tblPr>
        <w:tblW w:type="auto" w:w="0"/>
        <w:tblInd w:type="dxa" w:w="200"/>
        <w:tblLayout w:type="fixed"/>
        <w:tblLook w:firstColumn="1" w:firstRow="1" w:lastColumn="0" w:lastRow="0" w:noHBand="0" w:noVBand="1" w:val="04A0"/>
      </w:tblPr>
      <w:tblGrid>
        <w:gridCol w:w="5698"/>
        <w:gridCol w:w="5698"/>
      </w:tblGrid>
      <w:tr>
        <w:trPr>
          <w:trHeight w:hRule="exact" w:val="280"/>
        </w:trPr>
        <w:tc>
          <w:tcPr>
            <w:tcW w:type="dxa" w:w="3042"/>
            <w:tcMar>
              <w:left w:type="dxa" w:w="0"/>
              <w:right w:type="dxa" w:w="0"/>
            </w:tcMar>
          </w:tcPr>
          <w:p/>
        </w:tc>
        <w:tc>
          <w:tcPr>
            <w:tcW w:type="dxa" w:w="7901"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370"/>
        </w:trPr>
        <w:tc>
          <w:tcPr>
            <w:tcW w:type="dxa" w:w="10942"/>
            <w:gridSpan w:val="2"/>
            <w:tcMar>
              <w:left w:type="dxa" w:w="0"/>
              <w:right w:type="dxa" w:w="0"/>
            </w:tcMar>
          </w:tcPr>
          <w:p/>
        </w:tc>
      </w:tr>
    </w:tbl>
    <w:p>
      <w:pPr>
        <w:widowControl/>
        <w:wordWrap w:val="0"/>
        <w:autoSpaceDE w:val="0"/>
        <w:autoSpaceDN w:val="0"/>
        <w:spacing w:line="320" w:lineRule="exact" w:before="67" w:after="213"/>
        <w:ind w:left="2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2"/>
        </w:rPr>
        <w:t>.</w:t>
      </w:r>
      <w:r>
        <w:rPr>
          <w:rFonts w:ascii="Times New Roman" w:hAnsi="Times New Roman" w:eastAsia="Times New Roman"/>
          <w:b w:val="0"/>
          <w:color w:val="000000"/>
          <w:spacing w:val="91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Ass</w:t>
      </w:r>
      <w:r>
        <w:rPr>
          <w:rFonts w:ascii="Arial" w:hAnsi="Arial" w:eastAsia="Arial"/>
          <w:b w:val="0"/>
          <w:i w:val="0"/>
          <w:color w:val="000000"/>
          <w:sz w:val="32"/>
        </w:rPr>
        <w:t>.</w:t>
      </w:r>
      <w:r>
        <w:rPr>
          <w:rFonts w:ascii="Times New Roman" w:hAnsi="Times New Roman" w:eastAsia="Times New Roman"/>
          <w:b w:val="0"/>
          <w:color w:val="000000"/>
          <w:spacing w:val="18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Ciência</w:t>
      </w:r>
      <w:r>
        <w:rPr>
          <w:rFonts w:ascii="Times New Roman" w:hAnsi="Times New Roman" w:eastAsia="Times New Roman"/>
          <w:b w:val="0"/>
          <w:color w:val="000000"/>
          <w:spacing w:val="153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e</w:t>
      </w:r>
      <w:r>
        <w:rPr>
          <w:rFonts w:ascii="Times New Roman" w:hAnsi="Times New Roman" w:eastAsia="Times New Roman"/>
          <w:b w:val="0"/>
          <w:color w:val="000000"/>
          <w:spacing w:val="2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temno</w:t>
      </w:r>
      <w:r>
        <w:rPr>
          <w:rFonts w:ascii="Times New Roman" w:hAnsi="Times New Roman" w:eastAsia="Times New Roman"/>
          <w:b w:val="0"/>
          <w:color w:val="000000"/>
          <w:spacing w:val="-9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de</w:t>
      </w:r>
      <w:r>
        <w:rPr>
          <w:rFonts w:ascii="Times New Roman" w:hAnsi="Times New Roman" w:eastAsia="Times New Roman"/>
          <w:b w:val="0"/>
          <w:color w:val="000000"/>
          <w:spacing w:val="24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posse</w:t>
      </w:r>
      <w:r>
        <w:rPr>
          <w:rFonts w:ascii="Arial" w:hAnsi="Arial" w:eastAsia="Arial"/>
          <w:b w:val="0"/>
          <w:i w:val="0"/>
          <w:color w:val="000000"/>
          <w:sz w:val="32"/>
        </w:rPr>
        <w:t>:..</w:t>
      </w:r>
      <w:r>
        <w:rPr>
          <w:rFonts w:ascii="Arial" w:hAnsi="Arial" w:eastAsia="Arial"/>
          <w:b w:val="0"/>
          <w:i w:val="0"/>
          <w:color w:val="000000"/>
          <w:sz w:val="32"/>
        </w:rPr>
        <w:t>bÊ</w:t>
      </w:r>
    </w:p>
    <w:p>
      <w:pPr>
        <w:spacing w:after="0"/>
        <w:sectPr>
          <w:type w:val="continuous"/>
          <w:pgSz w:w="11920" w:h="16820"/>
          <w:pgMar w:top="75" w:right="323" w:bottom="395" w:left="200" w:header="720" w:footer="720" w:gutter="0"/>
          <w:cols w:space="720" w:num="1" w:equalWidth="0">
            <w:col w:w="11397" w:space="0"/>
            <w:col w:w="6156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30" w:lineRule="exact" w:before="1034" w:after="67"/>
        <w:ind w:left="2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"/>
        </w:rPr>
        <w:t>"-</w:t>
      </w:r>
      <w:r>
        <w:rPr>
          <w:rFonts w:ascii="Arial" w:hAnsi="Arial" w:eastAsia="Arial"/>
          <w:b w:val="0"/>
          <w:i w:val="0"/>
          <w:color w:val="000000"/>
          <w:sz w:val="3"/>
        </w:rPr>
        <w:t>n</w:t>
      </w:r>
      <w:r>
        <w:rPr>
          <w:rFonts w:ascii="Arial" w:hAnsi="Arial" w:eastAsia="Arial"/>
          <w:b w:val="0"/>
          <w:i w:val="0"/>
          <w:color w:val="000000"/>
          <w:sz w:val="3"/>
        </w:rPr>
        <w:t>.</w:t>
      </w:r>
      <w:r>
        <w:rPr>
          <w:rFonts w:ascii="Arial" w:hAnsi="Arial" w:eastAsia="Arial"/>
          <w:b w:val="0"/>
          <w:i w:val="0"/>
          <w:color w:val="000000"/>
          <w:sz w:val="3"/>
        </w:rPr>
        <w:t>«</w:t>
      </w:r>
    </w:p>
    <w:p>
      <w:pPr>
        <w:widowControl/>
        <w:wordWrap w:val="0"/>
        <w:autoSpaceDE w:val="0"/>
        <w:autoSpaceDN w:val="0"/>
        <w:spacing w:line="50" w:lineRule="exact" w:before="134" w:after="0"/>
        <w:ind w:left="2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5"/>
        </w:rPr>
        <w:t>'</w:t>
      </w:r>
      <w:r>
        <w:rPr>
          <w:rFonts w:ascii="Times New Roman" w:hAnsi="Times New Roman" w:eastAsia="Times New Roman"/>
          <w:b w:val="0"/>
          <w:color w:val="000000"/>
          <w:spacing w:val="38"/>
          <w:sz w:val="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5"/>
        </w:rPr>
        <w:t>'</w:t>
      </w:r>
      <w:r>
        <w:rPr>
          <w:rFonts w:ascii="Arial" w:hAnsi="Arial" w:eastAsia="Arial"/>
          <w:b w:val="0"/>
          <w:i w:val="0"/>
          <w:color w:val="000000"/>
          <w:sz w:val="5"/>
        </w:rPr>
        <w:t>h</w:t>
      </w:r>
      <w:r>
        <w:rPr>
          <w:rFonts w:ascii="Arial" w:hAnsi="Arial" w:eastAsia="Arial"/>
          <w:b w:val="0"/>
          <w:i w:val="0"/>
          <w:color w:val="000000"/>
          <w:sz w:val="5"/>
        </w:rPr>
        <w:t>.</w:t>
      </w:r>
    </w:p>
    <w:p>
      <w:pPr>
        <w:spacing w:after="0" w:before="0"/>
        <w:sectPr>
          <w:type w:val="continuous"/>
          <w:pgSz w:w="11920" w:h="16820"/>
          <w:pgMar w:top="75" w:right="323" w:bottom="395" w:left="200" w:header="720" w:footer="720" w:gutter="0"/>
          <w:cols w:space="720" w:num="2" w:equalWidth="0">
            <w:col w:w="1716" w:space="0"/>
            <w:col w:w="9681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199" w:after="0"/>
        <w:ind w:left="0" w:right="0"/>
      </w:pPr>
    </w:p>
    <w:tbl>
      <w:tblPr>
        <w:tblW w:type="auto" w:w="0"/>
        <w:tblInd w:type="dxa" w:w="1344"/>
        <w:tblLayout w:type="fixed"/>
        <w:tblLook w:firstColumn="1" w:firstRow="1" w:lastColumn="0" w:lastRow="0" w:noHBand="0" w:noVBand="1" w:val="04A0"/>
      </w:tblPr>
      <w:tblGrid>
        <w:gridCol w:w="5698"/>
        <w:gridCol w:w="5698"/>
      </w:tblGrid>
      <w:tr>
        <w:trPr>
          <w:trHeight w:hRule="exact" w:val="470"/>
        </w:trPr>
        <w:tc>
          <w:tcPr>
            <w:tcW w:type="dxa" w:w="372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300" w:lineRule="exact" w:before="49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0"/>
                <w:vertAlign w:val="superscript"/>
              </w:rPr>
              <w:t>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  <w:vertAlign w:val="superscript"/>
              </w:rPr>
              <w:t>.'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36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j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?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9"/>
                <w:sz w:val="30"/>
              </w:rPr>
              <w:t>4FE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73"/>
                <w:sz w:val="30"/>
              </w:rPr>
              <w:t>(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06"/>
                <w:sz w:val="30"/>
              </w:rPr>
              <w:t>RIG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8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08"/>
                <w:sz w:val="30"/>
              </w:rPr>
              <w:t>MÜ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00"/>
                <w:sz w:val="30"/>
              </w:rPr>
              <w:t>Ü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25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l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iÜ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56"/>
                <w:sz w:val="30"/>
              </w:rPr>
              <w:t>;:?'}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6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43"/>
                <w:sz w:val="30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5"/>
                <w:sz w:val="30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0"/>
              </w:rPr>
              <w:t>l</w:t>
            </w:r>
          </w:p>
        </w:tc>
        <w:tc>
          <w:tcPr>
            <w:tcW w:type="dxa" w:w="3772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10" w:lineRule="exact" w:before="0" w:after="0"/>
              <w:ind w:left="757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2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9"/>
                <w:sz w:val="2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WGlmo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8"/>
                <w:sz w:val="2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23"/>
                <w:sz w:val="21"/>
              </w:rPr>
              <w:t>CRIEo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3"/>
                <w:sz w:val="2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i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24"/>
                <w:sz w:val="2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40"/>
                <w:sz w:val="21"/>
              </w:rPr>
              <w:t>PENOJUm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1"/>
                <w:sz w:val="2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1"/>
              </w:rPr>
              <w:t>lnlcA</w:t>
            </w:r>
          </w:p>
        </w:tc>
      </w:tr>
    </w:tbl>
    <w:p>
      <w:pPr>
        <w:widowControl/>
        <w:wordWrap w:val="0"/>
        <w:autoSpaceDE w:val="0"/>
        <w:autoSpaceDN w:val="0"/>
        <w:spacing w:line="150" w:lineRule="exact" w:before="97" w:after="8"/>
        <w:ind w:left="1784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5"/>
        </w:rPr>
        <w:t>.'</w:t>
      </w:r>
      <w:r>
        <w:rPr>
          <w:rFonts w:ascii="Times New Roman" w:hAnsi="Times New Roman" w:eastAsia="Times New Roman"/>
          <w:b w:val="0"/>
          <w:color w:val="000000"/>
          <w:spacing w:val="72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ó</w:t>
      </w:r>
      <w:r>
        <w:rPr>
          <w:rFonts w:ascii="Times New Roman" w:hAnsi="Times New Roman" w:eastAsia="Times New Roman"/>
          <w:b w:val="0"/>
          <w:color w:val="000000"/>
          <w:spacing w:val="159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f</w:t>
      </w:r>
      <w:r>
        <w:rPr>
          <w:rFonts w:ascii="Times New Roman" w:hAnsi="Times New Roman" w:eastAsia="Times New Roman"/>
          <w:b w:val="0"/>
          <w:color w:val="000000"/>
          <w:spacing w:val="241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c</w:t>
      </w:r>
      <w:r>
        <w:rPr>
          <w:rFonts w:ascii="Times New Roman" w:hAnsi="Times New Roman" w:eastAsia="Times New Roman"/>
          <w:b w:val="0"/>
          <w:color w:val="000000"/>
          <w:spacing w:val="88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ç</w:t>
      </w:r>
      <w:r>
        <w:rPr>
          <w:rFonts w:ascii="Times New Roman" w:hAnsi="Times New Roman" w:eastAsia="Times New Roman"/>
          <w:b w:val="0"/>
          <w:color w:val="000000"/>
          <w:spacing w:val="408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í</w:t>
      </w:r>
      <w:r>
        <w:rPr>
          <w:rFonts w:ascii="Times New Roman" w:hAnsi="Times New Roman" w:eastAsia="Times New Roman"/>
          <w:b w:val="0"/>
          <w:color w:val="000000"/>
          <w:spacing w:val="101"/>
          <w:sz w:val="1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15"/>
        </w:rPr>
        <w:t>..</w:t>
      </w:r>
      <w:r>
        <w:rPr>
          <w:rFonts w:ascii="Arial" w:hAnsi="Arial" w:eastAsia="Arial"/>
          <w:b w:val="0"/>
          <w:i w:val="0"/>
          <w:color w:val="000000"/>
          <w:sz w:val="15"/>
        </w:rPr>
        <w:t>1</w:t>
      </w:r>
      <w:r>
        <w:rPr>
          <w:rFonts w:ascii="Arial" w:hAnsi="Arial" w:eastAsia="Arial"/>
          <w:b w:val="0"/>
          <w:i w:val="0"/>
          <w:color w:val="000000"/>
          <w:sz w:val="15"/>
        </w:rPr>
        <w:t>.</w:t>
      </w:r>
      <w:r>
        <w:rPr>
          <w:rFonts w:ascii="Arial" w:hAnsi="Arial" w:eastAsia="Arial"/>
          <w:b w:val="0"/>
          <w:i w:val="0"/>
          <w:color w:val="000000"/>
          <w:sz w:val="15"/>
        </w:rPr>
        <w:t>2</w:t>
      </w:r>
    </w:p>
    <w:p>
      <w:pPr>
        <w:widowControl/>
        <w:wordWrap w:val="0"/>
        <w:autoSpaceDE w:val="0"/>
        <w:autoSpaceDN w:val="0"/>
        <w:spacing w:line="320" w:lineRule="exact" w:before="17" w:after="0"/>
        <w:ind w:left="6244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2"/>
        </w:rPr>
        <w:t>N</w:t>
      </w:r>
      <w:r>
        <w:rPr>
          <w:rFonts w:ascii="Arial" w:hAnsi="Arial" w:eastAsia="Arial"/>
          <w:b w:val="0"/>
          <w:i w:val="0"/>
          <w:color w:val="000000"/>
          <w:sz w:val="32"/>
        </w:rPr>
        <w:t>'</w:t>
      </w:r>
      <w:r>
        <w:rPr>
          <w:rFonts w:ascii="Arial" w:hAnsi="Arial" w:eastAsia="Arial"/>
          <w:b w:val="0"/>
          <w:i w:val="0"/>
          <w:color w:val="000000"/>
          <w:sz w:val="32"/>
        </w:rPr>
        <w:t>3</w:t>
      </w:r>
      <w:r>
        <w:rPr>
          <w:rFonts w:ascii="Times New Roman" w:hAnsi="Times New Roman" w:eastAsia="Times New Roman"/>
          <w:b w:val="0"/>
          <w:color w:val="000000"/>
          <w:spacing w:val="2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2</w:t>
      </w:r>
      <w:r>
        <w:rPr>
          <w:rFonts w:ascii="Times New Roman" w:hAnsi="Times New Roman" w:eastAsia="Times New Roman"/>
          <w:b w:val="0"/>
          <w:color w:val="000000"/>
          <w:spacing w:val="22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2</w:t>
      </w:r>
      <w:r>
        <w:rPr>
          <w:rFonts w:ascii="Times New Roman" w:hAnsi="Times New Roman" w:eastAsia="Times New Roman"/>
          <w:b w:val="0"/>
          <w:color w:val="000000"/>
          <w:spacing w:val="-18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7</w:t>
      </w:r>
      <w:r>
        <w:rPr>
          <w:rFonts w:ascii="Times New Roman" w:hAnsi="Times New Roman" w:eastAsia="Times New Roman"/>
          <w:b w:val="0"/>
          <w:color w:val="000000"/>
          <w:spacing w:val="2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4</w:t>
      </w:r>
    </w:p>
    <w:p>
      <w:pPr>
        <w:spacing w:after="0"/>
        <w:sectPr>
          <w:type w:val="nextColumn"/>
          <w:pgSz w:w="11920" w:h="16820"/>
          <w:pgMar w:top="75" w:right="323" w:bottom="395" w:left="200" w:header="720" w:footer="720" w:gutter="0"/>
          <w:cols w:space="720" w:num="2" w:equalWidth="0">
            <w:col w:w="1716" w:space="0"/>
            <w:col w:w="9681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0" w:after="73"/>
        <w:ind w:left="0" w:right="0"/>
      </w:pPr>
      <w:r>
        <w:drawing>
          <wp:anchor xmlns:a="http://schemas.openxmlformats.org/drawingml/2006/main" xmlns:pic="http://schemas.openxmlformats.org/drawingml/2006/picture" distT="0" distB="0" distL="0" distR="0" simplePos="0" relativeHeight="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200" cy="10680700"/>
            <wp:wrapNone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0700"/>
                    </a:xfrm>
                    <a:prstGeom prst="rect"/>
                  </pic:spPr>
                </pic:pic>
              </a:graphicData>
            </a:graphic>
          </wp:anchor>
        </w:drawing>
      </w:r>
      <w:r>
        <w:pict>
          <v:shape path="m,l,1000r1000,l1000,xe" filled="f" stroked="f" style="margin-left:136.0pt;margin-top:86.48pt;width:137.39pt;height:17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2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Cel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9"/>
                      <w:sz w:val="32"/>
                    </w:rPr>
                    <w:t>.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62"/>
                      <w:sz w:val="32"/>
                    </w:rPr>
                    <w:t>l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18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l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78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-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27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96136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-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1796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263.0pt;margin-top:86.48pt;width:196.38pt;height:17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2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-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41"/>
                      <w:sz w:val="32"/>
                    </w:rPr>
                    <w:t>11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24"/>
                      <w:sz w:val="32"/>
                    </w:rPr>
                    <w:t>-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2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98602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-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27"/>
                      <w:sz w:val="32"/>
                    </w:rPr>
                    <w:t>9746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-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27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cel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.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38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971561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450.0pt;margin-top:86.48pt;width:102.03pt;height:17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32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11"/>
                      <w:sz w:val="32"/>
                    </w:rPr>
                    <w:t>019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pacing w:val="-73"/>
                      <w:sz w:val="32"/>
                    </w:rPr>
                    <w:t>-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7"/>
                      <w:sz w:val="3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-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Whbapp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2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124.0pt;margin-top:77.96pt;width:102.69pt;height:10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18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Oocu®eíibêbbóQdó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: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bela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: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244.0pt;margin-top:77.96pt;width:88.53pt;height:10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18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QNG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15"/>
                      <w:sz w:val="1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ÜSAó6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: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BN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$$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O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$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343.0pt;margin-top:77.96pt;width:160.5pt;height:10.0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18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: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eá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65"/>
                      <w:sz w:val="1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95"/>
                      <w:sz w:val="1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G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5"/>
                      <w:sz w:val="1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CA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$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EeEDH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.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SQNCEARA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105"/>
                      <w:sz w:val="1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: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65"/>
                      <w:sz w:val="18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18"/>
                    </w:rPr>
                    <w:t>:</w:t>
                  </w:r>
                </w:p>
              </w:txbxContent>
            </v:textbox>
            <w10:wrap type="none"/>
          </v:shape>
        </w:pict>
      </w:r>
      <w:r>
        <w:pict>
          <v:shape path="m,l,1000r1000,l1000,xe" filled="f" stroked="f" style="margin-left:74.0pt;margin-top:53.05pt;width:454.53pt;height:26.5pt;rotation:0;position:absolute;mso-position-horizontal-relative:page;mso-position-vertical-relative:page">
            <v:textbox inset="0,0,0,0" style="mso-rotate-with-shape:t">
              <w:txbxContent>
                <w:p>
                  <w:pPr>
                    <w:widowControl/>
                    <w:wordWrap w:val="0"/>
                    <w:autoSpaceDE w:val="0"/>
                    <w:autoSpaceDN w:val="0"/>
                    <w:spacing w:line="510" w:lineRule="exact" w:before="0" w:after="0"/>
                    <w:ind w:left="0" w:right="0" w:firstLine="0"/>
                    <w:jc w:val="left"/>
                  </w:pP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7"/>
                    </w:rPr>
                    <w:t>ONG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30"/>
                      <w:sz w:val="51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51"/>
                    </w:rPr>
                    <w:t>: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78"/>
                      <w:sz w:val="40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0"/>
                    </w:rPr>
                    <w:t>INSTITUTO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31"/>
                      <w:sz w:val="39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39"/>
                    </w:rPr>
                    <w:t>DE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7"/>
                      <w:sz w:val="4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2"/>
                    </w:rPr>
                    <w:t>CIDAD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2"/>
                    </w:rPr>
                    <w:t>.\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2"/>
                    </w:rPr>
                    <w:t>NIA</w:t>
                  </w:r>
                  <w:r>
                    <w:rPr>
                      <w:rFonts w:ascii="Times New Roman" w:hAnsi="Times New Roman" w:eastAsia="Times New Roman"/>
                      <w:b w:val="0"/>
                      <w:color w:val="000000"/>
                      <w:spacing w:val="-5"/>
                      <w:sz w:val="42"/>
                    </w:rPr>
                    <w:t xml:space="preserve"> </w:t>
                  </w:r>
                  <w:r>
                    <w:rPr>
                      <w:rFonts w:ascii="Arial" w:hAnsi="Arial" w:eastAsia="Arial"/>
                      <w:b w:val="0"/>
                      <w:i w:val="0"/>
                      <w:color w:val="000000"/>
                      <w:sz w:val="42"/>
                    </w:rPr>
                    <w:t>PORTELINlIA</w:t>
                  </w:r>
                </w:p>
              </w:txbxContent>
            </v:textbox>
            <w10:wrap type="none"/>
          </v:shape>
        </w:pict>
      </w:r>
    </w:p>
    <w:p>
      <w:pPr>
        <w:widowControl/>
        <w:wordWrap w:val="0"/>
        <w:autoSpaceDE w:val="0"/>
        <w:autoSpaceDN w:val="0"/>
        <w:spacing w:line="260" w:lineRule="exact" w:before="174" w:after="68"/>
        <w:ind w:left="105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6"/>
        </w:rPr>
        <w:t>4bo</w:t>
      </w:r>
    </w:p>
    <w:p>
      <w:pPr>
        <w:widowControl/>
        <w:wordWrap w:val="0"/>
        <w:autoSpaceDE w:val="0"/>
        <w:autoSpaceDN w:val="0"/>
        <w:spacing w:line="14" w:lineRule="exact" w:before="123" w:after="0"/>
        <w:ind w:left="0" w:right="0"/>
      </w:pPr>
    </w:p>
    <w:tbl>
      <w:tblPr>
        <w:tblW w:type="auto" w:w="0"/>
        <w:tblInd w:type="dxa" w:w="1140"/>
        <w:tblLayout w:type="fixed"/>
        <w:tblLook w:firstColumn="1" w:firstRow="1" w:lastColumn="0" w:lastRow="0" w:noHBand="0" w:noVBand="1" w:val="04A0"/>
      </w:tblPr>
      <w:tblGrid>
        <w:gridCol w:w="3799"/>
        <w:gridCol w:w="3799"/>
        <w:gridCol w:w="3799"/>
      </w:tblGrid>
      <w:tr>
        <w:trPr>
          <w:trHeight w:hRule="exact" w:val="832"/>
        </w:trPr>
        <w:tc>
          <w:tcPr>
            <w:tcW w:type="dxa" w:w="10217"/>
            <w:gridSpan w:val="3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90" w:lineRule="exact" w:before="0" w:after="0"/>
              <w:ind w:left="900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h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6"/>
                <w:sz w:val="29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4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.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55"/>
                <w:sz w:val="29"/>
              </w:rPr>
              <w:t>321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1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9"/>
              </w:rPr>
              <w:t>,'</w:t>
            </w:r>
          </w:p>
        </w:tc>
      </w:tr>
      <w:tr>
        <w:trPr>
          <w:trHeight w:hRule="exact" w:val="169"/>
        </w:trPr>
        <w:tc>
          <w:tcPr>
            <w:tcW w:type="dxa" w:w="3242"/>
            <w:tcMar>
              <w:left w:type="dxa" w:w="0"/>
              <w:right w:type="dxa" w:w="0"/>
            </w:tcMar>
          </w:tcPr>
          <w:p/>
        </w:tc>
        <w:tc>
          <w:tcPr>
            <w:tcW w:type="dxa" w:w="2048"/>
            <w:tcMar>
              <w:left w:type="dxa" w:w="0"/>
              <w:right w:type="dxa" w:w="0"/>
            </w:tcMar>
          </w:tcPr>
          <w:p/>
        </w:tc>
        <w:tc>
          <w:tcPr>
            <w:tcW w:type="dxa" w:w="4927"/>
            <w:tcMar>
              <w:left w:type="dxa" w:w="0"/>
              <w:right w:type="dxa" w:w="0"/>
            </w:tcMar>
          </w:tcPr>
          <w:p/>
        </w:tc>
      </w:tr>
      <w:tr>
        <w:trPr>
          <w:trHeight w:hRule="exact" w:val="315"/>
        </w:trPr>
        <w:tc>
          <w:tcPr>
            <w:tcW w:type="dxa" w:w="10217"/>
            <w:gridSpan w:val="3"/>
            <w:tcMar>
              <w:left w:type="dxa" w:w="0"/>
              <w:right w:type="dxa" w:w="0"/>
            </w:tcMar>
          </w:tcPr>
          <w:p/>
        </w:tc>
      </w:tr>
    </w:tbl>
    <w:p>
      <w:pPr>
        <w:widowControl/>
        <w:wordWrap w:val="0"/>
        <w:autoSpaceDE w:val="0"/>
        <w:autoSpaceDN w:val="0"/>
        <w:spacing w:line="290" w:lineRule="exact" w:before="623" w:after="3"/>
        <w:ind w:left="8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Concluídos</w:t>
      </w:r>
      <w:r>
        <w:rPr>
          <w:rFonts w:ascii="Arial" w:hAnsi="Arial" w:eastAsia="Arial"/>
          <w:b w:val="0"/>
          <w:i w:val="0"/>
          <w:color w:val="000000"/>
          <w:sz w:val="29"/>
        </w:rPr>
        <w:t>os</w:t>
      </w:r>
      <w:r>
        <w:rPr>
          <w:rFonts w:ascii="Times New Roman" w:hAnsi="Times New Roman" w:eastAsia="Times New Roman"/>
          <w:b w:val="0"/>
          <w:color w:val="000000"/>
          <w:spacing w:val="1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trabalhos</w:t>
      </w:r>
      <w:r>
        <w:rPr>
          <w:rFonts w:ascii="Arial" w:hAnsi="Arial" w:eastAsia="Arial"/>
          <w:b w:val="0"/>
          <w:i w:val="0"/>
          <w:color w:val="000000"/>
          <w:sz w:val="29"/>
        </w:rPr>
        <w:t>,</w:t>
      </w:r>
      <w:r>
        <w:rPr>
          <w:rFonts w:ascii="Times New Roman" w:hAnsi="Times New Roman" w:eastAsia="Times New Roman"/>
          <w:b w:val="0"/>
          <w:color w:val="000000"/>
          <w:spacing w:val="3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e</w:t>
      </w:r>
      <w:r>
        <w:rPr>
          <w:rFonts w:ascii="Times New Roman" w:hAnsi="Times New Roman" w:eastAsia="Times New Roman"/>
          <w:b w:val="0"/>
          <w:color w:val="000000"/>
          <w:spacing w:val="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obedecendo</w:t>
      </w:r>
      <w:r>
        <w:rPr>
          <w:rFonts w:ascii="Times New Roman" w:hAnsi="Times New Roman" w:eastAsia="Times New Roman"/>
          <w:b w:val="0"/>
          <w:color w:val="000000"/>
          <w:spacing w:val="-29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aos</w:t>
      </w:r>
      <w:r>
        <w:rPr>
          <w:rFonts w:ascii="Times New Roman" w:hAnsi="Times New Roman" w:eastAsia="Times New Roman"/>
          <w:b w:val="0"/>
          <w:color w:val="000000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ritos</w:t>
      </w:r>
      <w:r>
        <w:rPr>
          <w:rFonts w:ascii="Times New Roman" w:hAnsi="Times New Roman" w:eastAsia="Times New Roman"/>
          <w:b w:val="0"/>
          <w:color w:val="000000"/>
          <w:spacing w:val="60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do</w:t>
      </w:r>
      <w:r>
        <w:rPr>
          <w:rFonts w:ascii="Times New Roman" w:hAnsi="Times New Roman" w:eastAsia="Times New Roman"/>
          <w:b w:val="0"/>
          <w:color w:val="000000"/>
          <w:spacing w:val="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Estatuto</w:t>
      </w:r>
      <w:r>
        <w:rPr>
          <w:rFonts w:ascii="Times New Roman" w:hAnsi="Times New Roman" w:eastAsia="Times New Roman"/>
          <w:b w:val="0"/>
          <w:color w:val="000000"/>
          <w:spacing w:val="2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$</w:t>
      </w:r>
      <w:r>
        <w:rPr>
          <w:rFonts w:ascii="Arial" w:hAnsi="Arial" w:eastAsia="Arial"/>
          <w:b w:val="0"/>
          <w:i w:val="0"/>
          <w:color w:val="000000"/>
          <w:sz w:val="29"/>
        </w:rPr>
        <w:t>oelal</w:t>
      </w:r>
      <w:r>
        <w:rPr>
          <w:rFonts w:ascii="Arial" w:hAnsi="Arial" w:eastAsia="Arial"/>
          <w:b w:val="0"/>
          <w:i w:val="0"/>
          <w:color w:val="000000"/>
          <w:sz w:val="29"/>
        </w:rPr>
        <w:t>,</w:t>
      </w:r>
      <w:r>
        <w:rPr>
          <w:rFonts w:ascii="Times New Roman" w:hAnsi="Times New Roman" w:eastAsia="Times New Roman"/>
          <w:b w:val="0"/>
          <w:color w:val="000000"/>
          <w:spacing w:val="3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</w:t>
      </w:r>
      <w:r>
        <w:rPr>
          <w:rFonts w:ascii="Times New Roman" w:hAnsi="Times New Roman" w:eastAsia="Times New Roman"/>
          <w:b w:val="0"/>
          <w:color w:val="000000"/>
          <w:spacing w:val="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Senhora</w:t>
      </w:r>
    </w:p>
    <w:p>
      <w:pPr>
        <w:widowControl/>
        <w:wordWrap w:val="0"/>
        <w:autoSpaceDE w:val="0"/>
        <w:autoSpaceDN w:val="0"/>
        <w:spacing w:line="320" w:lineRule="exact" w:before="6" w:after="22"/>
        <w:ind w:left="3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2"/>
        </w:rPr>
        <w:t>Presidente</w:t>
      </w:r>
      <w:r>
        <w:rPr>
          <w:rFonts w:ascii="Times New Roman" w:hAnsi="Times New Roman" w:eastAsia="Times New Roman"/>
          <w:b w:val="0"/>
          <w:color w:val="000000"/>
          <w:spacing w:val="70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deelam</w:t>
      </w:r>
      <w:r>
        <w:rPr>
          <w:rFonts w:ascii="Times New Roman" w:hAnsi="Times New Roman" w:eastAsia="Times New Roman"/>
          <w:b w:val="0"/>
          <w:color w:val="000000"/>
          <w:spacing w:val="-9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que</w:t>
      </w:r>
      <w:r>
        <w:rPr>
          <w:rFonts w:ascii="Times New Roman" w:hAnsi="Times New Roman" w:eastAsia="Times New Roman"/>
          <w:b w:val="0"/>
          <w:color w:val="000000"/>
          <w:spacing w:val="6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as</w:t>
      </w:r>
      <w:r>
        <w:rPr>
          <w:rFonts w:ascii="Times New Roman" w:hAnsi="Times New Roman" w:eastAsia="Times New Roman"/>
          <w:b w:val="0"/>
          <w:color w:val="000000"/>
          <w:spacing w:val="62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7"/>
          <w:sz w:val="32"/>
        </w:rPr>
        <w:t>deliberaçõest</w:t>
      </w:r>
      <w:r>
        <w:rPr>
          <w:rFonts w:ascii="Times New Roman" w:hAnsi="Times New Roman" w:eastAsia="Times New Roman"/>
          <w:b w:val="0"/>
          <w:color w:val="000000"/>
          <w:spacing w:val="-25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omadas</w:t>
      </w:r>
      <w:r>
        <w:rPr>
          <w:rFonts w:ascii="Times New Roman" w:hAnsi="Times New Roman" w:eastAsia="Times New Roman"/>
          <w:b w:val="0"/>
          <w:color w:val="000000"/>
          <w:spacing w:val="-27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na</w:t>
      </w:r>
      <w:r>
        <w:rPr>
          <w:rFonts w:ascii="Times New Roman" w:hAnsi="Times New Roman" w:eastAsia="Times New Roman"/>
          <w:b w:val="0"/>
          <w:color w:val="000000"/>
          <w:spacing w:val="44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16"/>
          <w:sz w:val="32"/>
        </w:rPr>
        <w:t>assemblélae</w:t>
      </w:r>
      <w:r>
        <w:rPr>
          <w:rFonts w:ascii="Times New Roman" w:hAnsi="Times New Roman" w:eastAsia="Times New Roman"/>
          <w:b w:val="0"/>
          <w:color w:val="000000"/>
          <w:spacing w:val="80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m</w:t>
      </w:r>
      <w:r>
        <w:rPr>
          <w:rFonts w:ascii="Times New Roman" w:hAnsi="Times New Roman" w:eastAsia="Times New Roman"/>
          <w:b w:val="0"/>
          <w:color w:val="000000"/>
          <w:spacing w:val="16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questão</w:t>
      </w:r>
      <w:r>
        <w:rPr>
          <w:rFonts w:ascii="Arial" w:hAnsi="Arial" w:eastAsia="Arial"/>
          <w:b w:val="0"/>
          <w:i w:val="0"/>
          <w:color w:val="000000"/>
          <w:sz w:val="32"/>
        </w:rPr>
        <w:t>,</w:t>
      </w:r>
    </w:p>
    <w:p>
      <w:pPr>
        <w:widowControl/>
        <w:wordWrap w:val="0"/>
        <w:autoSpaceDE w:val="0"/>
        <w:autoSpaceDN w:val="0"/>
        <w:spacing w:line="290" w:lineRule="exact" w:before="43" w:after="25"/>
        <w:ind w:left="3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obs©rvanam</w:t>
      </w:r>
      <w:r>
        <w:rPr>
          <w:rFonts w:ascii="Arial" w:hAnsi="Arial" w:eastAsia="Arial"/>
          <w:b w:val="0"/>
          <w:i w:val="0"/>
          <w:color w:val="000000"/>
          <w:sz w:val="29"/>
        </w:rPr>
        <w:t>rlgoraaamente</w:t>
      </w:r>
      <w:r>
        <w:rPr>
          <w:rFonts w:ascii="Arial" w:hAnsi="Arial" w:eastAsia="Arial"/>
          <w:b w:val="0"/>
          <w:i w:val="0"/>
          <w:color w:val="000000"/>
          <w:sz w:val="29"/>
        </w:rPr>
        <w:t>,</w:t>
      </w:r>
      <w:r>
        <w:rPr>
          <w:rFonts w:ascii="Times New Roman" w:hAnsi="Times New Roman" w:eastAsia="Times New Roman"/>
          <w:b w:val="0"/>
          <w:color w:val="000000"/>
          <w:spacing w:val="77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o</w:t>
      </w:r>
      <w:r>
        <w:rPr>
          <w:rFonts w:ascii="Times New Roman" w:hAnsi="Times New Roman" w:eastAsia="Times New Roman"/>
          <w:b w:val="0"/>
          <w:color w:val="000000"/>
          <w:spacing w:val="10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quorum</w:t>
      </w:r>
      <w:r>
        <w:rPr>
          <w:rFonts w:ascii="Times New Roman" w:hAnsi="Times New Roman" w:eastAsia="Times New Roman"/>
          <w:b w:val="0"/>
          <w:color w:val="000000"/>
          <w:spacing w:val="6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previsto</w:t>
      </w:r>
      <w:r>
        <w:rPr>
          <w:rFonts w:ascii="Times New Roman" w:hAnsi="Times New Roman" w:eastAsia="Times New Roman"/>
          <w:b w:val="0"/>
          <w:color w:val="000000"/>
          <w:spacing w:val="112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no</w:t>
      </w:r>
      <w:r>
        <w:rPr>
          <w:rFonts w:ascii="Times New Roman" w:hAnsi="Times New Roman" w:eastAsia="Times New Roman"/>
          <w:b w:val="0"/>
          <w:color w:val="000000"/>
          <w:spacing w:val="8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estatuto</w:t>
      </w:r>
      <w:r>
        <w:rPr>
          <w:rFonts w:ascii="Times New Roman" w:hAnsi="Times New Roman" w:eastAsia="Times New Roman"/>
          <w:b w:val="0"/>
          <w:color w:val="000000"/>
          <w:spacing w:val="13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soelal</w:t>
      </w:r>
      <w:r>
        <w:rPr>
          <w:rFonts w:ascii="Times New Roman" w:hAnsi="Times New Roman" w:eastAsia="Times New Roman"/>
          <w:b w:val="0"/>
          <w:color w:val="000000"/>
          <w:spacing w:val="450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em</w:t>
      </w:r>
      <w:r>
        <w:rPr>
          <w:rFonts w:ascii="Times New Roman" w:hAnsi="Times New Roman" w:eastAsia="Times New Roman"/>
          <w:b w:val="0"/>
          <w:color w:val="000000"/>
          <w:spacing w:val="8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vigor</w:t>
      </w:r>
      <w:r>
        <w:rPr>
          <w:rFonts w:ascii="Arial" w:hAnsi="Arial" w:eastAsia="Arial"/>
          <w:b w:val="0"/>
          <w:i w:val="0"/>
          <w:color w:val="000000"/>
          <w:sz w:val="29"/>
        </w:rPr>
        <w:t>,</w:t>
      </w:r>
    </w:p>
    <w:p>
      <w:pPr>
        <w:widowControl/>
        <w:wordWrap w:val="0"/>
        <w:autoSpaceDE w:val="0"/>
        <w:autoSpaceDN w:val="0"/>
        <w:spacing w:line="290" w:lineRule="exact" w:before="50" w:after="11"/>
        <w:ind w:left="3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passando</w:t>
      </w:r>
      <w:r>
        <w:rPr>
          <w:rFonts w:ascii="Times New Roman" w:hAnsi="Times New Roman" w:eastAsia="Times New Roman"/>
          <w:b w:val="0"/>
          <w:color w:val="000000"/>
          <w:spacing w:val="-30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</w:t>
      </w:r>
      <w:r>
        <w:rPr>
          <w:rFonts w:ascii="Times New Roman" w:hAnsi="Times New Roman" w:eastAsia="Times New Roman"/>
          <w:b w:val="0"/>
          <w:color w:val="000000"/>
          <w:spacing w:val="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palavra</w:t>
      </w:r>
      <w:r>
        <w:rPr>
          <w:rFonts w:ascii="Times New Roman" w:hAnsi="Times New Roman" w:eastAsia="Times New Roman"/>
          <w:b w:val="0"/>
          <w:color w:val="000000"/>
          <w:spacing w:val="-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pacing w:val="-32"/>
          <w:sz w:val="29"/>
        </w:rPr>
        <w:t>papaq</w:t>
      </w:r>
      <w:r>
        <w:rPr>
          <w:rFonts w:ascii="Times New Roman" w:hAnsi="Times New Roman" w:eastAsia="Times New Roman"/>
          <w:b w:val="0"/>
          <w:color w:val="000000"/>
          <w:spacing w:val="8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uem</w:t>
      </w:r>
      <w:r>
        <w:rPr>
          <w:rFonts w:ascii="Times New Roman" w:hAnsi="Times New Roman" w:eastAsia="Times New Roman"/>
          <w:b w:val="0"/>
          <w:color w:val="000000"/>
          <w:spacing w:val="-18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qulsess©</w:t>
      </w:r>
      <w:r>
        <w:rPr>
          <w:rFonts w:ascii="Arial" w:hAnsi="Arial" w:eastAsia="Arial"/>
          <w:b w:val="0"/>
          <w:i w:val="0"/>
          <w:color w:val="000000"/>
          <w:sz w:val="29"/>
        </w:rPr>
        <w:t>se</w:t>
      </w:r>
      <w:r>
        <w:rPr>
          <w:rFonts w:ascii="Times New Roman" w:hAnsi="Times New Roman" w:eastAsia="Times New Roman"/>
          <w:b w:val="0"/>
          <w:color w:val="000000"/>
          <w:spacing w:val="1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manlfóstar</w:t>
      </w:r>
      <w:r>
        <w:rPr>
          <w:rFonts w:ascii="Times New Roman" w:hAnsi="Times New Roman" w:eastAsia="Times New Roman"/>
          <w:b w:val="0"/>
          <w:color w:val="000000"/>
          <w:spacing w:val="14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e</w:t>
      </w:r>
      <w:r>
        <w:rPr>
          <w:rFonts w:ascii="Arial" w:hAnsi="Arial" w:eastAsia="Arial"/>
          <w:b w:val="0"/>
          <w:i w:val="0"/>
          <w:color w:val="000000"/>
          <w:sz w:val="29"/>
        </w:rPr>
        <w:t>,</w:t>
      </w:r>
      <w:r>
        <w:rPr>
          <w:rFonts w:ascii="Times New Roman" w:hAnsi="Times New Roman" w:eastAsia="Times New Roman"/>
          <w:b w:val="0"/>
          <w:color w:val="000000"/>
          <w:spacing w:val="6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na</w:t>
      </w:r>
      <w:r>
        <w:rPr>
          <w:rFonts w:ascii="Times New Roman" w:hAnsi="Times New Roman" w:eastAsia="Times New Roman"/>
          <w:b w:val="0"/>
          <w:color w:val="000000"/>
          <w:spacing w:val="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aus</w:t>
      </w:r>
      <w:r>
        <w:rPr>
          <w:rFonts w:ascii="Arial" w:hAnsi="Arial" w:eastAsia="Arial"/>
          <w:b w:val="0"/>
          <w:i w:val="0"/>
          <w:color w:val="000000"/>
          <w:sz w:val="29"/>
        </w:rPr>
        <w:t>&amp;</w:t>
      </w:r>
      <w:r>
        <w:rPr>
          <w:rFonts w:ascii="Arial" w:hAnsi="Arial" w:eastAsia="Arial"/>
          <w:b w:val="0"/>
          <w:i w:val="0"/>
          <w:color w:val="000000"/>
          <w:sz w:val="29"/>
        </w:rPr>
        <w:t>nela</w:t>
      </w:r>
      <w:r>
        <w:rPr>
          <w:rFonts w:ascii="Arial" w:hAnsi="Arial" w:eastAsia="Arial"/>
          <w:b w:val="0"/>
          <w:i w:val="0"/>
          <w:color w:val="000000"/>
          <w:sz w:val="29"/>
        </w:rPr>
        <w:t>de</w:t>
      </w:r>
      <w:r>
        <w:rPr>
          <w:rFonts w:ascii="Times New Roman" w:hAnsi="Times New Roman" w:eastAsia="Times New Roman"/>
          <w:b w:val="0"/>
          <w:color w:val="000000"/>
          <w:spacing w:val="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manifesto</w:t>
      </w:r>
      <w:r>
        <w:rPr>
          <w:rFonts w:ascii="Arial" w:hAnsi="Arial" w:eastAsia="Arial"/>
          <w:b w:val="0"/>
          <w:i w:val="0"/>
          <w:color w:val="000000"/>
          <w:sz w:val="29"/>
        </w:rPr>
        <w:t>,</w:t>
      </w:r>
    </w:p>
    <w:p>
      <w:pPr>
        <w:widowControl/>
        <w:wordWrap w:val="0"/>
        <w:autoSpaceDE w:val="0"/>
        <w:autoSpaceDN w:val="0"/>
        <w:spacing w:line="300" w:lineRule="exact" w:before="22" w:after="35"/>
        <w:ind w:left="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0"/>
        </w:rPr>
        <w:t>'</w:t>
      </w:r>
      <w:r>
        <w:rPr>
          <w:rFonts w:ascii="Times New Roman" w:hAnsi="Times New Roman" w:eastAsia="Times New Roman"/>
          <w:b w:val="0"/>
          <w:color w:val="000000"/>
          <w:spacing w:val="12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gamo</w:t>
      </w:r>
      <w:r>
        <w:rPr>
          <w:rFonts w:ascii="Times New Roman" w:hAnsi="Times New Roman" w:eastAsia="Times New Roman"/>
          <w:b w:val="0"/>
          <w:color w:val="000000"/>
          <w:spacing w:val="-25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nada</w:t>
      </w:r>
      <w:r>
        <w:rPr>
          <w:rFonts w:ascii="Times New Roman" w:hAnsi="Times New Roman" w:eastAsia="Times New Roman"/>
          <w:b w:val="0"/>
          <w:color w:val="000000"/>
          <w:spacing w:val="-22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mais</w:t>
      </w:r>
      <w:r>
        <w:rPr>
          <w:rFonts w:ascii="Times New Roman" w:hAnsi="Times New Roman" w:eastAsia="Times New Roman"/>
          <w:b w:val="0"/>
          <w:color w:val="000000"/>
          <w:spacing w:val="-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hnria</w:t>
      </w:r>
      <w:r>
        <w:rPr>
          <w:rFonts w:ascii="Times New Roman" w:hAnsi="Times New Roman" w:eastAsia="Times New Roman"/>
          <w:b w:val="0"/>
          <w:color w:val="000000"/>
          <w:spacing w:val="5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pam</w:t>
      </w:r>
      <w:r>
        <w:rPr>
          <w:rFonts w:ascii="Times New Roman" w:hAnsi="Times New Roman" w:eastAsia="Times New Roman"/>
          <w:b w:val="0"/>
          <w:color w:val="000000"/>
          <w:spacing w:val="2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ser</w:t>
      </w:r>
      <w:r>
        <w:rPr>
          <w:rFonts w:ascii="Times New Roman" w:hAnsi="Times New Roman" w:eastAsia="Times New Roman"/>
          <w:b w:val="0"/>
          <w:color w:val="000000"/>
          <w:spacing w:val="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tratado</w:t>
      </w:r>
      <w:r>
        <w:rPr>
          <w:rFonts w:ascii="Arial" w:hAnsi="Arial" w:eastAsia="Arial"/>
          <w:b w:val="0"/>
          <w:i w:val="0"/>
          <w:color w:val="000000"/>
          <w:sz w:val="30"/>
        </w:rPr>
        <w:t>,</w:t>
      </w:r>
      <w:r>
        <w:rPr>
          <w:rFonts w:ascii="Times New Roman" w:hAnsi="Times New Roman" w:eastAsia="Times New Roman"/>
          <w:b w:val="0"/>
          <w:color w:val="000000"/>
          <w:spacing w:val="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agradeceu</w:t>
      </w:r>
      <w:r>
        <w:rPr>
          <w:rFonts w:ascii="Arial" w:hAnsi="Arial" w:eastAsia="Arial"/>
          <w:b w:val="0"/>
          <w:i w:val="0"/>
          <w:color w:val="000000"/>
          <w:sz w:val="30"/>
        </w:rPr>
        <w:t>a</w:t>
      </w:r>
      <w:r>
        <w:rPr>
          <w:rFonts w:ascii="Times New Roman" w:hAnsi="Times New Roman" w:eastAsia="Times New Roman"/>
          <w:b w:val="0"/>
          <w:color w:val="000000"/>
          <w:spacing w:val="1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presença</w:t>
      </w:r>
      <w:r>
        <w:rPr>
          <w:rFonts w:ascii="Times New Roman" w:hAnsi="Times New Roman" w:eastAsia="Times New Roman"/>
          <w:b w:val="0"/>
          <w:color w:val="000000"/>
          <w:spacing w:val="-29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de</w:t>
      </w:r>
      <w:r>
        <w:rPr>
          <w:rFonts w:ascii="Times New Roman" w:hAnsi="Times New Roman" w:eastAsia="Times New Roman"/>
          <w:b w:val="0"/>
          <w:color w:val="000000"/>
          <w:spacing w:val="-29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todos</w:t>
      </w:r>
      <w:r>
        <w:rPr>
          <w:rFonts w:ascii="Times New Roman" w:hAnsi="Times New Roman" w:eastAsia="Times New Roman"/>
          <w:b w:val="0"/>
          <w:color w:val="000000"/>
          <w:spacing w:val="11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e</w:t>
      </w:r>
      <w:r>
        <w:rPr>
          <w:rFonts w:ascii="Times New Roman" w:hAnsi="Times New Roman" w:eastAsia="Times New Roman"/>
          <w:b w:val="0"/>
          <w:color w:val="000000"/>
          <w:spacing w:val="18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deu</w:t>
      </w:r>
      <w:r>
        <w:rPr>
          <w:rFonts w:ascii="Times New Roman" w:hAnsi="Times New Roman" w:eastAsia="Times New Roman"/>
          <w:b w:val="0"/>
          <w:color w:val="000000"/>
          <w:spacing w:val="5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por</w:t>
      </w:r>
    </w:p>
    <w:p>
      <w:pPr>
        <w:widowControl/>
        <w:wordWrap w:val="0"/>
        <w:autoSpaceDE w:val="0"/>
        <w:autoSpaceDN w:val="0"/>
        <w:spacing w:line="260" w:lineRule="exact" w:before="71" w:after="20"/>
        <w:ind w:left="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6"/>
        </w:rPr>
        <w:t>~</w:t>
      </w:r>
      <w:r>
        <w:rPr>
          <w:rFonts w:ascii="Times New Roman" w:hAnsi="Times New Roman" w:eastAsia="Times New Roman"/>
          <w:b w:val="0"/>
          <w:color w:val="000000"/>
          <w:spacing w:val="43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eneermda</w:t>
      </w:r>
      <w:r>
        <w:rPr>
          <w:rFonts w:ascii="Times New Roman" w:hAnsi="Times New Roman" w:eastAsia="Times New Roman"/>
          <w:b w:val="0"/>
          <w:color w:val="000000"/>
          <w:spacing w:val="224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a</w:t>
      </w:r>
      <w:r>
        <w:rPr>
          <w:rFonts w:ascii="Times New Roman" w:hAnsi="Times New Roman" w:eastAsia="Times New Roman"/>
          <w:b w:val="0"/>
          <w:color w:val="000000"/>
          <w:spacing w:val="110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presente</w:t>
      </w:r>
      <w:r>
        <w:rPr>
          <w:rFonts w:ascii="Times New Roman" w:hAnsi="Times New Roman" w:eastAsia="Times New Roman"/>
          <w:b w:val="0"/>
          <w:color w:val="000000"/>
          <w:spacing w:val="203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assembléla</w:t>
      </w:r>
      <w:r>
        <w:rPr>
          <w:rFonts w:ascii="Times New Roman" w:hAnsi="Times New Roman" w:eastAsia="Times New Roman"/>
          <w:b w:val="0"/>
          <w:color w:val="000000"/>
          <w:spacing w:val="240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gemi</w:t>
      </w:r>
      <w:r>
        <w:rPr>
          <w:rFonts w:ascii="Arial" w:hAnsi="Arial" w:eastAsia="Arial"/>
          <w:b w:val="0"/>
          <w:i w:val="0"/>
          <w:color w:val="000000"/>
          <w:sz w:val="26"/>
        </w:rPr>
        <w:t>!</w:t>
      </w:r>
      <w:r>
        <w:rPr>
          <w:rFonts w:ascii="Times New Roman" w:hAnsi="Times New Roman" w:eastAsia="Times New Roman"/>
          <w:b w:val="0"/>
          <w:color w:val="000000"/>
          <w:spacing w:val="179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detemllnando</w:t>
      </w:r>
      <w:r>
        <w:rPr>
          <w:rFonts w:ascii="Times New Roman" w:hAnsi="Times New Roman" w:eastAsia="Times New Roman"/>
          <w:b w:val="0"/>
          <w:color w:val="000000"/>
          <w:spacing w:val="314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a</w:t>
      </w:r>
      <w:r>
        <w:rPr>
          <w:rFonts w:ascii="Times New Roman" w:hAnsi="Times New Roman" w:eastAsia="Times New Roman"/>
          <w:b w:val="0"/>
          <w:color w:val="000000"/>
          <w:spacing w:val="110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mlmp</w:t>
      </w:r>
      <w:r>
        <w:rPr>
          <w:rFonts w:ascii="Times New Roman" w:hAnsi="Times New Roman" w:eastAsia="Times New Roman"/>
          <w:b w:val="0"/>
          <w:color w:val="000000"/>
          <w:spacing w:val="80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que</w:t>
      </w:r>
      <w:r>
        <w:rPr>
          <w:rFonts w:ascii="Times New Roman" w:hAnsi="Times New Roman" w:eastAsia="Times New Roman"/>
          <w:b w:val="0"/>
          <w:color w:val="000000"/>
          <w:spacing w:val="121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sewi</w:t>
      </w:r>
      <w:r>
        <w:rPr>
          <w:rFonts w:ascii="Times New Roman" w:hAnsi="Times New Roman" w:eastAsia="Times New Roman"/>
          <w:b w:val="0"/>
          <w:color w:val="000000"/>
          <w:spacing w:val="195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Gamo</w:t>
      </w:r>
    </w:p>
    <w:p>
      <w:pPr>
        <w:widowControl/>
        <w:wordWrap w:val="0"/>
        <w:autoSpaceDE w:val="0"/>
        <w:autoSpaceDN w:val="0"/>
        <w:spacing w:line="310" w:lineRule="exact" w:before="41" w:after="3"/>
        <w:ind w:left="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1"/>
        </w:rPr>
        <w:t>'</w:t>
      </w:r>
      <w:r>
        <w:rPr>
          <w:rFonts w:ascii="Times New Roman" w:hAnsi="Times New Roman" w:eastAsia="Times New Roman"/>
          <w:b w:val="0"/>
          <w:color w:val="000000"/>
          <w:spacing w:val="123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secretário</w:t>
      </w:r>
      <w:r>
        <w:rPr>
          <w:rFonts w:ascii="Arial" w:hAnsi="Arial" w:eastAsia="Arial"/>
          <w:b w:val="0"/>
          <w:i w:val="0"/>
          <w:color w:val="000000"/>
          <w:sz w:val="31"/>
        </w:rPr>
        <w:t>,</w:t>
      </w:r>
      <w:r>
        <w:rPr>
          <w:rFonts w:ascii="Times New Roman" w:hAnsi="Times New Roman" w:eastAsia="Times New Roman"/>
          <w:b w:val="0"/>
          <w:color w:val="000000"/>
          <w:spacing w:val="-5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que</w:t>
      </w:r>
      <w:r>
        <w:rPr>
          <w:rFonts w:ascii="Times New Roman" w:hAnsi="Times New Roman" w:eastAsia="Times New Roman"/>
          <w:b w:val="0"/>
          <w:color w:val="000000"/>
          <w:spacing w:val="5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lavrasse</w:t>
      </w:r>
      <w:r>
        <w:rPr>
          <w:rFonts w:ascii="Times New Roman" w:hAnsi="Times New Roman" w:eastAsia="Times New Roman"/>
          <w:b w:val="0"/>
          <w:color w:val="000000"/>
          <w:spacing w:val="-32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a</w:t>
      </w:r>
      <w:r>
        <w:rPr>
          <w:rFonts w:ascii="Times New Roman" w:hAnsi="Times New Roman" w:eastAsia="Times New Roman"/>
          <w:b w:val="0"/>
          <w:color w:val="000000"/>
          <w:spacing w:val="30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presente</w:t>
      </w:r>
      <w:r>
        <w:rPr>
          <w:rFonts w:ascii="Times New Roman" w:hAnsi="Times New Roman" w:eastAsia="Times New Roman"/>
          <w:b w:val="0"/>
          <w:color w:val="000000"/>
          <w:spacing w:val="-24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ata</w:t>
      </w:r>
      <w:r>
        <w:rPr>
          <w:rFonts w:ascii="Times New Roman" w:hAnsi="Times New Roman" w:eastAsia="Times New Roman"/>
          <w:b w:val="0"/>
          <w:color w:val="000000"/>
          <w:spacing w:val="32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e</w:t>
      </w:r>
      <w:r>
        <w:rPr>
          <w:rFonts w:ascii="Times New Roman" w:hAnsi="Times New Roman" w:eastAsia="Times New Roman"/>
          <w:b w:val="0"/>
          <w:color w:val="000000"/>
          <w:spacing w:val="30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a</w:t>
      </w:r>
      <w:r>
        <w:rPr>
          <w:rFonts w:ascii="Times New Roman" w:hAnsi="Times New Roman" w:eastAsia="Times New Roman"/>
          <w:b w:val="0"/>
          <w:color w:val="000000"/>
          <w:spacing w:val="50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levasse</w:t>
      </w:r>
      <w:r>
        <w:rPr>
          <w:rFonts w:ascii="Arial" w:hAnsi="Arial" w:eastAsia="Arial"/>
          <w:b w:val="0"/>
          <w:i w:val="0"/>
          <w:color w:val="000000"/>
          <w:sz w:val="31"/>
        </w:rPr>
        <w:t>a</w:t>
      </w:r>
      <w:r>
        <w:rPr>
          <w:rFonts w:ascii="Times New Roman" w:hAnsi="Times New Roman" w:eastAsia="Times New Roman"/>
          <w:b w:val="0"/>
          <w:color w:val="000000"/>
          <w:spacing w:val="50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reglstro</w:t>
      </w:r>
      <w:r>
        <w:rPr>
          <w:rFonts w:ascii="Times New Roman" w:hAnsi="Times New Roman" w:eastAsia="Times New Roman"/>
          <w:b w:val="0"/>
          <w:color w:val="000000"/>
          <w:spacing w:val="-11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junto</w:t>
      </w:r>
      <w:r>
        <w:rPr>
          <w:rFonts w:ascii="Times New Roman" w:hAnsi="Times New Roman" w:eastAsia="Times New Roman"/>
          <w:b w:val="0"/>
          <w:color w:val="000000"/>
          <w:spacing w:val="50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aos</w:t>
      </w:r>
      <w:r>
        <w:rPr>
          <w:rFonts w:ascii="Times New Roman" w:hAnsi="Times New Roman" w:eastAsia="Times New Roman"/>
          <w:b w:val="0"/>
          <w:color w:val="000000"/>
          <w:spacing w:val="3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ólUãos</w:t>
      </w:r>
    </w:p>
    <w:p>
      <w:pPr>
        <w:widowControl/>
        <w:wordWrap w:val="0"/>
        <w:autoSpaceDE w:val="0"/>
        <w:autoSpaceDN w:val="0"/>
        <w:spacing w:line="340" w:lineRule="exact" w:before="6" w:after="9"/>
        <w:ind w:left="36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31"/>
        </w:rPr>
        <w:t>públicos</w:t>
      </w:r>
      <w:r>
        <w:rPr>
          <w:rFonts w:ascii="Times New Roman" w:hAnsi="Times New Roman" w:eastAsia="Times New Roman"/>
          <w:b w:val="0"/>
          <w:color w:val="000000"/>
          <w:spacing w:val="5"/>
          <w:sz w:val="3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1"/>
        </w:rPr>
        <w:t>competentes</w:t>
      </w:r>
      <w:r>
        <w:rPr>
          <w:rFonts w:ascii="Times New Roman" w:hAnsi="Times New Roman" w:eastAsia="Times New Roman"/>
          <w:b w:val="0"/>
          <w:color w:val="000000"/>
          <w:spacing w:val="-17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para</w:t>
      </w:r>
      <w:r>
        <w:rPr>
          <w:rFonts w:ascii="Times New Roman" w:hAnsi="Times New Roman" w:eastAsia="Times New Roman"/>
          <w:b w:val="0"/>
          <w:color w:val="000000"/>
          <w:spacing w:val="-5"/>
          <w:sz w:val="34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4"/>
        </w:rPr>
        <w:t>surtir</w:t>
      </w:r>
      <w:r>
        <w:rPr>
          <w:rFonts w:ascii="Times New Roman" w:hAnsi="Times New Roman" w:eastAsia="Times New Roman"/>
          <w:b w:val="0"/>
          <w:color w:val="000000"/>
          <w:spacing w:val="2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os</w:t>
      </w:r>
      <w:r>
        <w:rPr>
          <w:rFonts w:ascii="Times New Roman" w:hAnsi="Times New Roman" w:eastAsia="Times New Roman"/>
          <w:b w:val="0"/>
          <w:color w:val="000000"/>
          <w:spacing w:val="32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efeitos</w:t>
      </w:r>
      <w:r>
        <w:rPr>
          <w:rFonts w:ascii="Times New Roman" w:hAnsi="Times New Roman" w:eastAsia="Times New Roman"/>
          <w:b w:val="0"/>
          <w:color w:val="000000"/>
          <w:spacing w:val="17"/>
          <w:sz w:val="32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2"/>
        </w:rPr>
        <w:t>jurídleas</w:t>
      </w:r>
      <w:r>
        <w:rPr>
          <w:rFonts w:ascii="Times New Roman" w:hAnsi="Times New Roman" w:eastAsia="Times New Roman"/>
          <w:b w:val="0"/>
          <w:color w:val="000000"/>
          <w:spacing w:val="-4"/>
          <w:sz w:val="30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0"/>
        </w:rPr>
        <w:t>necessários</w:t>
      </w:r>
      <w:r>
        <w:rPr>
          <w:rFonts w:ascii="Arial" w:hAnsi="Arial" w:eastAsia="Arial"/>
          <w:b w:val="0"/>
          <w:i w:val="0"/>
          <w:color w:val="000000"/>
          <w:sz w:val="30"/>
        </w:rPr>
        <w:t>.</w:t>
      </w:r>
      <w:r>
        <w:rPr>
          <w:rFonts w:ascii="Times New Roman" w:hAnsi="Times New Roman" w:eastAsia="Times New Roman"/>
          <w:b w:val="0"/>
          <w:color w:val="000000"/>
          <w:spacing w:val="14"/>
          <w:sz w:val="33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33"/>
        </w:rPr>
        <w:t>O</w:t>
      </w:r>
      <w:r>
        <w:rPr>
          <w:rFonts w:ascii="Times New Roman" w:hAnsi="Times New Roman" w:eastAsia="Times New Roman"/>
          <w:b w:val="0"/>
          <w:color w:val="000000"/>
          <w:spacing w:val="31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presente</w:t>
      </w:r>
    </w:p>
    <w:p>
      <w:pPr>
        <w:widowControl/>
        <w:wordWrap w:val="0"/>
        <w:autoSpaceDE w:val="0"/>
        <w:autoSpaceDN w:val="0"/>
        <w:spacing w:line="290" w:lineRule="exact" w:before="19" w:after="50"/>
        <w:ind w:left="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'</w:t>
      </w:r>
      <w:r>
        <w:rPr>
          <w:rFonts w:ascii="Times New Roman" w:hAnsi="Times New Roman" w:eastAsia="Times New Roman"/>
          <w:b w:val="0"/>
          <w:color w:val="000000"/>
          <w:spacing w:val="132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segue</w:t>
      </w:r>
      <w:r>
        <w:rPr>
          <w:rFonts w:ascii="Times New Roman" w:hAnsi="Times New Roman" w:eastAsia="Times New Roman"/>
          <w:b w:val="0"/>
          <w:color w:val="000000"/>
          <w:spacing w:val="38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assinada</w:t>
      </w:r>
      <w:r>
        <w:rPr>
          <w:rFonts w:ascii="Times New Roman" w:hAnsi="Times New Roman" w:eastAsia="Times New Roman"/>
          <w:b w:val="0"/>
          <w:color w:val="000000"/>
          <w:spacing w:val="27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por</w:t>
      </w:r>
      <w:r>
        <w:rPr>
          <w:rFonts w:ascii="Times New Roman" w:hAnsi="Times New Roman" w:eastAsia="Times New Roman"/>
          <w:b w:val="0"/>
          <w:color w:val="000000"/>
          <w:spacing w:val="48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mlmp</w:t>
      </w:r>
      <w:r>
        <w:rPr>
          <w:rFonts w:ascii="Arial" w:hAnsi="Arial" w:eastAsia="Arial"/>
          <w:b w:val="0"/>
          <w:i w:val="0"/>
          <w:color w:val="000000"/>
          <w:sz w:val="29"/>
        </w:rPr>
        <w:t>pela</w:t>
      </w:r>
      <w:r>
        <w:rPr>
          <w:rFonts w:ascii="Times New Roman" w:hAnsi="Times New Roman" w:eastAsia="Times New Roman"/>
          <w:b w:val="0"/>
          <w:color w:val="000000"/>
          <w:spacing w:val="39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Senhora</w:t>
      </w:r>
      <w:r>
        <w:rPr>
          <w:rFonts w:ascii="Times New Roman" w:hAnsi="Times New Roman" w:eastAsia="Times New Roman"/>
          <w:b w:val="0"/>
          <w:color w:val="000000"/>
          <w:spacing w:val="11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Presidente</w:t>
      </w:r>
      <w:r>
        <w:rPr>
          <w:rFonts w:ascii="Times New Roman" w:hAnsi="Times New Roman" w:eastAsia="Times New Roman"/>
          <w:b w:val="0"/>
          <w:color w:val="000000"/>
          <w:spacing w:val="21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da</w:t>
      </w:r>
      <w:r>
        <w:rPr>
          <w:rFonts w:ascii="Times New Roman" w:hAnsi="Times New Roman" w:eastAsia="Times New Roman"/>
          <w:b w:val="0"/>
          <w:color w:val="000000"/>
          <w:spacing w:val="45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assembleia</w:t>
      </w:r>
      <w:r>
        <w:rPr>
          <w:rFonts w:ascii="Arial" w:hAnsi="Arial" w:eastAsia="Arial"/>
          <w:b w:val="0"/>
          <w:i w:val="0"/>
          <w:color w:val="000000"/>
          <w:sz w:val="29"/>
        </w:rPr>
        <w:t>,</w:t>
      </w:r>
      <w:r>
        <w:rPr>
          <w:rFonts w:ascii="Times New Roman" w:hAnsi="Times New Roman" w:eastAsia="Times New Roman"/>
          <w:b w:val="0"/>
          <w:color w:val="000000"/>
          <w:spacing w:val="20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como</w:t>
      </w:r>
      <w:r>
        <w:rPr>
          <w:rFonts w:ascii="Times New Roman" w:hAnsi="Times New Roman" w:eastAsia="Times New Roman"/>
          <w:b w:val="0"/>
          <w:color w:val="000000"/>
          <w:spacing w:val="38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sinal</w:t>
      </w:r>
      <w:r>
        <w:rPr>
          <w:rFonts w:ascii="Times New Roman" w:hAnsi="Times New Roman" w:eastAsia="Times New Roman"/>
          <w:b w:val="0"/>
          <w:color w:val="000000"/>
          <w:spacing w:val="71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de</w:t>
      </w:r>
    </w:p>
    <w:p>
      <w:pPr>
        <w:widowControl/>
        <w:wordWrap w:val="0"/>
        <w:autoSpaceDE w:val="0"/>
        <w:autoSpaceDN w:val="0"/>
        <w:spacing w:line="250" w:lineRule="exact" w:before="101" w:after="189"/>
        <w:ind w:left="4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5"/>
        </w:rPr>
        <w:t>-</w:t>
      </w:r>
      <w:r>
        <w:rPr>
          <w:rFonts w:ascii="Arial" w:hAnsi="Arial" w:eastAsia="Arial"/>
          <w:b w:val="0"/>
          <w:i w:val="0"/>
          <w:color w:val="000000"/>
          <w:sz w:val="25"/>
        </w:rPr>
        <w:t>«</w:t>
      </w:r>
      <w:r>
        <w:rPr>
          <w:rFonts w:ascii="Arial" w:hAnsi="Arial" w:eastAsia="Arial"/>
          <w:b w:val="0"/>
          <w:i w:val="0"/>
          <w:color w:val="000000"/>
          <w:sz w:val="25"/>
        </w:rPr>
        <w:t>:</w:t>
      </w:r>
      <w:r>
        <w:rPr>
          <w:rFonts w:ascii="Arial" w:hAnsi="Arial" w:eastAsia="Arial"/>
          <w:b w:val="0"/>
          <w:i w:val="0"/>
          <w:color w:val="000000"/>
          <w:sz w:val="25"/>
        </w:rPr>
        <w:t>@</w:t>
      </w:r>
      <w:r>
        <w:rPr>
          <w:rFonts w:ascii="Arial" w:hAnsi="Arial" w:eastAsia="Arial"/>
          <w:b w:val="0"/>
          <w:i w:val="0"/>
          <w:color w:val="000000"/>
          <w:sz w:val="25"/>
        </w:rPr>
        <w:t>P</w:t>
      </w:r>
      <w:r>
        <w:rPr>
          <w:rFonts w:ascii="Times New Roman" w:hAnsi="Times New Roman" w:eastAsia="Times New Roman"/>
          <w:b w:val="0"/>
          <w:color w:val="000000"/>
          <w:spacing w:val="97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w</w:t>
      </w:r>
      <w:r>
        <w:rPr>
          <w:rFonts w:ascii="Times New Roman" w:hAnsi="Times New Roman" w:eastAsia="Times New Roman"/>
          <w:b w:val="0"/>
          <w:color w:val="000000"/>
          <w:spacing w:val="57"/>
          <w:sz w:val="25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5"/>
        </w:rPr>
        <w:t>Çã</w:t>
      </w:r>
      <w:r>
        <w:rPr>
          <w:rFonts w:ascii="Arial" w:hAnsi="Arial" w:eastAsia="Arial"/>
          <w:b w:val="0"/>
          <w:i w:val="0"/>
          <w:color w:val="000000"/>
          <w:sz w:val="25"/>
        </w:rPr>
        <w:t>@</w:t>
      </w:r>
    </w:p>
    <w:p>
      <w:pPr>
        <w:widowControl/>
        <w:wordWrap w:val="0"/>
        <w:autoSpaceDE w:val="0"/>
        <w:autoSpaceDN w:val="0"/>
        <w:spacing w:line="290" w:lineRule="exact" w:before="379" w:after="189"/>
        <w:ind w:left="508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9"/>
        </w:rPr>
        <w:t>ãÃ</w:t>
      </w:r>
      <w:r>
        <w:rPr>
          <w:rFonts w:ascii="Times New Roman" w:hAnsi="Times New Roman" w:eastAsia="Times New Roman"/>
          <w:b w:val="0"/>
          <w:color w:val="000000"/>
          <w:spacing w:val="3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@</w:t>
      </w:r>
      <w:r>
        <w:rPr>
          <w:rFonts w:ascii="Times New Roman" w:hAnsi="Times New Roman" w:eastAsia="Times New Roman"/>
          <w:b w:val="0"/>
          <w:color w:val="000000"/>
          <w:spacing w:val="53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Àbã</w:t>
      </w:r>
      <w:r>
        <w:rPr>
          <w:rFonts w:ascii="Arial" w:hAnsi="Arial" w:eastAsia="Arial"/>
          <w:b w:val="0"/>
          <w:i w:val="0"/>
          <w:color w:val="000000"/>
          <w:sz w:val="29"/>
        </w:rPr>
        <w:t>$:</w:t>
      </w:r>
      <w:r>
        <w:rPr>
          <w:rFonts w:ascii="Arial" w:hAnsi="Arial" w:eastAsia="Arial"/>
          <w:b w:val="0"/>
          <w:i w:val="0"/>
          <w:color w:val="000000"/>
          <w:sz w:val="29"/>
        </w:rPr>
        <w:t>ãe</w:t>
      </w:r>
      <w:r>
        <w:rPr>
          <w:rFonts w:ascii="Times New Roman" w:hAnsi="Times New Roman" w:eastAsia="Times New Roman"/>
          <w:b w:val="0"/>
          <w:color w:val="000000"/>
          <w:spacing w:val="107"/>
          <w:sz w:val="29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9"/>
        </w:rPr>
        <w:t>2ÕZ2</w:t>
      </w:r>
    </w:p>
    <w:p>
      <w:pPr>
        <w:spacing w:after="0"/>
        <w:sectPr>
          <w:pgSz w:w="11920" w:h="16820"/>
          <w:pgMar w:top="148" w:right="183" w:bottom="352" w:left="340" w:header="720" w:footer="720" w:gutter="0"/>
          <w:cols w:space="720" w:num="1" w:equalWidth="0">
            <w:col w:w="11397" w:space="0"/>
            <w:col w:w="9681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70" w:lineRule="exact" w:before="9075" w:after="0"/>
        <w:ind w:left="120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7"/>
        </w:rPr>
        <w:t>-'''\</w:t>
      </w:r>
    </w:p>
    <w:p>
      <w:pPr>
        <w:spacing w:after="0" w:before="0"/>
        <w:sectPr>
          <w:type w:val="continuous"/>
          <w:pgSz w:w="11920" w:h="16820"/>
          <w:pgMar w:top="148" w:right="183" w:bottom="352" w:left="340" w:header="720" w:footer="720" w:gutter="0"/>
          <w:cols w:space="720" w:num="2" w:equalWidth="0">
            <w:col w:w="351" w:space="0"/>
            <w:col w:w="11047" w:space="0"/>
          </w:cols>
          <w:docGrid w:linePitch="360"/>
        </w:sectPr>
      </w:pPr>
    </w:p>
    <w:p>
      <w:pPr>
        <w:widowControl/>
        <w:wordWrap w:val="0"/>
        <w:autoSpaceDE w:val="0"/>
        <w:autoSpaceDN w:val="0"/>
        <w:spacing w:line="14" w:lineRule="exact" w:before="175" w:after="0"/>
        <w:ind w:left="0" w:right="0"/>
      </w:pPr>
    </w:p>
    <w:tbl>
      <w:tblPr>
        <w:tblW w:type="auto" w:w="0"/>
        <w:tblInd w:type="dxa" w:w="29"/>
        <w:tblLayout w:type="fixed"/>
        <w:tblLook w:firstColumn="1" w:firstRow="1" w:lastColumn="0" w:lastRow="0" w:noHBand="0" w:noVBand="1" w:val="04A0"/>
      </w:tblPr>
      <w:tblGrid>
        <w:gridCol w:w="5698"/>
        <w:gridCol w:w="5698"/>
      </w:tblGrid>
      <w:tr>
        <w:trPr>
          <w:trHeight w:hRule="exact" w:val="1187"/>
        </w:trPr>
        <w:tc>
          <w:tcPr>
            <w:tcW w:type="dxa" w:w="468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510" w:lineRule="exact" w:before="0" w:after="0"/>
              <w:ind w:left="66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51"/>
              </w:rPr>
              <w:t>,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51"/>
              </w:rPr>
              <w:t>z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40"/>
                <w:sz w:val="51"/>
              </w:rPr>
              <w:t>'"-,;..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9"/>
                <w:sz w:val="5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27"/>
                <w:sz w:val="51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pacing w:val="-157"/>
                <w:sz w:val="51"/>
              </w:rPr>
              <w:t>q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51"/>
              </w:rPr>
              <w:t>:</w:t>
            </w:r>
          </w:p>
          <w:p>
            <w:pPr>
              <w:widowControl/>
              <w:wordWrap w:val="0"/>
              <w:autoSpaceDE w:val="0"/>
              <w:autoSpaceDN w:val="0"/>
              <w:spacing w:line="220" w:lineRule="exact" w:before="457" w:after="0"/>
              <w:ind w:left="0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®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$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É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©e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@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é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'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0"/>
                <w:sz w:val="22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Pf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@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á8d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@@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ã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@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i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2"/>
              </w:rPr>
              <w:t>';</w:t>
            </w:r>
          </w:p>
        </w:tc>
        <w:tc>
          <w:tcPr>
            <w:tcW w:type="dxa" w:w="5421"/>
            <w:tcMar>
              <w:left w:type="dxa" w:w="0"/>
              <w:right w:type="dxa" w:w="0"/>
            </w:tcMar>
          </w:tcPr>
          <w:p>
            <w:pPr>
              <w:widowControl/>
              <w:wordWrap w:val="0"/>
              <w:autoSpaceDE w:val="0"/>
              <w:autoSpaceDN w:val="0"/>
              <w:spacing w:line="230" w:lineRule="exact" w:before="199" w:after="0"/>
              <w:ind w:left="201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g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: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C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18"/>
              </w:rPr>
              <w:t>Õ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-12"/>
                <w:sz w:val="23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S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(::':./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q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,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XH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$'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íç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23"/>
              </w:rPr>
              <w:t>(</w:t>
            </w:r>
          </w:p>
          <w:p>
            <w:pPr>
              <w:widowControl/>
              <w:wordWrap w:val="0"/>
              <w:autoSpaceDE w:val="0"/>
              <w:autoSpaceDN w:val="0"/>
              <w:spacing w:line="340" w:lineRule="exact" w:before="4" w:after="0"/>
              <w:ind w:left="185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Debison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Moleira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0"/>
                <w:sz w:val="34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Xavier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4"/>
              </w:rPr>
              <w:t>,</w:t>
            </w:r>
          </w:p>
          <w:p>
            <w:pPr>
              <w:widowControl/>
              <w:wordWrap w:val="0"/>
              <w:autoSpaceDE w:val="0"/>
              <w:autoSpaceDN w:val="0"/>
              <w:spacing w:line="310" w:lineRule="exact" w:before="83" w:after="0"/>
              <w:ind w:left="1719" w:right="0" w:firstLine="0"/>
              <w:jc w:val="left"/>
            </w:pP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Secretario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50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da</w:t>
            </w:r>
            <w:r>
              <w:rPr>
                <w:rFonts w:ascii="Times New Roman" w:hAnsi="Times New Roman" w:eastAsia="Times New Roman"/>
                <w:b w:val="0"/>
                <w:color w:val="000000"/>
                <w:spacing w:val="18"/>
                <w:sz w:val="31"/>
              </w:rPr>
              <w:t xml:space="preserve"> </w:t>
            </w:r>
            <w:r>
              <w:rPr>
                <w:rFonts w:ascii="Arial" w:hAnsi="Arial" w:eastAsia="Arial"/>
                <w:b w:val="0"/>
                <w:i w:val="0"/>
                <w:color w:val="000000"/>
                <w:sz w:val="31"/>
              </w:rPr>
              <w:t>Assembleia</w:t>
            </w:r>
          </w:p>
        </w:tc>
      </w:tr>
    </w:tbl>
    <w:p>
      <w:pPr>
        <w:widowControl/>
        <w:wordWrap w:val="0"/>
        <w:autoSpaceDE w:val="0"/>
        <w:autoSpaceDN w:val="0"/>
        <w:spacing w:line="210" w:lineRule="exact" w:before="5808" w:after="37"/>
        <w:ind w:left="7209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1"/>
        </w:rPr>
        <w:t>2</w:t>
      </w:r>
      <w:r>
        <w:rPr>
          <w:rFonts w:ascii="Arial" w:hAnsi="Arial" w:eastAsia="Arial"/>
          <w:b w:val="0"/>
          <w:i w:val="0"/>
          <w:color w:val="000000"/>
          <w:sz w:val="21"/>
        </w:rPr>
        <w:t>.</w:t>
      </w:r>
      <w:r>
        <w:rPr>
          <w:rFonts w:ascii="Times New Roman" w:hAnsi="Times New Roman" w:eastAsia="Times New Roman"/>
          <w:b w:val="0"/>
          <w:color w:val="000000"/>
          <w:spacing w:val="272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íswoctÜí</w:t>
      </w:r>
      <w:r>
        <w:rPr>
          <w:rFonts w:ascii="Arial" w:hAnsi="Arial" w:eastAsia="Arial"/>
          <w:b w:val="0"/>
          <w:i w:val="0"/>
          <w:color w:val="000000"/>
          <w:sz w:val="21"/>
        </w:rPr>
        <w:t>,</w:t>
      </w:r>
      <w:r>
        <w:rPr>
          <w:rFonts w:ascii="Times New Roman" w:hAnsi="Times New Roman" w:eastAsia="Times New Roman"/>
          <w:b w:val="0"/>
          <w:color w:val="000000"/>
          <w:spacing w:val="204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'</w:t>
      </w:r>
      <w:r>
        <w:rPr>
          <w:rFonts w:ascii="Arial" w:hAnsi="Arial" w:eastAsia="Arial"/>
          <w:b w:val="0"/>
          <w:i w:val="0"/>
          <w:color w:val="000000"/>
          <w:sz w:val="21"/>
        </w:rPr>
        <w:t>p</w:t>
      </w:r>
      <w:r>
        <w:rPr>
          <w:rFonts w:ascii="Times New Roman" w:hAnsi="Times New Roman" w:eastAsia="Times New Roman"/>
          <w:b w:val="0"/>
          <w:color w:val="000000"/>
          <w:spacing w:val="871"/>
          <w:sz w:val="21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1"/>
        </w:rPr>
        <w:t>i</w:t>
      </w:r>
    </w:p>
    <w:p>
      <w:pPr>
        <w:widowControl/>
        <w:wordWrap w:val="0"/>
        <w:autoSpaceDE w:val="0"/>
        <w:autoSpaceDN w:val="0"/>
        <w:spacing w:line="180" w:lineRule="exact" w:before="73" w:after="169"/>
        <w:ind w:left="7889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18"/>
        </w:rPr>
        <w:t>DEGÜARULga</w:t>
      </w:r>
      <w:r>
        <w:rPr>
          <w:rFonts w:ascii="Arial" w:hAnsi="Arial" w:eastAsia="Arial"/>
          <w:b w:val="0"/>
          <w:i w:val="0"/>
          <w:color w:val="000000"/>
          <w:sz w:val="18"/>
        </w:rPr>
        <w:t>$</w:t>
      </w:r>
      <w:r>
        <w:rPr>
          <w:rFonts w:ascii="Arial" w:hAnsi="Arial" w:eastAsia="Arial"/>
          <w:b w:val="0"/>
          <w:i w:val="0"/>
          <w:color w:val="000000"/>
          <w:sz w:val="18"/>
        </w:rPr>
        <w:t>1</w:t>
      </w:r>
      <w:r>
        <w:rPr>
          <w:rFonts w:ascii="Arial" w:hAnsi="Arial" w:eastAsia="Arial"/>
          <w:b w:val="0"/>
          <w:i w:val="0"/>
          <w:color w:val="000000"/>
          <w:sz w:val="18"/>
        </w:rPr>
        <w:t>$?</w:t>
      </w:r>
    </w:p>
    <w:p>
      <w:pPr>
        <w:widowControl/>
        <w:wordWrap w:val="0"/>
        <w:autoSpaceDE w:val="0"/>
        <w:autoSpaceDN w:val="0"/>
        <w:spacing w:line="260" w:lineRule="exact" w:before="337" w:after="0"/>
        <w:ind w:left="7649" w:right="0" w:firstLine="0"/>
        <w:jc w:val="left"/>
      </w:pPr>
      <w:r>
        <w:rPr>
          <w:rFonts w:ascii="Arial" w:hAnsi="Arial" w:eastAsia="Arial"/>
          <w:b w:val="0"/>
          <w:i w:val="0"/>
          <w:color w:val="000000"/>
          <w:sz w:val="26"/>
        </w:rPr>
        <w:t>N</w:t>
      </w:r>
      <w:r>
        <w:rPr>
          <w:rFonts w:ascii="Arial" w:hAnsi="Arial" w:eastAsia="Arial"/>
          <w:b w:val="0"/>
          <w:i w:val="0"/>
          <w:color w:val="000000"/>
          <w:sz w:val="26"/>
        </w:rPr>
        <w:t>'</w:t>
      </w:r>
      <w:r>
        <w:rPr>
          <w:rFonts w:ascii="Times New Roman" w:hAnsi="Times New Roman" w:eastAsia="Times New Roman"/>
          <w:b w:val="0"/>
          <w:color w:val="000000"/>
          <w:spacing w:val="-22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%</w:t>
      </w:r>
      <w:r>
        <w:rPr>
          <w:rFonts w:ascii="Arial" w:hAnsi="Arial" w:eastAsia="Arial"/>
          <w:b w:val="0"/>
          <w:i w:val="0"/>
          <w:color w:val="000000"/>
          <w:spacing w:val="-48"/>
          <w:sz w:val="26"/>
        </w:rPr>
        <w:t>212</w:t>
      </w:r>
      <w:r>
        <w:rPr>
          <w:rFonts w:ascii="Times New Roman" w:hAnsi="Times New Roman" w:eastAsia="Times New Roman"/>
          <w:b w:val="0"/>
          <w:color w:val="000000"/>
          <w:spacing w:val="166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7</w:t>
      </w:r>
      <w:r>
        <w:rPr>
          <w:rFonts w:ascii="Times New Roman" w:hAnsi="Times New Roman" w:eastAsia="Times New Roman"/>
          <w:b w:val="0"/>
          <w:color w:val="000000"/>
          <w:spacing w:val="50"/>
          <w:sz w:val="26"/>
        </w:rPr>
        <w:t xml:space="preserve"> </w:t>
      </w:r>
      <w:r>
        <w:rPr>
          <w:rFonts w:ascii="Arial" w:hAnsi="Arial" w:eastAsia="Arial"/>
          <w:b w:val="0"/>
          <w:i w:val="0"/>
          <w:color w:val="000000"/>
          <w:sz w:val="26"/>
        </w:rPr>
        <w:t>4</w:t>
      </w:r>
    </w:p>
    <w:sectPr w:rsidR="00FC693F" w:rsidRPr="0006063C" w:rsidSect="00034616">
      <w:type w:val="nextColumn"/>
      <w:pgSz w:w="11920" w:h="16820"/>
      <w:pgMar w:top="148" w:right="183" w:bottom="352" w:left="340" w:header="720" w:footer="720" w:gutter="0"/>
      <w:cols w:space="720" w:num="2" w:equalWidth="0">
        <w:col w:w="351" w:space="0"/>
        <w:col w:w="11047" w:space="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embedTrueTypeFonts/>
  <w:saveSubsetFonts/>
  <w:proofState w:spelling="clean" w:grammar="clean"/>
  <w:defaultTabStop w:val="720"/>
  <w:noPunctuationKerning/>
  <w:characterSpacingControl w:val="compressPunctuationAndJapaneseKana"/>
  <w:savePreviewPicture/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LightPDF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LightPDF</Company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LightPDF</dc:creator>
  <cp:keywords/>
  <dc:description>generated by LightPDF 20231008</dc:description>
  <cp:lastModifiedBy>LightPDF</cp:lastModifiedBy>
  <cp:revision>1</cp:revision>
  <dcterms:created xsi:type="dcterms:W3CDTF">2025-05-09T18:13:54Z</dcterms:created>
  <dcterms:modified xsi:type="dcterms:W3CDTF">2025-05-09T18:13:54Z</dcterms:modified>
  <cp:category/>
</cp:coreProperties>
</file>