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10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66.0pt;margin-top:598.66pt;width:504.14pt;height:1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07261400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5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Bairro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: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3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Sitio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3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São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8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Francisco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5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Cidade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5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Guarulhos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0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8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Estado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66.0pt;margin-top:585.83pt;width:27.72pt;height:14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Filial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11.0pt;margin-top:585.83pt;width:51.89pt;height:14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Dois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5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(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2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76.0pt;margin-top:585.83pt;width:157.33pt;height:14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CRECHE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57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PORTELINHA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4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7.0pt;margin-top:585.83pt;width:124.13pt;height:14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na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86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Travessa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66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Azuza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486.0pt;margin-top:585.83pt;width:40.33pt;height:14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N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'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8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9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0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540.0pt;margin-top:585.83pt;width:28.46pt;height:14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Cep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748.48pt;width:11.67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763.92pt;width:11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783.26pt;width:11.01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797.92pt;width:11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»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66.0pt;margin-top:546.05pt;width:131.8pt;height:15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Estado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1"/>
                      <w:sz w:val="2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de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9"/>
                      <w:sz w:val="2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São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6"/>
                      <w:sz w:val="2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Paulo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255.48pt;width:14.34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a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30" w:lineRule="exact" w:before="244" w:after="320"/>
        <w:ind w:left="87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"/>
        </w:rPr>
        <w:t>&amp;</w:t>
      </w:r>
    </w:p>
    <w:p>
      <w:pPr>
        <w:widowControl/>
        <w:wordWrap w:val="0"/>
        <w:autoSpaceDE w:val="0"/>
        <w:autoSpaceDN w:val="0"/>
        <w:spacing w:line="350" w:lineRule="exact" w:before="639" w:after="22"/>
        <w:ind w:left="22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ONG</w:t>
      </w:r>
      <w:r>
        <w:rPr>
          <w:rFonts w:ascii="Arial" w:hAnsi="Arial" w:eastAsia="Arial"/>
          <w:b w:val="0"/>
          <w:i w:val="0"/>
          <w:color w:val="000000"/>
          <w:sz w:val="35"/>
        </w:rPr>
        <w:t>:</w:t>
      </w:r>
      <w:r>
        <w:rPr>
          <w:rFonts w:ascii="Times New Roman" w:hAnsi="Times New Roman" w:eastAsia="Times New Roman"/>
          <w:b w:val="0"/>
          <w:color w:val="000000"/>
          <w:spacing w:val="115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85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DE</w:t>
      </w:r>
      <w:r>
        <w:rPr>
          <w:rFonts w:ascii="Times New Roman" w:hAnsi="Times New Roman" w:eastAsia="Times New Roman"/>
          <w:b w:val="0"/>
          <w:color w:val="000000"/>
          <w:spacing w:val="6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127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PORTELINHA</w:t>
      </w:r>
    </w:p>
    <w:p>
      <w:pPr>
        <w:widowControl/>
        <w:wordWrap w:val="0"/>
        <w:autoSpaceDE w:val="0"/>
        <w:autoSpaceDN w:val="0"/>
        <w:spacing w:line="230" w:lineRule="exact" w:before="44" w:after="63"/>
        <w:ind w:left="19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3"/>
        </w:rPr>
        <w:t>Documento</w:t>
      </w:r>
      <w:r>
        <w:rPr>
          <w:rFonts w:ascii="Times New Roman" w:hAnsi="Times New Roman" w:eastAsia="Times New Roman"/>
          <w:b w:val="0"/>
          <w:color w:val="000000"/>
          <w:spacing w:val="27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Elaborado</w:t>
      </w:r>
      <w:r>
        <w:rPr>
          <w:rFonts w:ascii="Times New Roman" w:hAnsi="Times New Roman" w:eastAsia="Times New Roman"/>
          <w:b w:val="0"/>
          <w:color w:val="000000"/>
          <w:spacing w:val="14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pela</w:t>
      </w:r>
      <w:r>
        <w:rPr>
          <w:rFonts w:ascii="Times New Roman" w:hAnsi="Times New Roman" w:eastAsia="Times New Roman"/>
          <w:b w:val="0"/>
          <w:color w:val="000000"/>
          <w:spacing w:val="168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ONG</w:t>
      </w:r>
      <w:r>
        <w:rPr>
          <w:rFonts w:ascii="Arial" w:hAnsi="Arial" w:eastAsia="Arial"/>
          <w:b w:val="0"/>
          <w:i w:val="0"/>
          <w:color w:val="000000"/>
          <w:sz w:val="23"/>
        </w:rPr>
        <w:t>U</w:t>
      </w:r>
      <w:r>
        <w:rPr>
          <w:rFonts w:ascii="Arial" w:hAnsi="Arial" w:eastAsia="Arial"/>
          <w:b w:val="0"/>
          <w:i w:val="0"/>
          <w:color w:val="000000"/>
          <w:sz w:val="23"/>
        </w:rPr>
        <w:t>$</w:t>
      </w:r>
      <w:r>
        <w:rPr>
          <w:rFonts w:ascii="Arial" w:hAnsi="Arial" w:eastAsia="Arial"/>
          <w:b w:val="0"/>
          <w:i w:val="0"/>
          <w:color w:val="000000"/>
          <w:sz w:val="23"/>
        </w:rPr>
        <w:t>ABG</w:t>
      </w:r>
      <w:r>
        <w:rPr>
          <w:rFonts w:ascii="Times New Roman" w:hAnsi="Times New Roman" w:eastAsia="Times New Roman"/>
          <w:b w:val="0"/>
          <w:color w:val="000000"/>
          <w:spacing w:val="3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BAIRROS</w:t>
      </w:r>
      <w:r>
        <w:rPr>
          <w:rFonts w:ascii="Times New Roman" w:hAnsi="Times New Roman" w:eastAsia="Times New Roman"/>
          <w:b w:val="0"/>
          <w:color w:val="000000"/>
          <w:spacing w:val="7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e</w:t>
      </w:r>
      <w:r>
        <w:rPr>
          <w:rFonts w:ascii="Times New Roman" w:hAnsi="Times New Roman" w:eastAsia="Times New Roman"/>
          <w:b w:val="0"/>
          <w:color w:val="000000"/>
          <w:spacing w:val="15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a</w:t>
      </w:r>
      <w:r>
        <w:rPr>
          <w:rFonts w:ascii="Times New Roman" w:hAnsi="Times New Roman" w:eastAsia="Times New Roman"/>
          <w:b w:val="0"/>
          <w:color w:val="000000"/>
          <w:spacing w:val="75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ONG</w:t>
      </w:r>
      <w:r>
        <w:rPr>
          <w:rFonts w:ascii="Arial" w:hAnsi="Arial" w:eastAsia="Arial"/>
          <w:b w:val="0"/>
          <w:i w:val="0"/>
          <w:color w:val="000000"/>
          <w:sz w:val="23"/>
        </w:rPr>
        <w:t>GASES</w:t>
      </w:r>
      <w:r>
        <w:rPr>
          <w:rFonts w:ascii="Arial" w:hAnsi="Arial" w:eastAsia="Arial"/>
          <w:b w:val="0"/>
          <w:i w:val="0"/>
          <w:color w:val="000000"/>
          <w:sz w:val="23"/>
        </w:rPr>
        <w:t>EDILSON</w:t>
      </w:r>
      <w:r>
        <w:rPr>
          <w:rFonts w:ascii="Arial" w:hAnsi="Arial" w:eastAsia="Arial"/>
          <w:b w:val="0"/>
          <w:i w:val="0"/>
          <w:color w:val="000000"/>
          <w:sz w:val="23"/>
        </w:rPr>
        <w:t>CLARA</w:t>
      </w:r>
    </w:p>
    <w:p>
      <w:pPr>
        <w:widowControl/>
        <w:wordWrap w:val="0"/>
        <w:autoSpaceDE w:val="0"/>
        <w:autoSpaceDN w:val="0"/>
        <w:spacing w:line="260" w:lineRule="exact" w:before="126" w:after="259"/>
        <w:ind w:left="15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Calé9</w:t>
      </w:r>
      <w:r>
        <w:rPr>
          <w:rFonts w:ascii="Times New Roman" w:hAnsi="Times New Roman" w:eastAsia="Times New Roman"/>
          <w:b w:val="0"/>
          <w:color w:val="000000"/>
          <w:spacing w:val="-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(</w:t>
      </w:r>
      <w:r>
        <w:rPr>
          <w:rFonts w:ascii="Arial" w:hAnsi="Arial" w:eastAsia="Arial"/>
          <w:b w:val="0"/>
          <w:i w:val="0"/>
          <w:color w:val="000000"/>
          <w:sz w:val="26"/>
        </w:rPr>
        <w:t>11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5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96136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1796</w:t>
      </w:r>
      <w:r>
        <w:rPr>
          <w:rFonts w:ascii="Times New Roman" w:hAnsi="Times New Roman" w:eastAsia="Times New Roman"/>
          <w:b w:val="0"/>
          <w:color w:val="000000"/>
          <w:spacing w:val="6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11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1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98602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9746</w:t>
      </w:r>
      <w:r>
        <w:rPr>
          <w:rFonts w:ascii="Times New Roman" w:hAnsi="Times New Roman" w:eastAsia="Times New Roman"/>
          <w:b w:val="0"/>
          <w:color w:val="000000"/>
          <w:spacing w:val="12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4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Ca</w:t>
      </w:r>
      <w:r>
        <w:rPr>
          <w:rFonts w:ascii="Arial" w:hAnsi="Arial" w:eastAsia="Arial"/>
          <w:b w:val="0"/>
          <w:i w:val="0"/>
          <w:color w:val="000000"/>
          <w:sz w:val="26"/>
        </w:rPr>
        <w:t>/</w:t>
      </w:r>
      <w:r>
        <w:rPr>
          <w:rFonts w:ascii="Arial" w:hAnsi="Arial" w:eastAsia="Arial"/>
          <w:b w:val="0"/>
          <w:i w:val="0"/>
          <w:color w:val="000000"/>
          <w:sz w:val="26"/>
        </w:rPr>
        <w:t>©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-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(</w:t>
      </w:r>
      <w:r>
        <w:rPr>
          <w:rFonts w:ascii="Arial" w:hAnsi="Arial" w:eastAsia="Arial"/>
          <w:b w:val="0"/>
          <w:i w:val="0"/>
          <w:color w:val="000000"/>
          <w:sz w:val="26"/>
        </w:rPr>
        <w:t>1</w:t>
      </w:r>
      <w:r>
        <w:rPr>
          <w:rFonts w:ascii="Arial" w:hAnsi="Arial" w:eastAsia="Arial"/>
          <w:b w:val="0"/>
          <w:i w:val="0"/>
          <w:color w:val="000000"/>
          <w:sz w:val="26"/>
        </w:rPr>
        <w:t>'</w:t>
      </w:r>
      <w:r>
        <w:rPr>
          <w:rFonts w:ascii="Arial" w:hAnsi="Arial" w:eastAsia="Arial"/>
          <w:b w:val="0"/>
          <w:i w:val="0"/>
          <w:color w:val="000000"/>
          <w:sz w:val="26"/>
        </w:rPr>
        <w:t>1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-1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97156</w:t>
      </w:r>
      <w:r>
        <w:rPr>
          <w:rFonts w:ascii="Arial" w:hAnsi="Arial" w:eastAsia="Arial"/>
          <w:b w:val="0"/>
          <w:i w:val="0"/>
          <w:color w:val="000000"/>
          <w:sz w:val="26"/>
        </w:rPr>
        <w:t>'</w:t>
      </w:r>
      <w:r>
        <w:rPr>
          <w:rFonts w:ascii="Arial" w:hAnsi="Arial" w:eastAsia="Arial"/>
          <w:b w:val="0"/>
          <w:i w:val="0"/>
          <w:color w:val="000000"/>
          <w:sz w:val="26"/>
        </w:rPr>
        <w:t>1019</w:t>
      </w:r>
      <w:r>
        <w:rPr>
          <w:rFonts w:ascii="Times New Roman" w:hAnsi="Times New Roman" w:eastAsia="Times New Roman"/>
          <w:b w:val="0"/>
          <w:color w:val="000000"/>
          <w:spacing w:val="6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6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Whatsapp</w:t>
      </w:r>
    </w:p>
    <w:p>
      <w:pPr>
        <w:widowControl/>
        <w:wordWrap w:val="0"/>
        <w:autoSpaceDE w:val="0"/>
        <w:autoSpaceDN w:val="0"/>
        <w:spacing w:line="390" w:lineRule="exact" w:before="518" w:after="6"/>
        <w:ind w:left="35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9"/>
        </w:rPr>
        <w:t>ATA</w:t>
      </w:r>
      <w:r>
        <w:rPr>
          <w:rFonts w:ascii="Times New Roman" w:hAnsi="Times New Roman" w:eastAsia="Times New Roman"/>
          <w:b w:val="0"/>
          <w:color w:val="000000"/>
          <w:spacing w:val="204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EXTRAORDINÁRIA</w:t>
      </w:r>
    </w:p>
    <w:p>
      <w:pPr>
        <w:widowControl/>
        <w:wordWrap w:val="0"/>
        <w:autoSpaceDE w:val="0"/>
        <w:autoSpaceDN w:val="0"/>
        <w:spacing w:line="646" w:lineRule="exact" w:before="12" w:after="2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pacing w:val="-58"/>
          <w:sz w:val="41"/>
          <w:vertAlign w:val="superscript"/>
        </w:rPr>
        <w:t>i</w:t>
      </w:r>
      <w:r>
        <w:rPr>
          <w:rFonts w:ascii="Arial" w:hAnsi="Arial" w:eastAsia="Arial"/>
          <w:b w:val="0"/>
          <w:i w:val="0"/>
          <w:color w:val="000000"/>
          <w:spacing w:val="-204"/>
          <w:sz w:val="47"/>
        </w:rPr>
        <w:t>a</w:t>
      </w:r>
      <w:r>
        <w:rPr>
          <w:rFonts w:ascii="Arial" w:hAnsi="Arial" w:eastAsia="Arial"/>
          <w:b w:val="0"/>
          <w:i w:val="0"/>
          <w:color w:val="000000"/>
          <w:sz w:val="47"/>
          <w:vertAlign w:val="superscript"/>
        </w:rPr>
        <w:t>#</w:t>
      </w:r>
      <w:r>
        <w:rPr>
          <w:rFonts w:ascii="Times New Roman" w:hAnsi="Times New Roman" w:eastAsia="Times New Roman"/>
          <w:b w:val="0"/>
          <w:color w:val="000000"/>
          <w:spacing w:val="975"/>
          <w:sz w:val="4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1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9"/>
          <w:sz w:val="4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6"/>
        </w:rPr>
        <w:t>-</w:t>
      </w:r>
      <w:r>
        <w:rPr>
          <w:rFonts w:ascii="Times New Roman" w:hAnsi="Times New Roman" w:eastAsia="Times New Roman"/>
          <w:b w:val="0"/>
          <w:color w:val="000000"/>
          <w:spacing w:val="14"/>
          <w:sz w:val="4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5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40"/>
          <w:sz w:val="4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2"/>
        </w:rPr>
        <w:t>DE</w:t>
      </w:r>
      <w:r>
        <w:rPr>
          <w:rFonts w:ascii="Times New Roman" w:hAnsi="Times New Roman" w:eastAsia="Times New Roman"/>
          <w:b w:val="0"/>
          <w:color w:val="000000"/>
          <w:spacing w:val="4"/>
          <w:sz w:val="4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5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20"/>
          <w:sz w:val="4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4"/>
        </w:rPr>
        <w:t>PORTELINHA</w:t>
      </w:r>
    </w:p>
    <w:p>
      <w:pPr>
        <w:widowControl/>
        <w:wordWrap w:val="0"/>
        <w:autoSpaceDE w:val="0"/>
        <w:autoSpaceDN w:val="0"/>
        <w:spacing w:line="290" w:lineRule="exact" w:before="51" w:after="3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lâ</w:t>
      </w:r>
    </w:p>
    <w:p>
      <w:pPr>
        <w:widowControl/>
        <w:wordWrap w:val="0"/>
        <w:autoSpaceDE w:val="0"/>
        <w:autoSpaceDN w:val="0"/>
        <w:spacing w:line="290" w:lineRule="exact" w:before="70" w:after="37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iâ</w:t>
      </w:r>
    </w:p>
    <w:p>
      <w:pPr>
        <w:widowControl/>
        <w:wordWrap w:val="0"/>
        <w:autoSpaceDE w:val="0"/>
        <w:autoSpaceDN w:val="0"/>
        <w:spacing w:line="14" w:lineRule="exact" w:before="59" w:after="0"/>
        <w:ind w:left="0" w:right="0"/>
      </w:pPr>
    </w:p>
    <w:tbl>
      <w:tblPr>
        <w:tblW w:type="auto" w:w="0"/>
        <w:tblInd w:type="dxa" w:w="60"/>
        <w:tblLayout w:type="fixed"/>
        <w:tblLook w:firstColumn="1" w:firstRow="1" w:lastColumn="0" w:lastRow="0" w:noHBand="0" w:noVBand="1" w:val="04A0"/>
      </w:tblPr>
      <w:tblGrid>
        <w:gridCol w:w="5661"/>
        <w:gridCol w:w="5661"/>
      </w:tblGrid>
      <w:tr>
        <w:trPr>
          <w:trHeight w:hRule="exact" w:val="2178"/>
        </w:trPr>
        <w:tc>
          <w:tcPr>
            <w:tcW w:type="dxa" w:w="142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646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58"/>
                <w:sz w:val="26"/>
                <w:vertAlign w:val="superscript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04"/>
                <w:sz w:val="47"/>
              </w:rPr>
              <w:t>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7"/>
                <w:vertAlign w:val="superscript"/>
              </w:rPr>
              <w:t>#</w:t>
            </w:r>
          </w:p>
          <w:p>
            <w:pPr>
              <w:widowControl/>
              <w:wordWrap w:val="0"/>
              <w:autoSpaceDE w:val="0"/>
              <w:autoSpaceDN w:val="0"/>
              <w:spacing w:line="300" w:lineRule="exact" w:before="32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iA</w:t>
            </w:r>
          </w:p>
          <w:p>
            <w:pPr>
              <w:widowControl/>
              <w:wordWrap w:val="0"/>
              <w:autoSpaceDE w:val="0"/>
              <w:autoSpaceDN w:val="0"/>
              <w:spacing w:line="270" w:lineRule="exact" w:before="2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iA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62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+</w:t>
            </w:r>
          </w:p>
        </w:tc>
        <w:tc>
          <w:tcPr>
            <w:tcW w:type="dxa" w:w="837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90" w:lineRule="exact" w:before="878" w:after="0"/>
              <w:ind w:left="11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também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6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2"/>
                <w:sz w:val="39"/>
              </w:rPr>
              <w:t>Designadap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5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ela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Sigla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1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Fantasia</w:t>
            </w:r>
          </w:p>
          <w:p>
            <w:pPr>
              <w:widowControl/>
              <w:wordWrap w:val="0"/>
              <w:autoSpaceDE w:val="0"/>
              <w:autoSpaceDN w:val="0"/>
              <w:spacing w:line="800" w:lineRule="exact" w:before="109" w:after="0"/>
              <w:ind w:left="113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80"/>
              </w:rPr>
              <w:t>ONG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80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80"/>
              </w:rPr>
              <w:t>PORTELINHA</w:t>
            </w:r>
          </w:p>
        </w:tc>
      </w:tr>
    </w:tbl>
    <w:p>
      <w:pPr>
        <w:widowControl/>
        <w:wordWrap w:val="0"/>
        <w:autoSpaceDE w:val="0"/>
        <w:autoSpaceDN w:val="0"/>
        <w:spacing w:line="260" w:lineRule="exact" w:before="82" w:after="40"/>
        <w:ind w:left="50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Endereço</w:t>
      </w:r>
      <w:r>
        <w:rPr>
          <w:rFonts w:ascii="Times New Roman" w:hAnsi="Times New Roman" w:eastAsia="Times New Roman"/>
          <w:b w:val="0"/>
          <w:color w:val="000000"/>
          <w:spacing w:val="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Eletrõnico</w:t>
      </w:r>
      <w:r>
        <w:rPr>
          <w:rFonts w:ascii="Arial" w:hAnsi="Arial" w:eastAsia="Arial"/>
          <w:b w:val="0"/>
          <w:i w:val="0"/>
          <w:color w:val="000000"/>
          <w:sz w:val="26"/>
        </w:rPr>
        <w:t>:</w:t>
      </w:r>
    </w:p>
    <w:p>
      <w:pPr>
        <w:widowControl/>
        <w:wordWrap w:val="0"/>
        <w:autoSpaceDE w:val="0"/>
        <w:autoSpaceDN w:val="0"/>
        <w:spacing w:line="260" w:lineRule="exact" w:before="80" w:after="60"/>
        <w:ind w:left="30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institutocidpartelinha</w:t>
      </w:r>
      <w:r>
        <w:rPr>
          <w:rFonts w:ascii="Arial" w:hAnsi="Arial" w:eastAsia="Arial"/>
          <w:b w:val="0"/>
          <w:i w:val="0"/>
          <w:color w:val="000000"/>
          <w:sz w:val="26"/>
        </w:rPr>
        <w:t>@</w:t>
      </w:r>
      <w:r>
        <w:rPr>
          <w:rFonts w:ascii="Arial" w:hAnsi="Arial" w:eastAsia="Arial"/>
          <w:b w:val="0"/>
          <w:i w:val="0"/>
          <w:color w:val="000000"/>
          <w:sz w:val="26"/>
        </w:rPr>
        <w:t>hotmail</w:t>
      </w:r>
      <w:r>
        <w:rPr>
          <w:rFonts w:ascii="Arial" w:hAnsi="Arial" w:eastAsia="Arial"/>
          <w:b w:val="0"/>
          <w:i w:val="0"/>
          <w:color w:val="000000"/>
          <w:sz w:val="26"/>
        </w:rPr>
        <w:t>.</w:t>
      </w:r>
      <w:r>
        <w:rPr>
          <w:rFonts w:ascii="Arial" w:hAnsi="Arial" w:eastAsia="Arial"/>
          <w:b w:val="0"/>
          <w:i w:val="0"/>
          <w:color w:val="000000"/>
          <w:sz w:val="26"/>
        </w:rPr>
        <w:t>com</w:t>
      </w:r>
      <w:r>
        <w:rPr>
          <w:rFonts w:ascii="Times New Roman" w:hAnsi="Times New Roman" w:eastAsia="Times New Roman"/>
          <w:b w:val="0"/>
          <w:color w:val="000000"/>
          <w:spacing w:val="8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casei</w:t>
      </w:r>
      <w:r>
        <w:rPr>
          <w:rFonts w:ascii="Arial" w:hAnsi="Arial" w:eastAsia="Arial"/>
          <w:b w:val="0"/>
          <w:i w:val="0"/>
          <w:color w:val="000000"/>
          <w:sz w:val="26"/>
        </w:rPr>
        <w:t>.</w:t>
      </w:r>
      <w:r>
        <w:rPr>
          <w:rFonts w:ascii="Arial" w:hAnsi="Arial" w:eastAsia="Arial"/>
          <w:b w:val="0"/>
          <w:i w:val="0"/>
          <w:color w:val="000000"/>
          <w:sz w:val="26"/>
        </w:rPr>
        <w:t>edilsonceara</w:t>
      </w:r>
      <w:r>
        <w:rPr>
          <w:rFonts w:ascii="Arial" w:hAnsi="Arial" w:eastAsia="Arial"/>
          <w:b w:val="0"/>
          <w:i w:val="0"/>
          <w:color w:val="000000"/>
          <w:sz w:val="26"/>
        </w:rPr>
        <w:t>@</w:t>
      </w:r>
      <w:r>
        <w:rPr>
          <w:rFonts w:ascii="Arial" w:hAnsi="Arial" w:eastAsia="Arial"/>
          <w:b w:val="0"/>
          <w:i w:val="0"/>
          <w:color w:val="000000"/>
          <w:sz w:val="26"/>
        </w:rPr>
        <w:t>hotmail</w:t>
      </w:r>
      <w:r>
        <w:rPr>
          <w:rFonts w:ascii="Arial" w:hAnsi="Arial" w:eastAsia="Arial"/>
          <w:b w:val="0"/>
          <w:i w:val="0"/>
          <w:color w:val="000000"/>
          <w:sz w:val="26"/>
        </w:rPr>
        <w:t>.</w:t>
      </w:r>
      <w:r>
        <w:rPr>
          <w:rFonts w:ascii="Arial" w:hAnsi="Arial" w:eastAsia="Arial"/>
          <w:b w:val="0"/>
          <w:i w:val="0"/>
          <w:color w:val="000000"/>
          <w:sz w:val="26"/>
        </w:rPr>
        <w:t>com</w:t>
      </w:r>
    </w:p>
    <w:p>
      <w:pPr>
        <w:widowControl/>
        <w:wordWrap w:val="0"/>
        <w:autoSpaceDE w:val="0"/>
        <w:autoSpaceDN w:val="0"/>
        <w:spacing w:line="14" w:lineRule="exact" w:before="107" w:after="0"/>
        <w:ind w:left="0" w:right="0"/>
      </w:pPr>
    </w:p>
    <w:tbl>
      <w:tblPr>
        <w:tblW w:type="auto" w:w="0"/>
        <w:tblInd w:type="dxa" w:w="60"/>
        <w:tblLayout w:type="fixed"/>
        <w:tblLook w:firstColumn="1" w:firstRow="1" w:lastColumn="0" w:lastRow="0" w:noHBand="0" w:noVBand="1" w:val="04A0"/>
      </w:tblPr>
      <w:tblGrid>
        <w:gridCol w:w="5661"/>
        <w:gridCol w:w="5661"/>
      </w:tblGrid>
      <w:tr>
        <w:trPr>
          <w:trHeight w:hRule="exact" w:val="874"/>
        </w:trPr>
        <w:tc>
          <w:tcPr>
            <w:tcW w:type="dxa" w:w="86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la</w:t>
            </w:r>
          </w:p>
        </w:tc>
        <w:tc>
          <w:tcPr>
            <w:tcW w:type="dxa" w:w="10060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30" w:lineRule="exact" w:before="244" w:after="0"/>
              <w:ind w:left="59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Ce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®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96136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1796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98602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9746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3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Ce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/@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971561019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4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Whatsapp</w:t>
            </w:r>
          </w:p>
          <w:p>
            <w:pPr>
              <w:widowControl/>
              <w:wordWrap w:val="0"/>
              <w:autoSpaceDE w:val="0"/>
              <w:autoSpaceDN w:val="0"/>
              <w:spacing w:line="300" w:lineRule="exact" w:before="0" w:after="0"/>
              <w:ind w:left="331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Documento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Elaborado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Pela</w:t>
            </w:r>
          </w:p>
        </w:tc>
      </w:tr>
    </w:tbl>
    <w:p>
      <w:pPr>
        <w:widowControl/>
        <w:wordWrap w:val="0"/>
        <w:autoSpaceDE w:val="0"/>
        <w:autoSpaceDN w:val="0"/>
        <w:spacing w:line="300" w:lineRule="exact" w:before="93" w:after="41"/>
        <w:ind w:left="2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DNG</w:t>
      </w:r>
      <w:r>
        <w:rPr>
          <w:rFonts w:ascii="Times New Roman" w:hAnsi="Times New Roman" w:eastAsia="Times New Roman"/>
          <w:b w:val="0"/>
          <w:color w:val="000000"/>
          <w:spacing w:val="-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USABG</w:t>
      </w:r>
      <w:r>
        <w:rPr>
          <w:rFonts w:ascii="Times New Roman" w:hAnsi="Times New Roman" w:eastAsia="Times New Roman"/>
          <w:b w:val="0"/>
          <w:color w:val="000000"/>
          <w:spacing w:val="3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BAIRROS</w:t>
      </w:r>
      <w:r>
        <w:rPr>
          <w:rFonts w:ascii="Times New Roman" w:hAnsi="Times New Roman" w:eastAsia="Times New Roman"/>
          <w:b w:val="0"/>
          <w:color w:val="000000"/>
          <w:spacing w:val="3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e</w:t>
      </w:r>
      <w:r>
        <w:rPr>
          <w:rFonts w:ascii="Times New Roman" w:hAnsi="Times New Roman" w:eastAsia="Times New Roman"/>
          <w:b w:val="0"/>
          <w:color w:val="000000"/>
          <w:spacing w:val="5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ONG</w:t>
      </w:r>
      <w:r>
        <w:rPr>
          <w:rFonts w:ascii="Times New Roman" w:hAnsi="Times New Roman" w:eastAsia="Times New Roman"/>
          <w:b w:val="0"/>
          <w:color w:val="000000"/>
          <w:spacing w:val="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CASEI</w:t>
      </w:r>
      <w:r>
        <w:rPr>
          <w:rFonts w:ascii="Times New Roman" w:hAnsi="Times New Roman" w:eastAsia="Times New Roman"/>
          <w:b w:val="0"/>
          <w:color w:val="000000"/>
          <w:spacing w:val="14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EDILSON</w:t>
      </w:r>
      <w:r>
        <w:rPr>
          <w:rFonts w:ascii="Times New Roman" w:hAnsi="Times New Roman" w:eastAsia="Times New Roman"/>
          <w:b w:val="0"/>
          <w:color w:val="000000"/>
          <w:spacing w:val="4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CEARÁ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</w:p>
    <w:p>
      <w:pPr>
        <w:widowControl/>
        <w:wordWrap w:val="0"/>
        <w:autoSpaceDE w:val="0"/>
        <w:autoSpaceDN w:val="0"/>
        <w:spacing w:line="450" w:lineRule="exact" w:before="82" w:after="55"/>
        <w:ind w:left="49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5"/>
        </w:rPr>
        <w:t>Sede</w:t>
      </w:r>
      <w:r>
        <w:rPr>
          <w:rFonts w:ascii="Times New Roman" w:hAnsi="Times New Roman" w:eastAsia="Times New Roman"/>
          <w:b w:val="0"/>
          <w:color w:val="000000"/>
          <w:spacing w:val="17"/>
          <w:sz w:val="4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5"/>
        </w:rPr>
        <w:t>Social</w:t>
      </w:r>
      <w:r>
        <w:rPr>
          <w:rFonts w:ascii="Arial" w:hAnsi="Arial" w:eastAsia="Arial"/>
          <w:b w:val="0"/>
          <w:i w:val="0"/>
          <w:color w:val="000000"/>
          <w:sz w:val="45"/>
        </w:rPr>
        <w:t>:</w:t>
      </w:r>
    </w:p>
    <w:p>
      <w:pPr>
        <w:widowControl/>
        <w:wordWrap w:val="0"/>
        <w:autoSpaceDE w:val="0"/>
        <w:autoSpaceDN w:val="0"/>
        <w:spacing w:line="270" w:lineRule="exact" w:before="111" w:after="5"/>
        <w:ind w:left="1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Avenida</w:t>
      </w:r>
      <w:r>
        <w:rPr>
          <w:rFonts w:ascii="Times New Roman" w:hAnsi="Times New Roman" w:eastAsia="Times New Roman"/>
          <w:b w:val="0"/>
          <w:color w:val="000000"/>
          <w:spacing w:val="5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Anito</w:t>
      </w:r>
      <w:r>
        <w:rPr>
          <w:rFonts w:ascii="Times New Roman" w:hAnsi="Times New Roman" w:eastAsia="Times New Roman"/>
          <w:b w:val="0"/>
          <w:color w:val="000000"/>
          <w:spacing w:val="7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Garibaldi</w:t>
      </w:r>
      <w:r>
        <w:rPr>
          <w:rFonts w:ascii="Times New Roman" w:hAnsi="Times New Roman" w:eastAsia="Times New Roman"/>
          <w:b w:val="0"/>
          <w:color w:val="000000"/>
          <w:spacing w:val="15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N</w:t>
      </w:r>
      <w:r>
        <w:rPr>
          <w:rFonts w:ascii="Arial" w:hAnsi="Arial" w:eastAsia="Arial"/>
          <w:b w:val="0"/>
          <w:i w:val="0"/>
          <w:color w:val="000000"/>
          <w:sz w:val="27"/>
        </w:rPr>
        <w:t>'</w:t>
      </w:r>
      <w:r>
        <w:rPr>
          <w:rFonts w:ascii="Times New Roman" w:hAnsi="Times New Roman" w:eastAsia="Times New Roman"/>
          <w:b w:val="0"/>
          <w:color w:val="000000"/>
          <w:spacing w:val="66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132</w:t>
      </w:r>
      <w:r>
        <w:rPr>
          <w:rFonts w:ascii="Times New Roman" w:hAnsi="Times New Roman" w:eastAsia="Times New Roman"/>
          <w:b w:val="0"/>
          <w:color w:val="000000"/>
          <w:spacing w:val="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-</w:t>
      </w:r>
      <w:r>
        <w:rPr>
          <w:rFonts w:ascii="Times New Roman" w:hAnsi="Times New Roman" w:eastAsia="Times New Roman"/>
          <w:b w:val="0"/>
          <w:color w:val="000000"/>
          <w:spacing w:val="43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Bairro</w:t>
      </w:r>
      <w:r>
        <w:rPr>
          <w:rFonts w:ascii="Times New Roman" w:hAnsi="Times New Roman" w:eastAsia="Times New Roman"/>
          <w:b w:val="0"/>
          <w:color w:val="000000"/>
          <w:spacing w:val="7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de</w:t>
      </w:r>
      <w:r>
        <w:rPr>
          <w:rFonts w:ascii="Times New Roman" w:hAnsi="Times New Roman" w:eastAsia="Times New Roman"/>
          <w:b w:val="0"/>
          <w:color w:val="000000"/>
          <w:spacing w:val="3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Bonsucesso</w:t>
      </w:r>
      <w:r>
        <w:rPr>
          <w:rFonts w:ascii="Arial" w:hAnsi="Arial" w:eastAsia="Arial"/>
          <w:b w:val="0"/>
          <w:i w:val="0"/>
          <w:color w:val="000000"/>
          <w:sz w:val="27"/>
        </w:rPr>
        <w:t>-</w:t>
      </w:r>
      <w:r>
        <w:rPr>
          <w:rFonts w:ascii="Times New Roman" w:hAnsi="Times New Roman" w:eastAsia="Times New Roman"/>
          <w:b w:val="0"/>
          <w:color w:val="000000"/>
          <w:spacing w:val="5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Cep</w:t>
      </w:r>
      <w:r>
        <w:rPr>
          <w:rFonts w:ascii="Arial" w:hAnsi="Arial" w:eastAsia="Arial"/>
          <w:b w:val="0"/>
          <w:i w:val="0"/>
          <w:color w:val="000000"/>
          <w:sz w:val="27"/>
        </w:rPr>
        <w:t>.</w:t>
      </w:r>
      <w:r>
        <w:rPr>
          <w:rFonts w:ascii="Times New Roman" w:hAnsi="Times New Roman" w:eastAsia="Times New Roman"/>
          <w:b w:val="0"/>
          <w:color w:val="000000"/>
          <w:spacing w:val="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07179</w:t>
      </w:r>
      <w:r>
        <w:rPr>
          <w:rFonts w:ascii="Arial" w:hAnsi="Arial" w:eastAsia="Arial"/>
          <w:b w:val="0"/>
          <w:i w:val="0"/>
          <w:color w:val="000000"/>
          <w:sz w:val="27"/>
        </w:rPr>
        <w:t>-</w:t>
      </w:r>
      <w:r>
        <w:rPr>
          <w:rFonts w:ascii="Arial" w:hAnsi="Arial" w:eastAsia="Arial"/>
          <w:b w:val="0"/>
          <w:i w:val="0"/>
          <w:color w:val="000000"/>
          <w:sz w:val="27"/>
        </w:rPr>
        <w:t>800</w:t>
      </w:r>
    </w:p>
    <w:p>
      <w:pPr>
        <w:widowControl/>
        <w:wordWrap w:val="0"/>
        <w:autoSpaceDE w:val="0"/>
        <w:autoSpaceDN w:val="0"/>
        <w:spacing w:line="270" w:lineRule="exact" w:before="10" w:after="237"/>
        <w:ind w:left="12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Na</w:t>
      </w:r>
      <w:r>
        <w:rPr>
          <w:rFonts w:ascii="Times New Roman" w:hAnsi="Times New Roman" w:eastAsia="Times New Roman"/>
          <w:b w:val="0"/>
          <w:color w:val="000000"/>
          <w:spacing w:val="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1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de</w:t>
      </w:r>
      <w:r>
        <w:rPr>
          <w:rFonts w:ascii="Times New Roman" w:hAnsi="Times New Roman" w:eastAsia="Times New Roman"/>
          <w:b w:val="0"/>
          <w:color w:val="000000"/>
          <w:spacing w:val="3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Guarulhos</w:t>
      </w:r>
      <w:r>
        <w:rPr>
          <w:rFonts w:ascii="Arial" w:hAnsi="Arial" w:eastAsia="Arial"/>
          <w:b w:val="0"/>
          <w:i w:val="0"/>
          <w:color w:val="000000"/>
          <w:sz w:val="27"/>
        </w:rPr>
        <w:t>-</w:t>
      </w:r>
      <w:r>
        <w:rPr>
          <w:rFonts w:ascii="Arial" w:hAnsi="Arial" w:eastAsia="Arial"/>
          <w:b w:val="0"/>
          <w:i w:val="0"/>
          <w:color w:val="000000"/>
          <w:sz w:val="27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7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de</w:t>
      </w:r>
      <w:r>
        <w:rPr>
          <w:rFonts w:ascii="Times New Roman" w:hAnsi="Times New Roman" w:eastAsia="Times New Roman"/>
          <w:b w:val="0"/>
          <w:color w:val="000000"/>
          <w:spacing w:val="3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São</w:t>
      </w:r>
      <w:r>
        <w:rPr>
          <w:rFonts w:ascii="Times New Roman" w:hAnsi="Times New Roman" w:eastAsia="Times New Roman"/>
          <w:b w:val="0"/>
          <w:color w:val="000000"/>
          <w:spacing w:val="1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Paulo</w:t>
      </w:r>
      <w:r>
        <w:rPr>
          <w:rFonts w:ascii="Arial" w:hAnsi="Arial" w:eastAsia="Arial"/>
          <w:b w:val="0"/>
          <w:i w:val="0"/>
          <w:color w:val="000000"/>
          <w:sz w:val="27"/>
        </w:rPr>
        <w:t>.</w:t>
      </w:r>
    </w:p>
    <w:p>
      <w:pPr>
        <w:widowControl/>
        <w:wordWrap w:val="0"/>
        <w:autoSpaceDE w:val="0"/>
        <w:autoSpaceDN w:val="0"/>
        <w:spacing w:line="240" w:lineRule="exact" w:before="473" w:after="6"/>
        <w:ind w:left="1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FIlIal</w:t>
      </w:r>
      <w:r>
        <w:rPr>
          <w:rFonts w:ascii="Times New Roman" w:hAnsi="Times New Roman" w:eastAsia="Times New Roman"/>
          <w:b w:val="0"/>
          <w:color w:val="000000"/>
          <w:spacing w:val="22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Um</w:t>
      </w:r>
      <w:r>
        <w:rPr>
          <w:rFonts w:ascii="Times New Roman" w:hAnsi="Times New Roman" w:eastAsia="Times New Roman"/>
          <w:b w:val="0"/>
          <w:color w:val="000000"/>
          <w:spacing w:val="14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(</w:t>
      </w:r>
      <w:r>
        <w:rPr>
          <w:rFonts w:ascii="Arial" w:hAnsi="Arial" w:eastAsia="Arial"/>
          <w:b w:val="0"/>
          <w:i w:val="0"/>
          <w:color w:val="000000"/>
          <w:sz w:val="24"/>
        </w:rPr>
        <w:t>1</w:t>
      </w:r>
      <w:r>
        <w:rPr>
          <w:rFonts w:ascii="Arial" w:hAnsi="Arial" w:eastAsia="Arial"/>
          <w:b w:val="0"/>
          <w:i w:val="0"/>
          <w:color w:val="000000"/>
          <w:sz w:val="24"/>
        </w:rPr>
        <w:t>)</w:t>
      </w:r>
      <w:r>
        <w:rPr>
          <w:rFonts w:ascii="Times New Roman" w:hAnsi="Times New Roman" w:eastAsia="Times New Roman"/>
          <w:b w:val="0"/>
          <w:color w:val="000000"/>
          <w:spacing w:val="14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CRECHE</w:t>
      </w:r>
      <w:r>
        <w:rPr>
          <w:rFonts w:ascii="Times New Roman" w:hAnsi="Times New Roman" w:eastAsia="Times New Roman"/>
          <w:b w:val="0"/>
          <w:color w:val="000000"/>
          <w:spacing w:val="6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PORTeLINHA</w:t>
      </w:r>
      <w:r>
        <w:rPr>
          <w:rFonts w:ascii="Times New Roman" w:hAnsi="Times New Roman" w:eastAsia="Times New Roman"/>
          <w:b w:val="0"/>
          <w:color w:val="000000"/>
          <w:spacing w:val="21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-</w:t>
      </w:r>
      <w:r>
        <w:rPr>
          <w:rFonts w:ascii="Times New Roman" w:hAnsi="Times New Roman" w:eastAsia="Times New Roman"/>
          <w:b w:val="0"/>
          <w:color w:val="000000"/>
          <w:spacing w:val="10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Rua</w:t>
      </w:r>
      <w:r>
        <w:rPr>
          <w:rFonts w:ascii="Times New Roman" w:hAnsi="Times New Roman" w:eastAsia="Times New Roman"/>
          <w:b w:val="0"/>
          <w:color w:val="000000"/>
          <w:spacing w:val="8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Cotas</w:t>
      </w:r>
      <w:r>
        <w:rPr>
          <w:rFonts w:ascii="Times New Roman" w:hAnsi="Times New Roman" w:eastAsia="Times New Roman"/>
          <w:b w:val="0"/>
          <w:color w:val="000000"/>
          <w:spacing w:val="11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Altas</w:t>
      </w:r>
      <w:r>
        <w:rPr>
          <w:rFonts w:ascii="Times New Roman" w:hAnsi="Times New Roman" w:eastAsia="Times New Roman"/>
          <w:b w:val="0"/>
          <w:color w:val="000000"/>
          <w:spacing w:val="16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Noroeba</w:t>
      </w:r>
      <w:r>
        <w:rPr>
          <w:rFonts w:ascii="Times New Roman" w:hAnsi="Times New Roman" w:eastAsia="Times New Roman"/>
          <w:b w:val="0"/>
          <w:color w:val="000000"/>
          <w:spacing w:val="24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N</w:t>
      </w:r>
      <w:r>
        <w:rPr>
          <w:rFonts w:ascii="Arial" w:hAnsi="Arial" w:eastAsia="Arial"/>
          <w:b w:val="0"/>
          <w:i w:val="0"/>
          <w:color w:val="000000"/>
          <w:sz w:val="24"/>
        </w:rPr>
        <w:t>'</w:t>
      </w:r>
      <w:r>
        <w:rPr>
          <w:rFonts w:ascii="Times New Roman" w:hAnsi="Times New Roman" w:eastAsia="Times New Roman"/>
          <w:b w:val="0"/>
          <w:color w:val="000000"/>
          <w:spacing w:val="101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118</w:t>
      </w:r>
      <w:r>
        <w:rPr>
          <w:rFonts w:ascii="Arial" w:hAnsi="Arial" w:eastAsia="Arial"/>
          <w:b w:val="0"/>
          <w:i w:val="0"/>
          <w:color w:val="000000"/>
          <w:sz w:val="24"/>
        </w:rPr>
        <w:t>-</w:t>
      </w:r>
      <w:r>
        <w:rPr>
          <w:rFonts w:ascii="Times New Roman" w:hAnsi="Times New Roman" w:eastAsia="Times New Roman"/>
          <w:b w:val="0"/>
          <w:color w:val="000000"/>
          <w:spacing w:val="16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C©p</w:t>
      </w:r>
      <w:r>
        <w:rPr>
          <w:rFonts w:ascii="Arial" w:hAnsi="Arial" w:eastAsia="Arial"/>
          <w:b w:val="0"/>
          <w:i w:val="0"/>
          <w:color w:val="000000"/>
          <w:sz w:val="24"/>
        </w:rPr>
        <w:t>:</w:t>
      </w:r>
    </w:p>
    <w:p>
      <w:pPr>
        <w:widowControl/>
        <w:wordWrap w:val="0"/>
        <w:autoSpaceDE w:val="0"/>
        <w:autoSpaceDN w:val="0"/>
        <w:spacing w:line="300" w:lineRule="exact" w:before="13" w:after="375"/>
        <w:ind w:left="1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07261170</w:t>
      </w:r>
      <w:r>
        <w:rPr>
          <w:rFonts w:ascii="Times New Roman" w:hAnsi="Times New Roman" w:eastAsia="Times New Roman"/>
          <w:b w:val="0"/>
          <w:color w:val="000000"/>
          <w:spacing w:val="-29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6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no</w:t>
      </w:r>
      <w:r>
        <w:rPr>
          <w:rFonts w:ascii="Times New Roman" w:hAnsi="Times New Roman" w:eastAsia="Times New Roman"/>
          <w:b w:val="0"/>
          <w:color w:val="000000"/>
          <w:spacing w:val="5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Bairro</w:t>
      </w:r>
      <w:r>
        <w:rPr>
          <w:rFonts w:ascii="Arial" w:hAnsi="Arial" w:eastAsia="Arial"/>
          <w:b w:val="0"/>
          <w:i w:val="0"/>
          <w:color w:val="000000"/>
          <w:sz w:val="30"/>
        </w:rPr>
        <w:t>:</w:t>
      </w:r>
      <w:r>
        <w:rPr>
          <w:rFonts w:ascii="Times New Roman" w:hAnsi="Times New Roman" w:eastAsia="Times New Roman"/>
          <w:b w:val="0"/>
          <w:color w:val="000000"/>
          <w:spacing w:val="4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Parque</w:t>
      </w:r>
      <w:r>
        <w:rPr>
          <w:rFonts w:ascii="Times New Roman" w:hAnsi="Times New Roman" w:eastAsia="Times New Roman"/>
          <w:b w:val="0"/>
          <w:color w:val="000000"/>
          <w:spacing w:val="-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Mana</w:t>
      </w:r>
      <w:r>
        <w:rPr>
          <w:rFonts w:ascii="Times New Roman" w:hAnsi="Times New Roman" w:eastAsia="Times New Roman"/>
          <w:b w:val="0"/>
          <w:color w:val="000000"/>
          <w:spacing w:val="3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Helena</w:t>
      </w:r>
      <w:r>
        <w:rPr>
          <w:rFonts w:ascii="Times New Roman" w:hAnsi="Times New Roman" w:eastAsia="Times New Roman"/>
          <w:b w:val="0"/>
          <w:color w:val="000000"/>
          <w:spacing w:val="-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6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na</w:t>
      </w:r>
      <w:r>
        <w:rPr>
          <w:rFonts w:ascii="Times New Roman" w:hAnsi="Times New Roman" w:eastAsia="Times New Roman"/>
          <w:b w:val="0"/>
          <w:color w:val="000000"/>
          <w:spacing w:val="5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de</w:t>
      </w:r>
      <w:r>
        <w:rPr>
          <w:rFonts w:ascii="Times New Roman" w:hAnsi="Times New Roman" w:eastAsia="Times New Roman"/>
          <w:b w:val="0"/>
          <w:color w:val="000000"/>
          <w:spacing w:val="5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Guarulhos</w:t>
      </w:r>
      <w:r>
        <w:rPr>
          <w:rFonts w:ascii="Times New Roman" w:hAnsi="Times New Roman" w:eastAsia="Times New Roman"/>
          <w:b w:val="0"/>
          <w:color w:val="000000"/>
          <w:spacing w:val="-19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no</w:t>
      </w:r>
    </w:p>
    <w:p>
      <w:pPr>
        <w:widowControl/>
        <w:wordWrap w:val="0"/>
        <w:autoSpaceDE w:val="0"/>
        <w:autoSpaceDN w:val="0"/>
        <w:spacing w:line="14" w:lineRule="exact" w:before="737" w:after="0"/>
        <w:ind w:left="0" w:right="0"/>
      </w:pPr>
    </w:p>
    <w:tbl>
      <w:tblPr>
        <w:tblW w:type="auto" w:w="0"/>
        <w:tblInd w:type="dxa" w:w="1220"/>
        <w:tblLayout w:type="fixed"/>
        <w:tblLook w:firstColumn="1" w:firstRow="1" w:lastColumn="0" w:lastRow="0" w:noHBand="0" w:noVBand="1" w:val="04A0"/>
      </w:tblPr>
      <w:tblGrid>
        <w:gridCol w:w="1887"/>
        <w:gridCol w:w="1887"/>
        <w:gridCol w:w="1887"/>
        <w:gridCol w:w="1887"/>
        <w:gridCol w:w="1887"/>
        <w:gridCol w:w="1887"/>
      </w:tblGrid>
      <w:tr>
        <w:trPr>
          <w:trHeight w:hRule="exact" w:val="258"/>
        </w:trPr>
        <w:tc>
          <w:tcPr>
            <w:tcW w:type="dxa" w:w="753"/>
            <w:tcMar>
              <w:left w:type="dxa" w:w="0"/>
              <w:right w:type="dxa" w:w="0"/>
            </w:tcMar>
          </w:tcPr>
          <w:p/>
        </w:tc>
        <w:tc>
          <w:tcPr>
            <w:tcW w:type="dxa" w:w="1342"/>
            <w:tcMar>
              <w:left w:type="dxa" w:w="0"/>
              <w:right w:type="dxa" w:w="0"/>
            </w:tcMar>
          </w:tcPr>
          <w:p/>
        </w:tc>
        <w:tc>
          <w:tcPr>
            <w:tcW w:type="dxa" w:w="3414"/>
            <w:tcMar>
              <w:left w:type="dxa" w:w="0"/>
              <w:right w:type="dxa" w:w="0"/>
            </w:tcMar>
          </w:tcPr>
          <w:p/>
        </w:tc>
        <w:tc>
          <w:tcPr>
            <w:tcW w:type="dxa" w:w="2768"/>
            <w:tcMar>
              <w:left w:type="dxa" w:w="0"/>
              <w:right w:type="dxa" w:w="0"/>
            </w:tcMar>
          </w:tcPr>
          <w:p/>
        </w:tc>
        <w:tc>
          <w:tcPr>
            <w:tcW w:type="dxa" w:w="1092"/>
            <w:tcMar>
              <w:left w:type="dxa" w:w="0"/>
              <w:right w:type="dxa" w:w="0"/>
            </w:tcMar>
          </w:tcPr>
          <w:p/>
        </w:tc>
        <w:tc>
          <w:tcPr>
            <w:tcW w:type="dxa" w:w="693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566"/>
        </w:trPr>
        <w:tc>
          <w:tcPr>
            <w:tcW w:type="dxa" w:w="10063"/>
            <w:gridSpan w:val="6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80" w:lineRule="exact" w:before="286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Sáo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Paulo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,</w:t>
            </w:r>
          </w:p>
        </w:tc>
      </w:tr>
    </w:tbl>
    <w:p>
      <w:pPr>
        <w:widowControl/>
        <w:wordWrap w:val="0"/>
        <w:autoSpaceDE w:val="0"/>
        <w:autoSpaceDN w:val="0"/>
        <w:spacing w:line="270" w:lineRule="exact" w:before="68" w:after="318"/>
        <w:ind w:left="35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Guarulhos</w:t>
      </w:r>
      <w:r>
        <w:rPr>
          <w:rFonts w:ascii="Times New Roman" w:hAnsi="Times New Roman" w:eastAsia="Times New Roman"/>
          <w:b w:val="0"/>
          <w:color w:val="000000"/>
          <w:spacing w:val="12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2</w:t>
      </w:r>
      <w:r>
        <w:rPr>
          <w:rFonts w:ascii="Times New Roman" w:hAnsi="Times New Roman" w:eastAsia="Times New Roman"/>
          <w:b w:val="0"/>
          <w:color w:val="000000"/>
          <w:spacing w:val="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de</w:t>
      </w:r>
      <w:r>
        <w:rPr>
          <w:rFonts w:ascii="Times New Roman" w:hAnsi="Times New Roman" w:eastAsia="Times New Roman"/>
          <w:b w:val="0"/>
          <w:color w:val="000000"/>
          <w:spacing w:val="3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Fevereiro</w:t>
      </w:r>
      <w:r>
        <w:rPr>
          <w:rFonts w:ascii="Times New Roman" w:hAnsi="Times New Roman" w:eastAsia="Times New Roman"/>
          <w:b w:val="0"/>
          <w:color w:val="000000"/>
          <w:spacing w:val="7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de</w:t>
      </w:r>
      <w:r>
        <w:rPr>
          <w:rFonts w:ascii="Times New Roman" w:hAnsi="Times New Roman" w:eastAsia="Times New Roman"/>
          <w:b w:val="0"/>
          <w:color w:val="000000"/>
          <w:spacing w:val="3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2025</w:t>
      </w:r>
    </w:p>
    <w:p>
      <w:pPr>
        <w:widowControl/>
        <w:wordWrap w:val="0"/>
        <w:autoSpaceDE w:val="0"/>
        <w:autoSpaceDN w:val="0"/>
        <w:spacing w:line="390" w:lineRule="exact" w:before="636" w:after="4"/>
        <w:ind w:left="23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9"/>
        </w:rPr>
        <w:t>filkSà</w:t>
      </w:r>
      <w:r>
        <w:rPr>
          <w:rFonts w:ascii="Arial" w:hAnsi="Arial" w:eastAsia="Arial"/>
          <w:b w:val="0"/>
          <w:i w:val="0"/>
          <w:color w:val="000000"/>
          <w:sz w:val="39"/>
        </w:rPr>
        <w:t>.</w:t>
      </w:r>
      <w:r>
        <w:rPr>
          <w:rFonts w:ascii="Arial" w:hAnsi="Arial" w:eastAsia="Arial"/>
          <w:b w:val="0"/>
          <w:i w:val="0"/>
          <w:color w:val="000000"/>
          <w:sz w:val="39"/>
        </w:rPr>
        <w:t>VAUMA</w:t>
      </w:r>
    </w:p>
    <w:p>
      <w:pPr>
        <w:widowControl/>
        <w:wordWrap w:val="0"/>
        <w:autoSpaceDE w:val="0"/>
        <w:autoSpaceDN w:val="0"/>
        <w:spacing w:line="290" w:lineRule="exact" w:before="8" w:after="356"/>
        <w:ind w:left="23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Presidente</w:t>
      </w:r>
    </w:p>
    <w:p>
      <w:pPr>
        <w:widowControl/>
        <w:wordWrap w:val="0"/>
        <w:autoSpaceDE w:val="0"/>
        <w:autoSpaceDN w:val="0"/>
        <w:spacing w:line="14" w:lineRule="exact" w:before="699" w:after="0"/>
        <w:ind w:left="0" w:right="0"/>
      </w:pPr>
    </w:p>
    <w:tbl>
      <w:tblPr>
        <w:tblW w:type="auto" w:w="0"/>
        <w:tblInd w:type="dxa" w:w="60"/>
        <w:tblLayout w:type="fixed"/>
        <w:tblLook w:firstColumn="1" w:firstRow="1" w:lastColumn="0" w:lastRow="0" w:noHBand="0" w:noVBand="1" w:val="04A0"/>
      </w:tblPr>
      <w:tblGrid>
        <w:gridCol w:w="3774"/>
        <w:gridCol w:w="3774"/>
        <w:gridCol w:w="3774"/>
      </w:tblGrid>
      <w:tr>
        <w:trPr>
          <w:trHeight w:hRule="exact" w:val="360"/>
        </w:trPr>
        <w:tc>
          <w:tcPr>
            <w:tcW w:type="dxa" w:w="2417"/>
            <w:vMerge w:val="restart"/>
            <w:tcMar>
              <w:left w:type="dxa" w:w="0"/>
              <w:right w:type="dxa" w:w="0"/>
            </w:tcMar>
          </w:tcPr>
          <w:p/>
        </w:tc>
        <w:tc>
          <w:tcPr>
            <w:tcW w:type="dxa" w:w="419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10" w:lineRule="exact" w:before="0" w:after="0"/>
              <w:ind w:left="242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54"/>
                <w:sz w:val="21"/>
              </w:rPr>
              <w:t>DEG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9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UARlnH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2"/>
                <w:sz w:val="21"/>
              </w:rPr>
              <w:t>B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7"/>
                <w:sz w:val="21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SP</w:t>
            </w:r>
          </w:p>
        </w:tc>
        <w:tc>
          <w:tcPr>
            <w:tcW w:type="dxa" w:w="371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660" w:lineRule="exact" w:before="315" w:after="0"/>
              <w:ind w:left="91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220"/>
                <w:sz w:val="42"/>
              </w:rPr>
              <w:t>K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\\</w:t>
            </w:r>
          </w:p>
        </w:tc>
      </w:tr>
      <w:tr>
        <w:trPr>
          <w:trHeight w:hRule="exact" w:val="8"/>
        </w:trPr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19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0" w:lineRule="exact" w:before="150" w:after="0"/>
              <w:ind w:left="220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3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4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4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3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J</w:t>
            </w:r>
          </w:p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68"/>
        </w:trPr>
        <w:tc>
          <w:tcPr>
            <w:tcW w:type="dxa" w:w="2417"/>
            <w:tcMar>
              <w:left w:type="dxa" w:w="0"/>
              <w:right w:type="dxa" w:w="0"/>
            </w:tcMar>
          </w:tcPr>
          <w:p/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213"/>
        </w:trPr>
        <w:tc>
          <w:tcPr>
            <w:tcW w:type="dxa" w:w="2417"/>
            <w:vMerge w:val="restart"/>
            <w:tcMar>
              <w:left w:type="dxa" w:w="0"/>
              <w:right w:type="dxa" w:w="0"/>
            </w:tcMar>
          </w:tcPr>
          <w:p/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97"/>
        </w:trPr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19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00" w:lineRule="exact" w:before="139" w:after="0"/>
              <w:ind w:left="272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REGIA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mO</w:t>
            </w:r>
          </w:p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57"/>
        </w:trPr>
        <w:tc>
          <w:tcPr>
            <w:tcW w:type="dxa" w:w="2417"/>
            <w:tcMar>
              <w:left w:type="dxa" w:w="0"/>
              <w:right w:type="dxa" w:w="0"/>
            </w:tcMar>
          </w:tcPr>
          <w:p/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774"/>
            <w:vMerge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330" w:lineRule="exact" w:before="3" w:after="0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P</w:t>
      </w:r>
    </w:p>
    <w:p>
      <w:pPr>
        <w:spacing w:after="0"/>
        <w:sectPr>
          <w:pgSz w:w="11900" w:h="16840"/>
          <w:pgMar w:top="218" w:right="477" w:bottom="74" w:left="100" w:header="720" w:footer="720" w:gutter="0"/>
          <w:cols w:space="720" w:num="1" w:equalWidth="0">
            <w:col w:w="11323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03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73.0pt;margin-top:370.7pt;width:502.8pt;height:18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4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PORTELINHAI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9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1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Assembleia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4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Contou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com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3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06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apoio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organizacional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"/>
                      <w:sz w:val="2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órgão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239.35pt;width:12.12pt;height:2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»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205.35pt;width:12.12pt;height:2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»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222.35pt;width:12.12pt;height:2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»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9.0pt;margin-top:410.7pt;width:14.23pt;height:18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4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i4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2.0pt;margin-top:323.26pt;width:507.03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8"/>
                      <w:sz w:val="30"/>
                    </w:rPr>
                    <w:t>d©vldamenter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5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eglstradas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7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4"/>
                      <w:sz w:val="30"/>
                    </w:rPr>
                    <w:t>©mlista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43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Integrante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6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da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3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presente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1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ata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0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de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3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assembleia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1.98pt;margin-top:703.22pt;width:15.27pt;height:34.33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667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39"/>
                      <w:sz w:val="25"/>
                      <w:vertAlign w:val="superscript"/>
                    </w:rPr>
                    <w:t>1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45"/>
                      <w:sz w:val="51"/>
                    </w:rPr>
                    <w:t>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51"/>
                      <w:vertAlign w:val="superscript"/>
                    </w:rPr>
                    <w:t>+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30" w:lineRule="exact" w:before="234" w:after="304"/>
        <w:ind w:left="86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"/>
        </w:rPr>
        <w:t>&amp;</w:t>
      </w:r>
    </w:p>
    <w:p>
      <w:pPr>
        <w:widowControl/>
        <w:wordWrap w:val="0"/>
        <w:autoSpaceDE w:val="0"/>
        <w:autoSpaceDN w:val="0"/>
        <w:spacing w:line="14" w:lineRule="exact" w:before="594" w:after="0"/>
        <w:ind w:left="0" w:right="0"/>
      </w:pPr>
    </w:p>
    <w:tbl>
      <w:tblPr>
        <w:tblW w:type="auto" w:w="0"/>
        <w:tblInd w:type="dxa" w:w="40"/>
        <w:tblLayout w:type="fixed"/>
        <w:tblLook w:firstColumn="1" w:firstRow="1" w:lastColumn="0" w:lastRow="0" w:noHBand="0" w:noVBand="1" w:val="04A0"/>
      </w:tblPr>
      <w:tblGrid>
        <w:gridCol w:w="1162"/>
        <w:gridCol w:w="1162"/>
        <w:gridCol w:w="1162"/>
        <w:gridCol w:w="1162"/>
        <w:gridCol w:w="1162"/>
        <w:gridCol w:w="1162"/>
        <w:gridCol w:w="1162"/>
        <w:gridCol w:w="1162"/>
        <w:gridCol w:w="1162"/>
        <w:gridCol w:w="1162"/>
      </w:tblGrid>
      <w:tr>
        <w:trPr>
          <w:trHeight w:hRule="exact" w:val="735"/>
        </w:trPr>
        <w:tc>
          <w:tcPr>
            <w:tcW w:type="dxa" w:w="812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40" w:lineRule="exact" w:before="25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i4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2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lõ</w:t>
            </w:r>
          </w:p>
          <w:p>
            <w:pPr>
              <w:widowControl/>
              <w:wordWrap w:val="0"/>
              <w:autoSpaceDE w:val="0"/>
              <w:autoSpaceDN w:val="0"/>
              <w:spacing w:line="290" w:lineRule="exact" w:before="425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i»</w:t>
            </w:r>
          </w:p>
          <w:p>
            <w:pPr>
              <w:widowControl/>
              <w:wordWrap w:val="0"/>
              <w:autoSpaceDE w:val="0"/>
              <w:autoSpaceDN w:val="0"/>
              <w:spacing w:line="646" w:lineRule="exact" w:before="7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125"/>
                <w:sz w:val="26"/>
                <w:vertAlign w:val="superscript"/>
              </w:rPr>
              <w:t>p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37"/>
                <w:sz w:val="47"/>
              </w:rPr>
              <w:t>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7"/>
                <w:vertAlign w:val="superscript"/>
              </w:rPr>
              <w:t>â</w:t>
            </w:r>
          </w:p>
          <w:p>
            <w:pPr>
              <w:widowControl/>
              <w:wordWrap w:val="0"/>
              <w:autoSpaceDE w:val="0"/>
              <w:autoSpaceDN w:val="0"/>
              <w:spacing w:line="230" w:lineRule="exact" w:before="78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+</w:t>
            </w:r>
          </w:p>
          <w:p>
            <w:pPr>
              <w:widowControl/>
              <w:wordWrap w:val="0"/>
              <w:autoSpaceDE w:val="0"/>
              <w:autoSpaceDN w:val="0"/>
              <w:spacing w:line="360" w:lineRule="exact" w:before="8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»</w:t>
            </w:r>
          </w:p>
          <w:p>
            <w:pPr>
              <w:widowControl/>
              <w:wordWrap w:val="0"/>
              <w:autoSpaceDE w:val="0"/>
              <w:autoSpaceDN w:val="0"/>
              <w:spacing w:line="735" w:lineRule="exact" w:before="989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222"/>
                <w:sz w:val="40"/>
              </w:rPr>
              <w:t>»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7"/>
              </w:rPr>
              <w:t>4</w:t>
            </w:r>
          </w:p>
          <w:p>
            <w:pPr>
              <w:widowControl/>
              <w:wordWrap w:val="0"/>
              <w:autoSpaceDE w:val="0"/>
              <w:autoSpaceDN w:val="0"/>
              <w:spacing w:line="250" w:lineRule="exact" w:before="42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IÕ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43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i4</w:t>
            </w:r>
          </w:p>
          <w:p>
            <w:pPr>
              <w:widowControl/>
              <w:wordWrap w:val="0"/>
              <w:autoSpaceDE w:val="0"/>
              <w:autoSpaceDN w:val="0"/>
              <w:spacing w:line="250" w:lineRule="exact" w:before="57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+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43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i4</w:t>
            </w:r>
          </w:p>
          <w:p>
            <w:pPr>
              <w:widowControl/>
              <w:wordWrap w:val="0"/>
              <w:autoSpaceDE w:val="0"/>
              <w:autoSpaceDN w:val="0"/>
              <w:spacing w:line="1088" w:lineRule="exact" w:before="6" w:after="0"/>
              <w:ind w:left="6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75"/>
                <w:sz w:val="34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77"/>
                <w:sz w:val="47"/>
              </w:rPr>
              <w:t>aa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4</w:t>
            </w:r>
          </w:p>
          <w:p>
            <w:pPr>
              <w:widowControl/>
              <w:wordWrap w:val="0"/>
              <w:autoSpaceDE w:val="0"/>
              <w:autoSpaceDN w:val="0"/>
              <w:spacing w:line="250" w:lineRule="exact" w:before="342" w:after="0"/>
              <w:ind w:left="6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+</w:t>
            </w:r>
          </w:p>
        </w:tc>
        <w:tc>
          <w:tcPr>
            <w:tcW w:type="dxa" w:w="10637"/>
            <w:gridSpan w:val="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90" w:lineRule="exact" w:before="0" w:after="0"/>
              <w:ind w:left="134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ONG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INSTITUTODECIDADANIA</w:t>
            </w:r>
          </w:p>
          <w:p>
            <w:pPr>
              <w:widowControl/>
              <w:wordWrap w:val="0"/>
              <w:autoSpaceDE w:val="0"/>
              <w:autoSpaceDN w:val="0"/>
              <w:spacing w:line="240" w:lineRule="exact" w:before="47" w:after="0"/>
              <w:ind w:left="108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Documento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7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Elaborado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4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pala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6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ONG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U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ABG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BAIRROS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0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ea</w:t>
            </w:r>
          </w:p>
        </w:tc>
      </w:tr>
      <w:tr>
        <w:trPr>
          <w:trHeight w:hRule="exact" w:val="553"/>
        </w:trPr>
        <w:tc>
          <w:tcPr>
            <w:tcW w:type="dxa" w:w="116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44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20" w:lineRule="exact" w:before="58" w:after="0"/>
              <w:ind w:left="74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Ce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/@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9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2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96136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1796</w:t>
            </w:r>
          </w:p>
        </w:tc>
        <w:tc>
          <w:tcPr>
            <w:tcW w:type="dxa" w:w="2100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20" w:lineRule="exact" w:before="58" w:after="0"/>
              <w:ind w:left="142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4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98602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9746</w:t>
            </w:r>
          </w:p>
        </w:tc>
        <w:tc>
          <w:tcPr>
            <w:tcW w:type="dxa" w:w="102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20" w:lineRule="exact" w:before="58" w:after="0"/>
              <w:ind w:left="182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2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Ce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®</w:t>
            </w:r>
          </w:p>
        </w:tc>
        <w:tc>
          <w:tcPr>
            <w:tcW w:type="dxa" w:w="4067"/>
            <w:gridSpan w:val="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20" w:lineRule="exact" w:before="58" w:after="0"/>
              <w:ind w:left="9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)</w:t>
            </w:r>
          </w:p>
        </w:tc>
      </w:tr>
      <w:tr>
        <w:trPr>
          <w:trHeight w:hRule="exact" w:val="4722"/>
        </w:trPr>
        <w:tc>
          <w:tcPr>
            <w:tcW w:type="dxa" w:w="116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0637"/>
            <w:gridSpan w:val="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410" w:lineRule="exact" w:before="275" w:after="0"/>
              <w:ind w:left="160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ASSEMBLEIAGERAL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5" w:after="0"/>
              <w:ind w:left="232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Ata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5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4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Reunião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Assembleia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Geral</w:t>
            </w:r>
          </w:p>
          <w:p>
            <w:pPr>
              <w:widowControl/>
              <w:wordWrap w:val="0"/>
              <w:autoSpaceDE w:val="0"/>
              <w:autoSpaceDN w:val="0"/>
              <w:spacing w:line="270" w:lineRule="exact" w:before="55" w:after="0"/>
              <w:ind w:left="46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associados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Pessoa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Jurídica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d©nomlnada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8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ON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7"/>
                <w:sz w:val="27"/>
              </w:rPr>
              <w:t>G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51"/>
                <w:sz w:val="27"/>
              </w:rPr>
              <w:t>=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6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INSTITUTO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3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CIDADANIA</w:t>
            </w:r>
          </w:p>
          <w:p>
            <w:pPr>
              <w:widowControl/>
              <w:wordWrap w:val="0"/>
              <w:autoSpaceDE w:val="0"/>
              <w:autoSpaceDN w:val="0"/>
              <w:spacing w:line="260" w:lineRule="exact" w:before="98" w:after="0"/>
              <w:ind w:left="46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PORTELINHA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1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7bmóém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4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Oeslbaada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8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pe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9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Sig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2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6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Fbafas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3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ONG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3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PORTELINHA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,</w:t>
            </w:r>
          </w:p>
          <w:p>
            <w:pPr>
              <w:widowControl/>
              <w:wordWrap w:val="0"/>
              <w:autoSpaceDE w:val="0"/>
              <w:autoSpaceDN w:val="0"/>
              <w:spacing w:line="300" w:lineRule="exact" w:before="49" w:after="0"/>
              <w:ind w:left="46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Com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Estatuto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4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Social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Registrado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nesta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Serventia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Devidamente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Inserlta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</w:t>
            </w:r>
          </w:p>
          <w:p>
            <w:pPr>
              <w:widowControl/>
              <w:wordWrap w:val="0"/>
              <w:autoSpaceDE w:val="0"/>
              <w:autoSpaceDN w:val="0"/>
              <w:spacing w:line="302" w:lineRule="exact" w:before="0" w:after="0"/>
              <w:ind w:left="44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cadastrado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CNPJ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7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28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655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071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0001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9"/>
                <w:sz w:val="31"/>
              </w:rPr>
              <w:t>411c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om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7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Assembleia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0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Extraordinária</w:t>
            </w:r>
          </w:p>
          <w:p>
            <w:pPr>
              <w:widowControl/>
              <w:wordWrap w:val="0"/>
              <w:autoSpaceDE w:val="0"/>
              <w:autoSpaceDN w:val="0"/>
              <w:spacing w:line="290" w:lineRule="exact" w:before="25" w:after="0"/>
              <w:ind w:left="48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realizada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dla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2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Fevereiro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2025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atendendo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ao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Edital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Convocação</w:t>
            </w:r>
          </w:p>
          <w:p>
            <w:pPr>
              <w:widowControl/>
              <w:wordWrap w:val="0"/>
              <w:autoSpaceDE w:val="0"/>
              <w:autoSpaceDN w:val="0"/>
              <w:spacing w:line="320" w:lineRule="exact" w:before="46" w:after="0"/>
              <w:ind w:left="48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2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Janeiro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2025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9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afixado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9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Avenida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Anito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9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Garibaldi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8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132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-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31" w:after="0"/>
              <w:ind w:left="48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Bairro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Bonsucesso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Cep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07179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800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Cidade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Guarulhos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Estado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São</w:t>
            </w:r>
          </w:p>
          <w:p>
            <w:pPr>
              <w:widowControl/>
              <w:wordWrap w:val="0"/>
              <w:autoSpaceDE w:val="0"/>
              <w:autoSpaceDN w:val="0"/>
              <w:spacing w:line="320" w:lineRule="exact" w:before="49" w:after="0"/>
              <w:ind w:left="48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Paulo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7"/>
                <w:sz w:val="32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33"/>
                <w:sz w:val="32"/>
              </w:rPr>
              <w:t>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om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8"/>
                <w:sz w:val="32"/>
              </w:rPr>
              <w:t>Primeirac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9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hamada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á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$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00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horas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9"/>
                <w:sz w:val="32"/>
              </w:rPr>
              <w:t>SegundaC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5"/>
                <w:sz w:val="32"/>
              </w:rPr>
              <w:t>hamadaa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00</w:t>
            </w:r>
          </w:p>
          <w:p>
            <w:pPr>
              <w:widowControl/>
              <w:wordWrap w:val="0"/>
              <w:autoSpaceDE w:val="0"/>
              <w:autoSpaceDN w:val="0"/>
              <w:spacing w:line="320" w:lineRule="exact" w:before="0" w:after="0"/>
              <w:ind w:left="50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horas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reuniram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membros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7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demais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associados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eom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presenças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284" w:after="0"/>
              <w:ind w:left="50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nos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termos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Estatuto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Social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vigora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para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Dlscutlr©m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8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deliberaram</w:t>
            </w:r>
          </w:p>
        </w:tc>
      </w:tr>
      <w:tr>
        <w:trPr>
          <w:trHeight w:hRule="exact" w:val="310"/>
        </w:trPr>
        <w:tc>
          <w:tcPr>
            <w:tcW w:type="dxa" w:w="116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983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60" w:lineRule="exact" w:before="50" w:after="0"/>
              <w:ind w:left="50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quanto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0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aprovação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1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6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Alteração</w:t>
            </w:r>
          </w:p>
        </w:tc>
        <w:tc>
          <w:tcPr>
            <w:tcW w:type="dxa" w:w="3103"/>
            <w:gridSpan w:val="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60" w:lineRule="exact" w:before="50" w:after="0"/>
              <w:ind w:left="10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6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end©r©ço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6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FIlIal</w:t>
            </w:r>
          </w:p>
        </w:tc>
        <w:tc>
          <w:tcPr>
            <w:tcW w:type="dxa" w:w="1297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60" w:lineRule="exact" w:before="50" w:after="0"/>
              <w:ind w:left="122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Dois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5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)</w:t>
            </w:r>
          </w:p>
        </w:tc>
        <w:tc>
          <w:tcPr>
            <w:tcW w:type="dxa" w:w="125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60" w:lineRule="exact" w:before="50" w:after="0"/>
              <w:ind w:left="10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CRECHE</w:t>
            </w:r>
          </w:p>
        </w:tc>
      </w:tr>
      <w:tr>
        <w:trPr>
          <w:trHeight w:hRule="exact" w:val="1326"/>
        </w:trPr>
        <w:tc>
          <w:tcPr>
            <w:tcW w:type="dxa" w:w="116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0637"/>
            <w:gridSpan w:val="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358" w:after="0"/>
              <w:ind w:left="48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Coordenador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das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Instituições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7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ONG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USABG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BAIRROS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8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União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das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Sociedades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11" w:after="0"/>
              <w:ind w:left="50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das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9"/>
                <w:sz w:val="34"/>
              </w:rPr>
              <w:t>AssociaçõesA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2"/>
                <w:sz w:val="34"/>
              </w:rPr>
              <w:t>migosd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0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3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4"/>
                <w:sz w:val="34"/>
              </w:rPr>
              <w:t>Bairrosd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3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Guarulhos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61"/>
                <w:sz w:val="34"/>
              </w:rPr>
              <w:t>ONGC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ASEI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13"/>
                <w:sz w:val="34"/>
              </w:rPr>
              <w:t>-</w:t>
            </w:r>
          </w:p>
          <w:p>
            <w:pPr>
              <w:widowControl/>
              <w:wordWrap w:val="0"/>
              <w:autoSpaceDE w:val="0"/>
              <w:autoSpaceDN w:val="0"/>
              <w:spacing w:line="270" w:lineRule="exact" w:before="15" w:after="0"/>
              <w:ind w:left="52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COMUNIDADE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APOIO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AO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SOCIAL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EDIL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.$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ON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CEARÁ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Entre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outros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ATO</w:t>
            </w:r>
          </w:p>
        </w:tc>
      </w:tr>
      <w:tr>
        <w:trPr>
          <w:trHeight w:hRule="exact" w:val="293"/>
        </w:trPr>
        <w:tc>
          <w:tcPr>
            <w:tcW w:type="dxa" w:w="116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466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43" w:after="0"/>
              <w:ind w:left="52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CONTINUO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4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deu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se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3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inicio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8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aos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5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trabalhos</w:t>
            </w:r>
          </w:p>
        </w:tc>
        <w:tc>
          <w:tcPr>
            <w:tcW w:type="dxa" w:w="2786"/>
            <w:gridSpan w:val="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43" w:after="0"/>
              <w:ind w:left="101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assumindo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9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8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direção</w:t>
            </w:r>
          </w:p>
        </w:tc>
        <w:tc>
          <w:tcPr>
            <w:tcW w:type="dxa" w:w="2385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43" w:after="0"/>
              <w:ind w:left="9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8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senhor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4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BRtlAfO</w:t>
            </w:r>
          </w:p>
        </w:tc>
      </w:tr>
    </w:tbl>
    <w:p>
      <w:pPr>
        <w:widowControl/>
        <w:wordWrap w:val="0"/>
        <w:autoSpaceDE w:val="0"/>
        <w:autoSpaceDN w:val="0"/>
        <w:spacing w:line="310" w:lineRule="exact" w:before="43" w:after="17"/>
        <w:ind w:left="1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a4</w:t>
      </w:r>
      <w:r>
        <w:rPr>
          <w:rFonts w:ascii="Times New Roman" w:hAnsi="Times New Roman" w:eastAsia="Times New Roman"/>
          <w:b w:val="0"/>
          <w:color w:val="000000"/>
          <w:spacing w:val="98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S</w:t>
      </w:r>
      <w:r>
        <w:rPr>
          <w:rFonts w:ascii="Arial" w:hAnsi="Arial" w:eastAsia="Arial"/>
          <w:b w:val="0"/>
          <w:i w:val="0"/>
          <w:color w:val="000000"/>
          <w:sz w:val="31"/>
        </w:rPr>
        <w:t>/</w:t>
      </w:r>
      <w:r>
        <w:rPr>
          <w:rFonts w:ascii="Arial" w:hAnsi="Arial" w:eastAsia="Arial"/>
          <w:b w:val="0"/>
          <w:i w:val="0"/>
          <w:color w:val="000000"/>
          <w:spacing w:val="-38"/>
          <w:sz w:val="31"/>
        </w:rPr>
        <w:t>ZIZHZ</w:t>
      </w:r>
      <w:r>
        <w:rPr>
          <w:rFonts w:ascii="Times New Roman" w:hAnsi="Times New Roman" w:eastAsia="Times New Roman"/>
          <w:b w:val="0"/>
          <w:color w:val="000000"/>
          <w:spacing w:val="5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./</w:t>
      </w:r>
      <w:r>
        <w:rPr>
          <w:rFonts w:ascii="Arial" w:hAnsi="Arial" w:eastAsia="Arial"/>
          <w:b w:val="0"/>
          <w:i w:val="0"/>
          <w:color w:val="000000"/>
          <w:sz w:val="31"/>
        </w:rPr>
        <w:t>lllU</w:t>
      </w:r>
      <w:r>
        <w:rPr>
          <w:rFonts w:ascii="Arial" w:hAnsi="Arial" w:eastAsia="Arial"/>
          <w:b w:val="0"/>
          <w:i w:val="0"/>
          <w:color w:val="000000"/>
          <w:spacing w:val="-18"/>
          <w:sz w:val="31"/>
        </w:rPr>
        <w:t>,</w:t>
      </w:r>
      <w:r>
        <w:rPr>
          <w:rFonts w:ascii="Arial" w:hAnsi="Arial" w:eastAsia="Arial"/>
          <w:b w:val="0"/>
          <w:i w:val="0"/>
          <w:color w:val="000000"/>
          <w:spacing w:val="-137"/>
          <w:sz w:val="31"/>
        </w:rPr>
        <w:t>c</w:t>
      </w:r>
      <w:r>
        <w:rPr>
          <w:rFonts w:ascii="Times New Roman" w:hAnsi="Times New Roman" w:eastAsia="Times New Roman"/>
          <w:b w:val="0"/>
          <w:color w:val="000000"/>
          <w:spacing w:val="59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onforme</w:t>
      </w:r>
      <w:r>
        <w:rPr>
          <w:rFonts w:ascii="Times New Roman" w:hAnsi="Times New Roman" w:eastAsia="Times New Roman"/>
          <w:b w:val="0"/>
          <w:color w:val="000000"/>
          <w:spacing w:val="-1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dispositivo</w:t>
      </w:r>
      <w:r>
        <w:rPr>
          <w:rFonts w:ascii="Times New Roman" w:hAnsi="Times New Roman" w:eastAsia="Times New Roman"/>
          <w:b w:val="0"/>
          <w:color w:val="000000"/>
          <w:spacing w:val="15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estatutário</w:t>
      </w:r>
      <w:r>
        <w:rPr>
          <w:rFonts w:ascii="Arial" w:hAnsi="Arial" w:eastAsia="Arial"/>
          <w:b w:val="0"/>
          <w:i w:val="0"/>
          <w:color w:val="000000"/>
          <w:sz w:val="31"/>
        </w:rPr>
        <w:t>,</w:t>
      </w:r>
      <w:r>
        <w:rPr>
          <w:rFonts w:ascii="Times New Roman" w:hAnsi="Times New Roman" w:eastAsia="Times New Roman"/>
          <w:b w:val="0"/>
          <w:color w:val="000000"/>
          <w:spacing w:val="29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em</w:t>
      </w:r>
      <w:r>
        <w:rPr>
          <w:rFonts w:ascii="Times New Roman" w:hAnsi="Times New Roman" w:eastAsia="Times New Roman"/>
          <w:b w:val="0"/>
          <w:color w:val="000000"/>
          <w:spacing w:val="32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seguida</w:t>
      </w:r>
      <w:r>
        <w:rPr>
          <w:rFonts w:ascii="Times New Roman" w:hAnsi="Times New Roman" w:eastAsia="Times New Roman"/>
          <w:b w:val="0"/>
          <w:color w:val="000000"/>
          <w:spacing w:val="117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fol</w:t>
      </w:r>
      <w:r>
        <w:rPr>
          <w:rFonts w:ascii="Times New Roman" w:hAnsi="Times New Roman" w:eastAsia="Times New Roman"/>
          <w:b w:val="0"/>
          <w:color w:val="000000"/>
          <w:spacing w:val="75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falto</w:t>
      </w:r>
      <w:r>
        <w:rPr>
          <w:rFonts w:ascii="Times New Roman" w:hAnsi="Times New Roman" w:eastAsia="Times New Roman"/>
          <w:b w:val="0"/>
          <w:color w:val="000000"/>
          <w:spacing w:val="97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o</w:t>
      </w:r>
    </w:p>
    <w:p>
      <w:pPr>
        <w:widowControl/>
        <w:wordWrap w:val="0"/>
        <w:autoSpaceDE w:val="0"/>
        <w:autoSpaceDN w:val="0"/>
        <w:spacing w:line="280" w:lineRule="exact" w:before="33" w:after="36"/>
        <w:ind w:left="13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8"/>
        </w:rPr>
        <w:t>convite</w:t>
      </w:r>
      <w:r>
        <w:rPr>
          <w:rFonts w:ascii="Times New Roman" w:hAnsi="Times New Roman" w:eastAsia="Times New Roman"/>
          <w:b w:val="0"/>
          <w:color w:val="000000"/>
          <w:spacing w:val="83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o</w:t>
      </w:r>
      <w:r>
        <w:rPr>
          <w:rFonts w:ascii="Times New Roman" w:hAnsi="Times New Roman" w:eastAsia="Times New Roman"/>
          <w:b w:val="0"/>
          <w:color w:val="000000"/>
          <w:spacing w:val="34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Senhor</w:t>
      </w:r>
      <w:r>
        <w:rPr>
          <w:rFonts w:ascii="Arial" w:hAnsi="Arial" w:eastAsia="Arial"/>
          <w:b w:val="0"/>
          <w:i w:val="0"/>
          <w:color w:val="000000"/>
          <w:sz w:val="28"/>
        </w:rPr>
        <w:t>:</w:t>
      </w:r>
      <w:r>
        <w:rPr>
          <w:rFonts w:ascii="Times New Roman" w:hAnsi="Times New Roman" w:eastAsia="Times New Roman"/>
          <w:b w:val="0"/>
          <w:color w:val="000000"/>
          <w:spacing w:val="9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.</w:t>
      </w:r>
      <w:r>
        <w:rPr>
          <w:rFonts w:ascii="Arial" w:hAnsi="Arial" w:eastAsia="Arial"/>
          <w:b w:val="0"/>
          <w:i w:val="0"/>
          <w:color w:val="000000"/>
          <w:sz w:val="28"/>
        </w:rPr>
        <w:t>De</w:t>
      </w:r>
      <w:r>
        <w:rPr>
          <w:rFonts w:ascii="Arial" w:hAnsi="Arial" w:eastAsia="Arial"/>
          <w:b w:val="0"/>
          <w:i w:val="0"/>
          <w:color w:val="000000"/>
          <w:sz w:val="28"/>
        </w:rPr>
        <w:t>&amp;/</w:t>
      </w:r>
      <w:r>
        <w:rPr>
          <w:rFonts w:ascii="Arial" w:hAnsi="Arial" w:eastAsia="Arial"/>
          <w:b w:val="0"/>
          <w:i w:val="0"/>
          <w:color w:val="000000"/>
          <w:spacing w:val="-39"/>
          <w:sz w:val="28"/>
        </w:rPr>
        <w:t>san4</w:t>
      </w:r>
      <w:r>
        <w:rPr>
          <w:rFonts w:ascii="Times New Roman" w:hAnsi="Times New Roman" w:eastAsia="Times New Roman"/>
          <w:b w:val="0"/>
          <w:color w:val="000000"/>
          <w:spacing w:val="54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io</w:t>
      </w:r>
      <w:r>
        <w:rPr>
          <w:rFonts w:ascii="Arial" w:hAnsi="Arial" w:eastAsia="Arial"/>
          <w:b w:val="0"/>
          <w:i w:val="0"/>
          <w:color w:val="000000"/>
          <w:sz w:val="28"/>
        </w:rPr>
        <w:t>/</w:t>
      </w:r>
      <w:r>
        <w:rPr>
          <w:rFonts w:ascii="Arial" w:hAnsi="Arial" w:eastAsia="Arial"/>
          <w:b w:val="0"/>
          <w:i w:val="0"/>
          <w:color w:val="000000"/>
          <w:sz w:val="28"/>
        </w:rPr>
        <w:t>e</w:t>
      </w:r>
      <w:r>
        <w:rPr>
          <w:rFonts w:ascii="Arial" w:hAnsi="Arial" w:eastAsia="Arial"/>
          <w:b w:val="0"/>
          <w:i w:val="0"/>
          <w:color w:val="000000"/>
          <w:sz w:val="28"/>
        </w:rPr>
        <w:t>.</w:t>
      </w:r>
      <w:r>
        <w:rPr>
          <w:rFonts w:ascii="Arial" w:hAnsi="Arial" w:eastAsia="Arial"/>
          <w:b w:val="0"/>
          <w:i w:val="0"/>
          <w:color w:val="000000"/>
          <w:spacing w:val="-47"/>
          <w:sz w:val="28"/>
        </w:rPr>
        <w:t>ÊraX</w:t>
      </w:r>
      <w:r>
        <w:rPr>
          <w:rFonts w:ascii="Times New Roman" w:hAnsi="Times New Roman" w:eastAsia="Times New Roman"/>
          <w:b w:val="0"/>
          <w:color w:val="000000"/>
          <w:spacing w:val="36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avlêrl</w:t>
      </w:r>
      <w:r>
        <w:rPr>
          <w:rFonts w:ascii="Times New Roman" w:hAnsi="Times New Roman" w:eastAsia="Times New Roman"/>
          <w:b w:val="0"/>
          <w:color w:val="000000"/>
          <w:spacing w:val="74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para</w:t>
      </w:r>
      <w:r>
        <w:rPr>
          <w:rFonts w:ascii="Times New Roman" w:hAnsi="Times New Roman" w:eastAsia="Times New Roman"/>
          <w:b w:val="0"/>
          <w:color w:val="000000"/>
          <w:spacing w:val="30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secretario</w:t>
      </w:r>
      <w:r>
        <w:rPr>
          <w:rFonts w:ascii="Times New Roman" w:hAnsi="Times New Roman" w:eastAsia="Times New Roman"/>
          <w:b w:val="0"/>
          <w:color w:val="000000"/>
          <w:spacing w:val="101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da</w:t>
      </w:r>
      <w:r>
        <w:rPr>
          <w:rFonts w:ascii="Times New Roman" w:hAnsi="Times New Roman" w:eastAsia="Times New Roman"/>
          <w:b w:val="0"/>
          <w:color w:val="000000"/>
          <w:spacing w:val="-1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assembleia</w:t>
      </w:r>
      <w:r>
        <w:rPr>
          <w:rFonts w:ascii="Arial" w:hAnsi="Arial" w:eastAsia="Arial"/>
          <w:b w:val="0"/>
          <w:i w:val="0"/>
          <w:color w:val="000000"/>
          <w:sz w:val="28"/>
        </w:rPr>
        <w:t>,</w:t>
      </w:r>
      <w:r>
        <w:rPr>
          <w:rFonts w:ascii="Times New Roman" w:hAnsi="Times New Roman" w:eastAsia="Times New Roman"/>
          <w:b w:val="0"/>
          <w:color w:val="000000"/>
          <w:spacing w:val="76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que</w:t>
      </w:r>
    </w:p>
    <w:p>
      <w:pPr>
        <w:widowControl/>
        <w:wordWrap w:val="0"/>
        <w:autoSpaceDE w:val="0"/>
        <w:autoSpaceDN w:val="0"/>
        <w:spacing w:line="290" w:lineRule="exact" w:before="72" w:after="75"/>
        <w:ind w:left="1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coube</w:t>
      </w:r>
      <w:r>
        <w:rPr>
          <w:rFonts w:ascii="Times New Roman" w:hAnsi="Times New Roman" w:eastAsia="Times New Roman"/>
          <w:b w:val="0"/>
          <w:color w:val="000000"/>
          <w:spacing w:val="-2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tarefa</w:t>
      </w:r>
      <w:r>
        <w:rPr>
          <w:rFonts w:ascii="Times New Roman" w:hAnsi="Times New Roman" w:eastAsia="Times New Roman"/>
          <w:b w:val="0"/>
          <w:color w:val="000000"/>
          <w:spacing w:val="2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registrar</w:t>
      </w:r>
      <w:r>
        <w:rPr>
          <w:rFonts w:ascii="Times New Roman" w:hAnsi="Times New Roman" w:eastAsia="Times New Roman"/>
          <w:b w:val="0"/>
          <w:color w:val="000000"/>
          <w:spacing w:val="4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o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presente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</w:p>
    <w:p>
      <w:pPr>
        <w:widowControl/>
        <w:wordWrap w:val="0"/>
        <w:autoSpaceDE w:val="0"/>
        <w:autoSpaceDN w:val="0"/>
        <w:spacing w:line="14" w:lineRule="exact" w:before="137" w:after="0"/>
        <w:ind w:left="0" w:right="0"/>
      </w:pPr>
    </w:p>
    <w:tbl>
      <w:tblPr>
        <w:tblW w:type="auto" w:w="0"/>
        <w:tblInd w:type="dxa" w:w="120"/>
        <w:tblLayout w:type="fixed"/>
        <w:tblLook w:firstColumn="1" w:firstRow="1" w:lastColumn="0" w:lastRow="0" w:noHBand="0" w:noVBand="1" w:val="04A0"/>
      </w:tblPr>
      <w:tblGrid>
        <w:gridCol w:w="5808"/>
        <w:gridCol w:w="5808"/>
      </w:tblGrid>
      <w:tr>
        <w:trPr>
          <w:trHeight w:hRule="exact" w:val="3093"/>
        </w:trPr>
        <w:tc>
          <w:tcPr>
            <w:tcW w:type="dxa" w:w="79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80" w:lineRule="exact" w:before="107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iÕ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3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i4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1323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i4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50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i4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30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i4</w:t>
            </w:r>
          </w:p>
        </w:tc>
        <w:tc>
          <w:tcPr>
            <w:tcW w:type="dxa" w:w="1066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40" w:lineRule="exact" w:before="0" w:after="0"/>
              <w:ind w:left="116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Com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sede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Social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1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8"/>
                <w:sz w:val="34"/>
              </w:rPr>
              <w:t>AvenidaA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3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nito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Garibaldi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5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5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132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2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2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Bairro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2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de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87" w:after="0"/>
              <w:ind w:left="50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Bonsuc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6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sso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C©p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07179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800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Cldad©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Guarulhos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Estado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Paulo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20" w:after="0"/>
              <w:ind w:left="50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Devidamente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Inscrita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cadastrado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CNPJ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28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655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071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000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141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,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193" w:after="0"/>
              <w:ind w:left="244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Com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Filial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Um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0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61"/>
                <w:sz w:val="34"/>
              </w:rPr>
              <w:t>CRECHPEO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1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4"/>
                <w:sz w:val="34"/>
              </w:rPr>
              <w:t>RTELINH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2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23"/>
                <w:sz w:val="34"/>
              </w:rPr>
              <w:t>AR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8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82"/>
                <w:sz w:val="34"/>
              </w:rPr>
              <w:t>uaC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5"/>
                <w:sz w:val="34"/>
              </w:rPr>
              <w:t>otasA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4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ltas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27" w:after="0"/>
              <w:ind w:left="50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Noroeba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6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118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Cep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0726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1170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Bairro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Parque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Mana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Helena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Cidade</w:t>
            </w:r>
          </w:p>
          <w:p>
            <w:pPr>
              <w:widowControl/>
              <w:wordWrap w:val="0"/>
              <w:autoSpaceDE w:val="0"/>
              <w:autoSpaceDN w:val="0"/>
              <w:spacing w:line="311" w:lineRule="exact" w:before="0" w:after="0"/>
              <w:ind w:left="50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Guarulhos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0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Estado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Paulo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devidamente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0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inscrita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Cadastro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49" w:after="0"/>
              <w:ind w:left="52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Naelonal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Pessoa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Jurídlea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CNPJ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2"/>
                <w:sz w:val="28"/>
              </w:rPr>
              <w:t>NO2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8655071000122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Fll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IAI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6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7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</w:p>
          <w:p>
            <w:pPr>
              <w:widowControl/>
              <w:wordWrap w:val="0"/>
              <w:autoSpaceDE w:val="0"/>
              <w:autoSpaceDN w:val="0"/>
              <w:spacing w:line="330" w:lineRule="exact" w:before="201" w:after="0"/>
              <w:ind w:left="254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Pala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Ass©mbl©la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fol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9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Discutido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2"/>
                <w:sz w:val="33"/>
              </w:rPr>
              <w:t>D©llb©rado©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2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0"/>
                <w:sz w:val="33"/>
              </w:rPr>
              <w:t>Aprovadoa</w:t>
            </w:r>
          </w:p>
        </w:tc>
      </w:tr>
    </w:tbl>
    <w:p>
      <w:pPr>
        <w:widowControl/>
        <w:wordWrap w:val="0"/>
        <w:autoSpaceDE w:val="0"/>
        <w:autoSpaceDN w:val="0"/>
        <w:spacing w:line="250" w:lineRule="exact" w:before="37" w:after="19"/>
        <w:ind w:left="1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5"/>
        </w:rPr>
        <w:t>Alteração</w:t>
      </w:r>
      <w:r>
        <w:rPr>
          <w:rFonts w:ascii="Times New Roman" w:hAnsi="Times New Roman" w:eastAsia="Times New Roman"/>
          <w:b w:val="0"/>
          <w:color w:val="000000"/>
          <w:spacing w:val="221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do</w:t>
      </w:r>
      <w:r>
        <w:rPr>
          <w:rFonts w:ascii="Times New Roman" w:hAnsi="Times New Roman" w:eastAsia="Times New Roman"/>
          <w:b w:val="0"/>
          <w:color w:val="000000"/>
          <w:spacing w:val="80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Endereço</w:t>
      </w:r>
      <w:r>
        <w:rPr>
          <w:rFonts w:ascii="Times New Roman" w:hAnsi="Times New Roman" w:eastAsia="Times New Roman"/>
          <w:b w:val="0"/>
          <w:color w:val="000000"/>
          <w:spacing w:val="168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da</w:t>
      </w:r>
      <w:r>
        <w:rPr>
          <w:rFonts w:ascii="Times New Roman" w:hAnsi="Times New Roman" w:eastAsia="Times New Roman"/>
          <w:b w:val="0"/>
          <w:color w:val="000000"/>
          <w:spacing w:val="380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Filial</w:t>
      </w:r>
      <w:r>
        <w:rPr>
          <w:rFonts w:ascii="Times New Roman" w:hAnsi="Times New Roman" w:eastAsia="Times New Roman"/>
          <w:b w:val="0"/>
          <w:color w:val="000000"/>
          <w:spacing w:val="444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Dois</w:t>
      </w:r>
      <w:r>
        <w:rPr>
          <w:rFonts w:ascii="Times New Roman" w:hAnsi="Times New Roman" w:eastAsia="Times New Roman"/>
          <w:b w:val="0"/>
          <w:color w:val="000000"/>
          <w:spacing w:val="98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(</w:t>
      </w:r>
      <w:r>
        <w:rPr>
          <w:rFonts w:ascii="Arial" w:hAnsi="Arial" w:eastAsia="Arial"/>
          <w:b w:val="0"/>
          <w:i w:val="0"/>
          <w:color w:val="000000"/>
          <w:sz w:val="25"/>
        </w:rPr>
        <w:t>2</w:t>
      </w:r>
      <w:r>
        <w:rPr>
          <w:rFonts w:ascii="Arial" w:hAnsi="Arial" w:eastAsia="Arial"/>
          <w:b w:val="0"/>
          <w:i w:val="0"/>
          <w:color w:val="000000"/>
          <w:sz w:val="25"/>
        </w:rPr>
        <w:t>)</w:t>
      </w:r>
      <w:r>
        <w:rPr>
          <w:rFonts w:ascii="Times New Roman" w:hAnsi="Times New Roman" w:eastAsia="Times New Roman"/>
          <w:b w:val="0"/>
          <w:color w:val="000000"/>
          <w:spacing w:val="172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CRECHE</w:t>
      </w:r>
      <w:r>
        <w:rPr>
          <w:rFonts w:ascii="Times New Roman" w:hAnsi="Times New Roman" w:eastAsia="Times New Roman"/>
          <w:b w:val="0"/>
          <w:color w:val="000000"/>
          <w:spacing w:val="82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PORTELINHA</w:t>
      </w:r>
      <w:r>
        <w:rPr>
          <w:rFonts w:ascii="Arial" w:hAnsi="Arial" w:eastAsia="Arial"/>
          <w:b w:val="0"/>
          <w:i w:val="0"/>
          <w:color w:val="000000"/>
          <w:sz w:val="25"/>
        </w:rPr>
        <w:t>,</w:t>
      </w:r>
      <w:r>
        <w:rPr>
          <w:rFonts w:ascii="Times New Roman" w:hAnsi="Times New Roman" w:eastAsia="Times New Roman"/>
          <w:b w:val="0"/>
          <w:color w:val="000000"/>
          <w:spacing w:val="231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da</w:t>
      </w:r>
      <w:r>
        <w:rPr>
          <w:rFonts w:ascii="Times New Roman" w:hAnsi="Times New Roman" w:eastAsia="Times New Roman"/>
          <w:b w:val="0"/>
          <w:color w:val="000000"/>
          <w:spacing w:val="79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Rua</w:t>
      </w:r>
    </w:p>
    <w:p>
      <w:pPr>
        <w:widowControl/>
        <w:wordWrap w:val="0"/>
        <w:autoSpaceDE w:val="0"/>
        <w:autoSpaceDN w:val="0"/>
        <w:spacing w:line="14" w:lineRule="exact" w:before="25" w:after="0"/>
        <w:ind w:left="0" w:right="0"/>
      </w:pPr>
    </w:p>
    <w:tbl>
      <w:tblPr>
        <w:tblW w:type="auto" w:w="0"/>
        <w:tblInd w:type="dxa" w:w="160"/>
        <w:tblLayout w:type="fixed"/>
        <w:tblLook w:firstColumn="1" w:firstRow="1" w:lastColumn="0" w:lastRow="0" w:noHBand="0" w:noVBand="1" w:val="04A0"/>
      </w:tblPr>
      <w:tblGrid>
        <w:gridCol w:w="3872"/>
        <w:gridCol w:w="3872"/>
        <w:gridCol w:w="3872"/>
      </w:tblGrid>
      <w:tr>
        <w:trPr>
          <w:trHeight w:hRule="exact" w:val="299"/>
        </w:trPr>
        <w:tc>
          <w:tcPr>
            <w:tcW w:type="dxa" w:w="800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64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iã</w:t>
            </w:r>
          </w:p>
          <w:p>
            <w:pPr>
              <w:widowControl/>
              <w:wordWrap w:val="0"/>
              <w:autoSpaceDE w:val="0"/>
              <w:autoSpaceDN w:val="0"/>
              <w:spacing w:line="1097" w:lineRule="exact" w:before="63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222"/>
                <w:sz w:val="40"/>
              </w:rPr>
              <w:t>»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64"/>
                <w:sz w:val="51"/>
              </w:rPr>
              <w:t>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8"/>
              </w:rPr>
              <w:t>J</w:t>
            </w:r>
          </w:p>
          <w:p>
            <w:pPr>
              <w:widowControl/>
              <w:wordWrap w:val="0"/>
              <w:autoSpaceDE w:val="0"/>
              <w:autoSpaceDN w:val="0"/>
              <w:spacing w:line="1033" w:lineRule="exact" w:before="0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280"/>
                <w:sz w:val="42"/>
              </w:rPr>
              <w:t>P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40"/>
                <w:sz w:val="48"/>
              </w:rPr>
              <w:t>J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5"/>
              </w:rPr>
              <w:t>P</w:t>
            </w:r>
          </w:p>
        </w:tc>
        <w:tc>
          <w:tcPr>
            <w:tcW w:type="dxa" w:w="125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48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Seis</w:t>
            </w:r>
          </w:p>
        </w:tc>
        <w:tc>
          <w:tcPr>
            <w:tcW w:type="dxa" w:w="935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2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423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7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Cep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0726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1400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Bairro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Sitio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São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Franeisco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Cidade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</w:t>
            </w:r>
          </w:p>
        </w:tc>
      </w:tr>
      <w:tr>
        <w:trPr>
          <w:trHeight w:hRule="exact" w:val="2846"/>
        </w:trPr>
        <w:tc>
          <w:tcPr>
            <w:tcW w:type="dxa" w:w="387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0606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80" w:lineRule="exact" w:before="9" w:after="0"/>
              <w:ind w:left="50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Guarulhos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Estado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Paulo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2"/>
                <w:sz w:val="28"/>
              </w:rPr>
              <w:t>dpq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«e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7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após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ag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9"/>
                <w:sz w:val="28"/>
              </w:rPr>
              <w:t>DellZbeHaçõespya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ssou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7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ser</w:t>
            </w:r>
          </w:p>
          <w:p>
            <w:pPr>
              <w:widowControl/>
              <w:wordWrap w:val="0"/>
              <w:autoSpaceDE w:val="0"/>
              <w:autoSpaceDN w:val="0"/>
              <w:spacing w:line="290" w:lineRule="exact" w:before="72" w:after="0"/>
              <w:ind w:left="48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FIlIal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9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Dois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8"/>
                <w:sz w:val="29"/>
              </w:rPr>
              <w:t>CRECHEP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7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"/>
                <w:sz w:val="29"/>
              </w:rPr>
              <w:t>ORTeLINHA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6"/>
                <w:sz w:val="29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7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6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qu©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Funelonara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rav©ssa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Azuza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38" w:after="0"/>
              <w:ind w:left="50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6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Cep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07261400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Bairro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Sitio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Franelseo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7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Cidade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Guarulhos</w:t>
            </w:r>
          </w:p>
          <w:p>
            <w:pPr>
              <w:widowControl/>
              <w:wordWrap w:val="0"/>
              <w:autoSpaceDE w:val="0"/>
              <w:autoSpaceDN w:val="0"/>
              <w:spacing w:line="287" w:lineRule="exact" w:before="0" w:after="0"/>
              <w:ind w:left="48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5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Estado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1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Paulo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0"/>
                <w:sz w:val="31"/>
              </w:rPr>
              <w:t>d©vldam©nt©In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serlta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6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Cadastro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Nacional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da</w:t>
            </w:r>
          </w:p>
          <w:p>
            <w:pPr>
              <w:widowControl/>
              <w:wordWrap w:val="0"/>
              <w:autoSpaceDE w:val="0"/>
              <w:autoSpaceDN w:val="0"/>
              <w:spacing w:line="290" w:lineRule="exact" w:before="25" w:after="0"/>
              <w:ind w:left="5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Pessoa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Jurídica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2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CNPJ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28ess0710003Q3JILIAL</w:t>
            </w:r>
          </w:p>
          <w:p>
            <w:pPr>
              <w:widowControl/>
              <w:wordWrap w:val="0"/>
              <w:autoSpaceDE w:val="0"/>
              <w:autoSpaceDN w:val="0"/>
              <w:spacing w:line="440" w:lineRule="exact" w:before="172" w:after="0"/>
              <w:ind w:left="958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4"/>
              </w:rPr>
              <w:t>/</w:t>
            </w:r>
          </w:p>
        </w:tc>
      </w:tr>
    </w:tbl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00" w:h="16840"/>
          <w:pgMar w:top="208" w:right="204" w:bottom="11" w:left="80" w:header="720" w:footer="720" w:gutter="0"/>
          <w:cols w:space="720" w:num="1" w:equalWidth="0">
            <w:col w:w="1161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03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68.0pt;margin-top:396.66pt;width:173.48pt;height:1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BRUNO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72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DA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7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3"/>
                      <w:sz w:val="29"/>
                    </w:rPr>
                    <w:t>SALVALAMA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37.0pt;margin-top:383.87pt;width:155.17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t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)..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,..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01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NÚ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.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69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Ho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.=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9.0pt;margin-top:764.92pt;width:13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9.0pt;margin-top:781.92pt;width:13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9.0pt;margin-top:796.74pt;width:14.01pt;height:20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9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9.0pt;margin-top:814.74pt;width:14.01pt;height:20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9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00.0pt;margin-top:793.18pt;width:49.03pt;height:1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0"/>
                    </w:rPr>
                    <w:t>REGA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0"/>
                    </w:rPr>
                    <w:t>'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0"/>
                    </w:rPr>
                    <w:t>IRO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30" w:lineRule="exact" w:before="234" w:after="273"/>
        <w:ind w:left="86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"/>
        </w:rPr>
        <w:t>&amp;</w:t>
      </w:r>
    </w:p>
    <w:p>
      <w:pPr>
        <w:widowControl/>
        <w:wordWrap w:val="0"/>
        <w:autoSpaceDE w:val="0"/>
        <w:autoSpaceDN w:val="0"/>
        <w:spacing w:line="470" w:lineRule="exact" w:before="546" w:after="9"/>
        <w:ind w:left="21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32"/>
          <w:sz w:val="4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7"/>
        </w:rPr>
        <w:t>:</w:t>
      </w:r>
      <w:r>
        <w:rPr>
          <w:rFonts w:ascii="Times New Roman" w:hAnsi="Times New Roman" w:eastAsia="Times New Roman"/>
          <w:b w:val="0"/>
          <w:color w:val="000000"/>
          <w:spacing w:val="7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3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-7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-24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PORTELINlIA</w:t>
      </w:r>
    </w:p>
    <w:p>
      <w:pPr>
        <w:widowControl/>
        <w:wordWrap w:val="0"/>
        <w:autoSpaceDE w:val="0"/>
        <w:autoSpaceDN w:val="0"/>
        <w:spacing w:line="230" w:lineRule="exact" w:before="18" w:after="43"/>
        <w:ind w:left="18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3"/>
        </w:rPr>
        <w:t>Daeumento</w:t>
      </w:r>
      <w:r>
        <w:rPr>
          <w:rFonts w:ascii="Times New Roman" w:hAnsi="Times New Roman" w:eastAsia="Times New Roman"/>
          <w:b w:val="0"/>
          <w:color w:val="000000"/>
          <w:spacing w:val="14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Elaborado</w:t>
      </w:r>
      <w:r>
        <w:rPr>
          <w:rFonts w:ascii="Times New Roman" w:hAnsi="Times New Roman" w:eastAsia="Times New Roman"/>
          <w:b w:val="0"/>
          <w:color w:val="000000"/>
          <w:spacing w:val="14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pela</w:t>
      </w:r>
      <w:r>
        <w:rPr>
          <w:rFonts w:ascii="Times New Roman" w:hAnsi="Times New Roman" w:eastAsia="Times New Roman"/>
          <w:b w:val="0"/>
          <w:color w:val="000000"/>
          <w:spacing w:val="168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ONG</w:t>
      </w:r>
      <w:r>
        <w:rPr>
          <w:rFonts w:ascii="Arial" w:hAnsi="Arial" w:eastAsia="Arial"/>
          <w:b w:val="0"/>
          <w:i w:val="0"/>
          <w:color w:val="000000"/>
          <w:sz w:val="23"/>
        </w:rPr>
        <w:t>USABG</w:t>
      </w:r>
      <w:r>
        <w:rPr>
          <w:rFonts w:ascii="Times New Roman" w:hAnsi="Times New Roman" w:eastAsia="Times New Roman"/>
          <w:b w:val="0"/>
          <w:color w:val="000000"/>
          <w:spacing w:val="-23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BAIRROS</w:t>
      </w:r>
      <w:r>
        <w:rPr>
          <w:rFonts w:ascii="Times New Roman" w:hAnsi="Times New Roman" w:eastAsia="Times New Roman"/>
          <w:b w:val="0"/>
          <w:color w:val="000000"/>
          <w:spacing w:val="7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e</w:t>
      </w:r>
      <w:r>
        <w:rPr>
          <w:rFonts w:ascii="Times New Roman" w:hAnsi="Times New Roman" w:eastAsia="Times New Roman"/>
          <w:b w:val="0"/>
          <w:color w:val="000000"/>
          <w:spacing w:val="15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a</w:t>
      </w:r>
      <w:r>
        <w:rPr>
          <w:rFonts w:ascii="Times New Roman" w:hAnsi="Times New Roman" w:eastAsia="Times New Roman"/>
          <w:b w:val="0"/>
          <w:color w:val="000000"/>
          <w:spacing w:val="75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ONG</w:t>
      </w:r>
      <w:r>
        <w:rPr>
          <w:rFonts w:ascii="Arial" w:hAnsi="Arial" w:eastAsia="Arial"/>
          <w:b w:val="0"/>
          <w:i w:val="0"/>
          <w:color w:val="000000"/>
          <w:sz w:val="23"/>
        </w:rPr>
        <w:t>CA</w:t>
      </w:r>
      <w:r>
        <w:rPr>
          <w:rFonts w:ascii="Arial" w:hAnsi="Arial" w:eastAsia="Arial"/>
          <w:b w:val="0"/>
          <w:i w:val="0"/>
          <w:color w:val="000000"/>
          <w:sz w:val="23"/>
        </w:rPr>
        <w:t>$</w:t>
      </w:r>
      <w:r>
        <w:rPr>
          <w:rFonts w:ascii="Arial" w:hAnsi="Arial" w:eastAsia="Arial"/>
          <w:b w:val="0"/>
          <w:i w:val="0"/>
          <w:color w:val="000000"/>
          <w:sz w:val="23"/>
        </w:rPr>
        <w:t>EC</w:t>
      </w:r>
      <w:r>
        <w:rPr>
          <w:rFonts w:ascii="Times New Roman" w:hAnsi="Times New Roman" w:eastAsia="Times New Roman"/>
          <w:b w:val="0"/>
          <w:color w:val="000000"/>
          <w:spacing w:val="-24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EDIL</w:t>
      </w:r>
      <w:r>
        <w:rPr>
          <w:rFonts w:ascii="Arial" w:hAnsi="Arial" w:eastAsia="Arial"/>
          <w:b w:val="0"/>
          <w:i w:val="0"/>
          <w:color w:val="000000"/>
          <w:sz w:val="23"/>
        </w:rPr>
        <w:t>.$</w:t>
      </w:r>
      <w:r>
        <w:rPr>
          <w:rFonts w:ascii="Arial" w:hAnsi="Arial" w:eastAsia="Arial"/>
          <w:b w:val="0"/>
          <w:i w:val="0"/>
          <w:color w:val="000000"/>
          <w:spacing w:val="-55"/>
          <w:sz w:val="23"/>
        </w:rPr>
        <w:t>ONC</w:t>
      </w:r>
      <w:r>
        <w:rPr>
          <w:rFonts w:ascii="Times New Roman" w:hAnsi="Times New Roman" w:eastAsia="Times New Roman"/>
          <w:b w:val="0"/>
          <w:color w:val="000000"/>
          <w:spacing w:val="80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EAVA</w:t>
      </w:r>
    </w:p>
    <w:p>
      <w:pPr>
        <w:widowControl/>
        <w:wordWrap w:val="0"/>
        <w:autoSpaceDE w:val="0"/>
        <w:autoSpaceDN w:val="0"/>
        <w:spacing w:line="260" w:lineRule="exact" w:before="86" w:after="428"/>
        <w:ind w:left="15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Ce</w:t>
      </w:r>
      <w:r>
        <w:rPr>
          <w:rFonts w:ascii="Arial" w:hAnsi="Arial" w:eastAsia="Arial"/>
          <w:b w:val="0"/>
          <w:i w:val="0"/>
          <w:color w:val="000000"/>
          <w:sz w:val="26"/>
        </w:rPr>
        <w:t>/</w:t>
      </w:r>
      <w:r>
        <w:rPr>
          <w:rFonts w:ascii="Arial" w:hAnsi="Arial" w:eastAsia="Arial"/>
          <w:b w:val="0"/>
          <w:i w:val="0"/>
          <w:color w:val="000000"/>
          <w:sz w:val="26"/>
        </w:rPr>
        <w:t>6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59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(</w:t>
      </w:r>
      <w:r>
        <w:rPr>
          <w:rFonts w:ascii="Arial" w:hAnsi="Arial" w:eastAsia="Arial"/>
          <w:b w:val="0"/>
          <w:i w:val="0"/>
          <w:color w:val="000000"/>
          <w:sz w:val="26"/>
        </w:rPr>
        <w:t>1</w:t>
      </w:r>
      <w:r>
        <w:rPr>
          <w:rFonts w:ascii="Arial" w:hAnsi="Arial" w:eastAsia="Arial"/>
          <w:b w:val="0"/>
          <w:i w:val="0"/>
          <w:color w:val="000000"/>
          <w:sz w:val="26"/>
        </w:rPr>
        <w:t>'</w:t>
      </w:r>
      <w:r>
        <w:rPr>
          <w:rFonts w:ascii="Arial" w:hAnsi="Arial" w:eastAsia="Arial"/>
          <w:b w:val="0"/>
          <w:i w:val="0"/>
          <w:color w:val="000000"/>
          <w:sz w:val="26"/>
        </w:rPr>
        <w:t>1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-1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96136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1796</w:t>
      </w:r>
      <w:r>
        <w:rPr>
          <w:rFonts w:ascii="Times New Roman" w:hAnsi="Times New Roman" w:eastAsia="Times New Roman"/>
          <w:b w:val="0"/>
          <w:color w:val="000000"/>
          <w:spacing w:val="6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11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1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98602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9746</w:t>
      </w:r>
      <w:r>
        <w:rPr>
          <w:rFonts w:ascii="Times New Roman" w:hAnsi="Times New Roman" w:eastAsia="Times New Roman"/>
          <w:b w:val="0"/>
          <w:color w:val="000000"/>
          <w:spacing w:val="14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2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Ce</w:t>
      </w:r>
      <w:r>
        <w:rPr>
          <w:rFonts w:ascii="Arial" w:hAnsi="Arial" w:eastAsia="Arial"/>
          <w:b w:val="0"/>
          <w:i w:val="0"/>
          <w:color w:val="000000"/>
          <w:sz w:val="26"/>
        </w:rPr>
        <w:t>/@</w:t>
      </w:r>
      <w:r>
        <w:rPr>
          <w:rFonts w:ascii="Times New Roman" w:hAnsi="Times New Roman" w:eastAsia="Times New Roman"/>
          <w:b w:val="0"/>
          <w:color w:val="000000"/>
          <w:spacing w:val="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('</w:t>
      </w:r>
      <w:r>
        <w:rPr>
          <w:rFonts w:ascii="Arial" w:hAnsi="Arial" w:eastAsia="Arial"/>
          <w:b w:val="0"/>
          <w:i w:val="0"/>
          <w:color w:val="000000"/>
          <w:sz w:val="26"/>
        </w:rPr>
        <w:t>11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-1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97156</w:t>
      </w:r>
      <w:r>
        <w:rPr>
          <w:rFonts w:ascii="Arial" w:hAnsi="Arial" w:eastAsia="Arial"/>
          <w:b w:val="0"/>
          <w:i w:val="0"/>
          <w:color w:val="000000"/>
          <w:sz w:val="26"/>
        </w:rPr>
        <w:t>'</w:t>
      </w:r>
      <w:r>
        <w:rPr>
          <w:rFonts w:ascii="Arial" w:hAnsi="Arial" w:eastAsia="Arial"/>
          <w:b w:val="0"/>
          <w:i w:val="0"/>
          <w:color w:val="000000"/>
          <w:sz w:val="26"/>
        </w:rPr>
        <w:t>1019</w:t>
      </w:r>
      <w:r>
        <w:rPr>
          <w:rFonts w:ascii="Times New Roman" w:hAnsi="Times New Roman" w:eastAsia="Times New Roman"/>
          <w:b w:val="0"/>
          <w:color w:val="000000"/>
          <w:spacing w:val="6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6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Whatsapp</w:t>
      </w:r>
    </w:p>
    <w:p>
      <w:pPr>
        <w:widowControl/>
        <w:wordWrap w:val="0"/>
        <w:autoSpaceDE w:val="0"/>
        <w:autoSpaceDN w:val="0"/>
        <w:spacing w:line="14" w:lineRule="exact" w:before="843" w:after="0"/>
        <w:ind w:left="0" w:right="0"/>
      </w:pPr>
    </w:p>
    <w:tbl>
      <w:tblPr>
        <w:tblW w:type="auto" w:w="0"/>
        <w:tblInd w:type="dxa" w:w="40"/>
        <w:tblLayout w:type="fixed"/>
        <w:tblLook w:firstColumn="1" w:firstRow="1" w:lastColumn="0" w:lastRow="0" w:noHBand="0" w:noVBand="1" w:val="04A0"/>
      </w:tblPr>
      <w:tblGrid>
        <w:gridCol w:w="5688"/>
        <w:gridCol w:w="5688"/>
      </w:tblGrid>
      <w:tr>
        <w:trPr>
          <w:trHeight w:hRule="exact" w:val="2974"/>
        </w:trPr>
        <w:tc>
          <w:tcPr>
            <w:tcW w:type="dxa" w:w="72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84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+</w:t>
            </w:r>
          </w:p>
          <w:p>
            <w:pPr>
              <w:widowControl/>
              <w:wordWrap w:val="0"/>
              <w:autoSpaceDE w:val="0"/>
              <w:autoSpaceDN w:val="0"/>
              <w:spacing w:line="710" w:lineRule="exact" w:before="37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204"/>
                <w:sz w:val="35"/>
              </w:rPr>
              <w:t>+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4"/>
              </w:rPr>
              <w:t>a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342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+</w:t>
            </w:r>
          </w:p>
          <w:p>
            <w:pPr>
              <w:widowControl/>
              <w:wordWrap w:val="0"/>
              <w:autoSpaceDE w:val="0"/>
              <w:autoSpaceDN w:val="0"/>
              <w:spacing w:line="270" w:lineRule="exact" w:before="41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iB</w:t>
            </w:r>
          </w:p>
          <w:p>
            <w:pPr>
              <w:widowControl/>
              <w:wordWrap w:val="0"/>
              <w:autoSpaceDE w:val="0"/>
              <w:autoSpaceDN w:val="0"/>
              <w:spacing w:line="300" w:lineRule="exact" w:before="46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iS</w:t>
            </w:r>
          </w:p>
        </w:tc>
        <w:tc>
          <w:tcPr>
            <w:tcW w:type="dxa" w:w="1057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61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Concluídos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trabalhos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4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obedecendo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9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aos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ritos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Estatuto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Social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,</w:t>
            </w:r>
          </w:p>
          <w:p>
            <w:pPr>
              <w:widowControl/>
              <w:wordWrap w:val="0"/>
              <w:autoSpaceDE w:val="0"/>
              <w:autoSpaceDN w:val="0"/>
              <w:spacing w:line="290" w:lineRule="exact" w:before="70" w:after="0"/>
              <w:ind w:left="4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Senhor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7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Presidente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declara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7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que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as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deliberações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3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tomadas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assembleia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em</w:t>
            </w:r>
          </w:p>
          <w:p>
            <w:pPr>
              <w:widowControl/>
              <w:wordWrap w:val="0"/>
              <w:autoSpaceDE w:val="0"/>
              <w:autoSpaceDN w:val="0"/>
              <w:spacing w:line="300" w:lineRule="exact" w:before="42" w:after="0"/>
              <w:ind w:left="4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questão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4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observaram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1"/>
                <w:sz w:val="30"/>
              </w:rPr>
              <w:t>rigorosam©nte9o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7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quórum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pr©vlsto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estatuto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social</w:t>
            </w:r>
          </w:p>
          <w:p>
            <w:pPr>
              <w:widowControl/>
              <w:wordWrap w:val="0"/>
              <w:autoSpaceDE w:val="0"/>
              <w:autoSpaceDN w:val="0"/>
              <w:spacing w:line="320" w:lineRule="exact" w:before="4" w:after="0"/>
              <w:ind w:left="4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vigor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8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passando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palavra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9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quem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quisesse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se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manifestar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na</w:t>
            </w:r>
          </w:p>
          <w:p>
            <w:pPr>
              <w:widowControl/>
              <w:wordWrap w:val="0"/>
              <w:autoSpaceDE w:val="0"/>
              <w:autoSpaceDN w:val="0"/>
              <w:spacing w:line="300" w:lineRule="exact" w:before="15" w:after="0"/>
              <w:ind w:left="47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ausõnela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manifesto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9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como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nada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mais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havia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para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ser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tratador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9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agradeceu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3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</w:t>
            </w:r>
          </w:p>
          <w:p>
            <w:pPr>
              <w:widowControl/>
              <w:wordWrap w:val="0"/>
              <w:autoSpaceDE w:val="0"/>
              <w:autoSpaceDN w:val="0"/>
              <w:spacing w:line="320" w:lineRule="exact" w:before="24" w:after="0"/>
              <w:ind w:left="4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presença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todos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7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deu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por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8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encerrada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presente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assembleia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8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geral</w:t>
            </w:r>
          </w:p>
          <w:p>
            <w:pPr>
              <w:widowControl/>
              <w:wordWrap w:val="0"/>
              <w:autoSpaceDE w:val="0"/>
              <w:autoSpaceDN w:val="0"/>
              <w:spacing w:line="300" w:lineRule="exact" w:before="15" w:after="0"/>
              <w:ind w:left="4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Extraordinária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6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determinando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mim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que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servi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como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secretário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que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lavrasse</w:t>
            </w:r>
          </w:p>
          <w:p>
            <w:pPr>
              <w:widowControl/>
              <w:wordWrap w:val="0"/>
              <w:autoSpaceDE w:val="0"/>
              <w:autoSpaceDN w:val="0"/>
              <w:spacing w:line="320" w:lineRule="exact" w:before="24" w:after="0"/>
              <w:ind w:left="47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presente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levasse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registro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junto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órgãos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públicos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4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competentes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28" w:after="0"/>
              <w:ind w:left="4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surtir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4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efeitos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1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jurídicos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necessários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0"/>
                <w:sz w:val="31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21"/>
                <w:sz w:val="31"/>
              </w:rPr>
              <w:t>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42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presente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segue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assinada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por</w:t>
            </w:r>
          </w:p>
        </w:tc>
      </w:tr>
    </w:tbl>
    <w:p>
      <w:pPr>
        <w:widowControl/>
        <w:wordWrap w:val="0"/>
        <w:autoSpaceDE w:val="0"/>
        <w:autoSpaceDN w:val="0"/>
        <w:spacing w:line="290" w:lineRule="exact" w:before="45" w:after="155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mim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-2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pelo</w:t>
      </w:r>
      <w:r>
        <w:rPr>
          <w:rFonts w:ascii="Times New Roman" w:hAnsi="Times New Roman" w:eastAsia="Times New Roman"/>
          <w:b w:val="0"/>
          <w:color w:val="000000"/>
          <w:spacing w:val="-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Sr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Times New Roman" w:hAnsi="Times New Roman" w:eastAsia="Times New Roman"/>
          <w:b w:val="0"/>
          <w:color w:val="000000"/>
          <w:spacing w:val="-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Presidente</w:t>
      </w:r>
      <w:r>
        <w:rPr>
          <w:rFonts w:ascii="Times New Roman" w:hAnsi="Times New Roman" w:eastAsia="Times New Roman"/>
          <w:b w:val="0"/>
          <w:color w:val="000000"/>
          <w:spacing w:val="-19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da</w:t>
      </w:r>
      <w:r>
        <w:rPr>
          <w:rFonts w:ascii="Times New Roman" w:hAnsi="Times New Roman" w:eastAsia="Times New Roman"/>
          <w:b w:val="0"/>
          <w:color w:val="000000"/>
          <w:spacing w:val="-1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assembleia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como</w:t>
      </w:r>
      <w:r>
        <w:rPr>
          <w:rFonts w:ascii="Times New Roman" w:hAnsi="Times New Roman" w:eastAsia="Times New Roman"/>
          <w:b w:val="0"/>
          <w:color w:val="000000"/>
          <w:spacing w:val="-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sinal</w:t>
      </w:r>
      <w:r>
        <w:rPr>
          <w:rFonts w:ascii="Times New Roman" w:hAnsi="Times New Roman" w:eastAsia="Times New Roman"/>
          <w:b w:val="0"/>
          <w:color w:val="000000"/>
          <w:spacing w:val="1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aprovação</w:t>
      </w:r>
    </w:p>
    <w:p>
      <w:pPr>
        <w:widowControl/>
        <w:wordWrap w:val="0"/>
        <w:autoSpaceDE w:val="0"/>
        <w:autoSpaceDN w:val="0"/>
        <w:spacing w:line="290" w:lineRule="exact" w:before="310" w:after="262"/>
        <w:ind w:left="39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Guarulhos</w:t>
      </w:r>
      <w:r>
        <w:rPr>
          <w:rFonts w:ascii="Arial" w:hAnsi="Arial" w:eastAsia="Arial"/>
          <w:b w:val="0"/>
          <w:i w:val="0"/>
          <w:color w:val="000000"/>
          <w:sz w:val="29"/>
        </w:rPr>
        <w:t>2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defevereiro</w:t>
      </w:r>
      <w:r>
        <w:rPr>
          <w:rFonts w:ascii="Times New Roman" w:hAnsi="Times New Roman" w:eastAsia="Times New Roman"/>
          <w:b w:val="0"/>
          <w:color w:val="000000"/>
          <w:spacing w:val="7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2025</w:t>
      </w:r>
    </w:p>
    <w:p>
      <w:pPr>
        <w:widowControl/>
        <w:wordWrap w:val="0"/>
        <w:autoSpaceDE w:val="0"/>
        <w:autoSpaceDN w:val="0"/>
        <w:spacing w:line="14" w:lineRule="exact" w:before="511" w:after="0"/>
        <w:ind w:left="0" w:right="0"/>
      </w:pPr>
    </w:p>
    <w:tbl>
      <w:tblPr>
        <w:tblW w:type="auto" w:w="0"/>
        <w:tblInd w:type="dxa" w:w="60"/>
        <w:tblLayout w:type="fixed"/>
        <w:tblLook w:firstColumn="1" w:firstRow="1" w:lastColumn="0" w:lastRow="0" w:noHBand="0" w:noVBand="1" w:val="04A0"/>
      </w:tblPr>
      <w:tblGrid>
        <w:gridCol w:w="3792"/>
        <w:gridCol w:w="3792"/>
        <w:gridCol w:w="3792"/>
      </w:tblGrid>
      <w:tr>
        <w:trPr>
          <w:trHeight w:hRule="exact" w:val="842"/>
        </w:trPr>
        <w:tc>
          <w:tcPr>
            <w:tcW w:type="dxa" w:w="690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60" w:lineRule="exact" w:before="43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P</w:t>
            </w:r>
          </w:p>
        </w:tc>
        <w:tc>
          <w:tcPr>
            <w:tcW w:type="dxa" w:w="525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680" w:lineRule="exact" w:before="0" w:after="0"/>
              <w:ind w:left="45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6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4"/>
                <w:sz w:val="5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üz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4"/>
                <w:sz w:val="6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8"/>
              </w:rPr>
              <w:t>,./: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34"/>
                <w:sz w:val="68"/>
              </w:rPr>
              <w:t>e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46"/>
                <w:sz w:val="54"/>
              </w:rPr>
              <w:t>%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5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4"/>
              </w:rPr>
              <w:t>ã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4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4"/>
              </w:rPr>
              <w:t>4Ê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4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4"/>
              </w:rPr>
              <w:t>Ü</w:t>
            </w:r>
          </w:p>
        </w:tc>
        <w:tc>
          <w:tcPr>
            <w:tcW w:type="dxa" w:w="434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20" w:lineRule="exact" w:before="521" w:after="0"/>
              <w:ind w:left="9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Debison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Moreira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Xavier</w:t>
            </w:r>
          </w:p>
        </w:tc>
      </w:tr>
    </w:tbl>
    <w:p>
      <w:pPr>
        <w:widowControl/>
        <w:wordWrap w:val="0"/>
        <w:autoSpaceDE w:val="0"/>
        <w:autoSpaceDN w:val="0"/>
        <w:spacing w:line="320" w:lineRule="exact" w:before="140" w:after="287"/>
        <w:ind w:left="12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Diretor</w:t>
      </w:r>
      <w:r>
        <w:rPr>
          <w:rFonts w:ascii="Arial" w:hAnsi="Arial" w:eastAsia="Arial"/>
          <w:b w:val="0"/>
          <w:i w:val="0"/>
          <w:color w:val="000000"/>
          <w:sz w:val="32"/>
        </w:rPr>
        <w:t>(</w:t>
      </w:r>
      <w:r>
        <w:rPr>
          <w:rFonts w:ascii="Arial" w:hAnsi="Arial" w:eastAsia="Arial"/>
          <w:b w:val="0"/>
          <w:i w:val="0"/>
          <w:color w:val="000000"/>
          <w:sz w:val="32"/>
        </w:rPr>
        <w:t>a</w:t>
      </w:r>
      <w:r>
        <w:rPr>
          <w:rFonts w:ascii="Arial" w:hAnsi="Arial" w:eastAsia="Arial"/>
          <w:b w:val="0"/>
          <w:i w:val="0"/>
          <w:color w:val="000000"/>
          <w:sz w:val="32"/>
        </w:rPr>
        <w:t>)</w:t>
      </w:r>
      <w:r>
        <w:rPr>
          <w:rFonts w:ascii="Times New Roman" w:hAnsi="Times New Roman" w:eastAsia="Times New Roman"/>
          <w:b w:val="0"/>
          <w:color w:val="000000"/>
          <w:spacing w:val="19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Pre</w:t>
      </w:r>
      <w:r>
        <w:rPr>
          <w:rFonts w:ascii="Arial" w:hAnsi="Arial" w:eastAsia="Arial"/>
          <w:b w:val="0"/>
          <w:i w:val="0"/>
          <w:color w:val="000000"/>
          <w:sz w:val="28"/>
        </w:rPr>
        <w:t>$</w:t>
      </w:r>
      <w:r>
        <w:rPr>
          <w:rFonts w:ascii="Arial" w:hAnsi="Arial" w:eastAsia="Arial"/>
          <w:b w:val="0"/>
          <w:i w:val="0"/>
          <w:color w:val="000000"/>
          <w:sz w:val="28"/>
        </w:rPr>
        <w:t>i</w:t>
      </w:r>
      <w:r>
        <w:rPr>
          <w:rFonts w:ascii="Arial" w:hAnsi="Arial" w:eastAsia="Arial"/>
          <w:b w:val="0"/>
          <w:i w:val="0"/>
          <w:color w:val="000000"/>
          <w:sz w:val="28"/>
        </w:rPr>
        <w:t>#</w:t>
      </w:r>
      <w:r>
        <w:rPr>
          <w:rFonts w:ascii="Arial" w:hAnsi="Arial" w:eastAsia="Arial"/>
          <w:b w:val="0"/>
          <w:i w:val="0"/>
          <w:color w:val="000000"/>
          <w:sz w:val="28"/>
        </w:rPr>
        <w:t>ente</w:t>
      </w:r>
    </w:p>
    <w:p>
      <w:pPr>
        <w:widowControl/>
        <w:wordWrap w:val="0"/>
        <w:autoSpaceDE w:val="0"/>
        <w:autoSpaceDN w:val="0"/>
        <w:spacing w:line="250" w:lineRule="exact" w:before="575" w:after="35"/>
        <w:ind w:left="12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5"/>
        </w:rPr>
        <w:t>Dr</w:t>
      </w:r>
      <w:r>
        <w:rPr>
          <w:rFonts w:ascii="Arial" w:hAnsi="Arial" w:eastAsia="Arial"/>
          <w:b w:val="0"/>
          <w:i w:val="0"/>
          <w:color w:val="000000"/>
          <w:sz w:val="25"/>
        </w:rPr>
        <w:t>.</w:t>
      </w:r>
      <w:r>
        <w:rPr>
          <w:rFonts w:ascii="Times New Roman" w:hAnsi="Times New Roman" w:eastAsia="Times New Roman"/>
          <w:b w:val="0"/>
          <w:color w:val="000000"/>
          <w:spacing w:val="104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ANTONilii</w:t>
      </w:r>
      <w:r>
        <w:rPr>
          <w:rFonts w:ascii="Arial" w:hAnsi="Arial" w:eastAsia="Arial"/>
          <w:b w:val="0"/>
          <w:i w:val="0"/>
          <w:color w:val="000000"/>
          <w:sz w:val="25"/>
        </w:rPr>
        <w:t>'</w:t>
      </w:r>
      <w:r>
        <w:rPr>
          <w:rFonts w:ascii="Arial" w:hAnsi="Arial" w:eastAsia="Arial"/>
          <w:b w:val="0"/>
          <w:i w:val="0"/>
          <w:color w:val="000000"/>
          <w:sz w:val="25"/>
        </w:rPr>
        <w:t>MCiSCO</w:t>
      </w:r>
      <w:r>
        <w:rPr>
          <w:rFonts w:ascii="Times New Roman" w:hAnsi="Times New Roman" w:eastAsia="Times New Roman"/>
          <w:b w:val="0"/>
          <w:color w:val="000000"/>
          <w:spacing w:val="727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BEZERRA</w:t>
      </w:r>
    </w:p>
    <w:p>
      <w:pPr>
        <w:widowControl/>
        <w:wordWrap w:val="0"/>
        <w:autoSpaceDE w:val="0"/>
        <w:autoSpaceDN w:val="0"/>
        <w:spacing w:line="250" w:lineRule="exact" w:before="70" w:after="19"/>
        <w:ind w:left="22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5"/>
        </w:rPr>
        <w:t>OAB</w:t>
      </w:r>
      <w:r>
        <w:rPr>
          <w:rFonts w:ascii="Times New Roman" w:hAnsi="Times New Roman" w:eastAsia="Times New Roman"/>
          <w:b w:val="0"/>
          <w:color w:val="000000"/>
          <w:spacing w:val="50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233859</w:t>
      </w:r>
      <w:r>
        <w:rPr>
          <w:rFonts w:ascii="Times New Roman" w:hAnsi="Times New Roman" w:eastAsia="Times New Roman"/>
          <w:b w:val="0"/>
          <w:color w:val="000000"/>
          <w:spacing w:val="104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-</w:t>
      </w:r>
      <w:r>
        <w:rPr>
          <w:rFonts w:ascii="Times New Roman" w:hAnsi="Times New Roman" w:eastAsia="Times New Roman"/>
          <w:b w:val="0"/>
          <w:color w:val="000000"/>
          <w:spacing w:val="14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SP</w:t>
      </w:r>
    </w:p>
    <w:p>
      <w:pPr>
        <w:spacing w:after="0"/>
        <w:sectPr>
          <w:pgSz w:w="11900" w:h="16840"/>
          <w:pgMar w:top="208" w:right="424" w:bottom="58" w:left="100" w:header="720" w:footer="720" w:gutter="0"/>
          <w:cols w:space="720" w:num="1" w:equalWidth="0">
            <w:col w:w="1137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70" w:lineRule="exact" w:before="755" w:after="1690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iB</w:t>
      </w:r>
    </w:p>
    <w:p>
      <w:pPr>
        <w:spacing w:after="0" w:before="0"/>
        <w:sectPr>
          <w:type w:val="continuous"/>
          <w:pgSz w:w="11900" w:h="16840"/>
          <w:pgMar w:top="208" w:right="424" w:bottom="58" w:left="100" w:header="720" w:footer="720" w:gutter="0"/>
          <w:cols w:space="720" w:num="2" w:equalWidth="0">
            <w:col w:w="810" w:space="0"/>
            <w:col w:w="1056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306" w:lineRule="exact" w:before="19" w:after="260"/>
        <w:ind w:left="49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Jurídico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ONGUSABGBAIRROS</w:t>
      </w:r>
      <w:r>
        <w:rPr>
          <w:rFonts w:ascii="Times New Roman" w:hAnsi="Times New Roman" w:eastAsia="Times New Roman"/>
          <w:b w:val="0"/>
          <w:color w:val="000000"/>
          <w:spacing w:val="2619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Ce</w:t>
      </w:r>
      <w:r>
        <w:rPr>
          <w:rFonts w:ascii="Arial" w:hAnsi="Arial" w:eastAsia="Arial"/>
          <w:b w:val="0"/>
          <w:i w:val="0"/>
          <w:color w:val="000000"/>
          <w:sz w:val="27"/>
        </w:rPr>
        <w:t>/</w:t>
      </w:r>
      <w:r>
        <w:rPr>
          <w:rFonts w:ascii="Arial" w:hAnsi="Arial" w:eastAsia="Arial"/>
          <w:b w:val="0"/>
          <w:i w:val="0"/>
          <w:color w:val="000000"/>
          <w:sz w:val="27"/>
        </w:rPr>
        <w:t>®</w:t>
      </w:r>
      <w:r>
        <w:rPr>
          <w:rFonts w:ascii="Times New Roman" w:hAnsi="Times New Roman" w:eastAsia="Times New Roman"/>
          <w:b w:val="0"/>
          <w:color w:val="000000"/>
          <w:spacing w:val="53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(</w:t>
      </w:r>
      <w:r>
        <w:rPr>
          <w:rFonts w:ascii="Arial" w:hAnsi="Arial" w:eastAsia="Arial"/>
          <w:b w:val="0"/>
          <w:i w:val="0"/>
          <w:color w:val="000000"/>
          <w:sz w:val="27"/>
        </w:rPr>
        <w:t>11</w:t>
      </w:r>
      <w:r>
        <w:rPr>
          <w:rFonts w:ascii="Arial" w:hAnsi="Arial" w:eastAsia="Arial"/>
          <w:b w:val="0"/>
          <w:i w:val="0"/>
          <w:color w:val="000000"/>
          <w:sz w:val="27"/>
        </w:rPr>
        <w:t>)</w:t>
      </w:r>
      <w:r>
        <w:rPr>
          <w:rFonts w:ascii="Times New Roman" w:hAnsi="Times New Roman" w:eastAsia="Times New Roman"/>
          <w:b w:val="0"/>
          <w:color w:val="000000"/>
          <w:spacing w:val="1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971561019</w:t>
      </w:r>
    </w:p>
    <w:p>
      <w:pPr>
        <w:widowControl/>
        <w:wordWrap w:val="0"/>
        <w:autoSpaceDE w:val="0"/>
        <w:autoSpaceDN w:val="0"/>
        <w:spacing w:line="460" w:lineRule="exact" w:before="521" w:after="183"/>
        <w:ind w:left="149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6"/>
        </w:rPr>
        <w:t>/.</w:t>
      </w:r>
    </w:p>
    <w:p>
      <w:pPr>
        <w:widowControl/>
        <w:wordWrap w:val="0"/>
        <w:autoSpaceDE w:val="0"/>
        <w:autoSpaceDN w:val="0"/>
        <w:spacing w:line="170" w:lineRule="exact" w:before="367" w:after="1281"/>
        <w:ind w:left="323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finbõ</w:t>
      </w:r>
      <w:r>
        <w:rPr>
          <w:rFonts w:ascii="Arial" w:hAnsi="Arial" w:eastAsia="Arial"/>
          <w:b w:val="0"/>
          <w:i w:val="0"/>
          <w:color w:val="000000"/>
          <w:sz w:val="17"/>
        </w:rPr>
        <w:t>+</w:t>
      </w:r>
      <w:r>
        <w:rPr>
          <w:rFonts w:ascii="Arial" w:hAnsi="Arial" w:eastAsia="Arial"/>
          <w:b w:val="0"/>
          <w:i w:val="0"/>
          <w:color w:val="000000"/>
          <w:sz w:val="17"/>
        </w:rPr>
        <w:t>4</w:t>
      </w:r>
      <w:r>
        <w:rPr>
          <w:rFonts w:ascii="Arial" w:hAnsi="Arial" w:eastAsia="Arial"/>
          <w:b w:val="0"/>
          <w:i w:val="0"/>
          <w:color w:val="000000"/>
          <w:sz w:val="17"/>
        </w:rPr>
        <w:t>'</w:t>
      </w:r>
      <w:r>
        <w:rPr>
          <w:rFonts w:ascii="Arial" w:hAnsi="Arial" w:eastAsia="Arial"/>
          <w:b w:val="0"/>
          <w:i w:val="0"/>
          <w:color w:val="000000"/>
          <w:sz w:val="17"/>
        </w:rPr>
        <w:t>de</w:t>
      </w:r>
    </w:p>
    <w:p>
      <w:pPr>
        <w:spacing w:after="0"/>
        <w:sectPr>
          <w:type w:val="nextColumn"/>
          <w:pgSz w:w="11900" w:h="16840"/>
          <w:pgMar w:top="208" w:right="424" w:bottom="58" w:left="100" w:header="720" w:footer="720" w:gutter="0"/>
          <w:cols w:space="720" w:num="2" w:equalWidth="0">
            <w:col w:w="810" w:space="0"/>
            <w:col w:w="1056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1267" w:after="0"/>
        <w:ind w:left="0" w:right="0"/>
      </w:pPr>
    </w:p>
    <w:tbl>
      <w:tblPr>
        <w:tblW w:type="auto" w:w="0"/>
        <w:tblInd w:type="dxa" w:w="80"/>
        <w:tblLayout w:type="fixed"/>
        <w:tblLook w:firstColumn="1" w:firstRow="1" w:lastColumn="0" w:lastRow="0" w:noHBand="0" w:noVBand="1" w:val="04A0"/>
      </w:tblPr>
      <w:tblGrid>
        <w:gridCol w:w="1896"/>
        <w:gridCol w:w="1896"/>
        <w:gridCol w:w="1896"/>
        <w:gridCol w:w="1896"/>
        <w:gridCol w:w="1896"/>
        <w:gridCol w:w="1896"/>
      </w:tblGrid>
      <w:tr>
        <w:trPr>
          <w:trHeight w:hRule="exact" w:val="214"/>
        </w:trPr>
        <w:tc>
          <w:tcPr>
            <w:tcW w:type="dxa" w:w="541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20" w:lineRule="exact" w:before="10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1»</w:t>
            </w:r>
          </w:p>
        </w:tc>
        <w:tc>
          <w:tcPr>
            <w:tcW w:type="dxa" w:w="4104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70" w:lineRule="exact" w:before="229" w:after="0"/>
              <w:ind w:left="27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nnisltocívnn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0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PtSOAimMCA</w:t>
            </w:r>
          </w:p>
        </w:tc>
        <w:tc>
          <w:tcPr>
            <w:tcW w:type="dxa" w:w="5940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80" w:lineRule="exact" w:before="0" w:after="0"/>
              <w:ind w:left="8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2o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OFICIAL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REGISTRO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IN10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\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REIS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ANEXOS</w:t>
            </w:r>
          </w:p>
        </w:tc>
        <w:tc>
          <w:tcPr>
            <w:tcW w:type="dxa" w:w="456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470" w:lineRule="exact" w:before="1053" w:after="0"/>
              <w:ind w:left="17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7"/>
              </w:rPr>
              <w:t>q</w:t>
            </w:r>
          </w:p>
        </w:tc>
      </w:tr>
      <w:tr>
        <w:trPr>
          <w:trHeight w:hRule="exact" w:val="173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40"/>
            <w:gridSpan w:val="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70" w:lineRule="exact" w:before="34" w:after="0"/>
              <w:ind w:left="87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CONA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ARCA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GUARLiLllOS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8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SP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84"/>
        </w:trPr>
        <w:tc>
          <w:tcPr>
            <w:tcW w:type="dxa" w:w="541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58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+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688"/>
            <w:gridSpan w:val="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40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40"/>
            <w:gridSpan w:val="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50" w:lineRule="exact" w:before="53" w:after="0"/>
              <w:ind w:left="81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Rua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Guaira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9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"/>
                <w:sz w:val="15"/>
              </w:rPr>
              <w:t>1d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3"/>
                <w:sz w:val="15"/>
              </w:rPr>
              <w:t>[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"/>
                <w:sz w:val="15"/>
              </w:rPr>
              <w:t>3arbosa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6"/>
                <w:sz w:val="15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1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('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]'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4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Q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;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2"/>
                <w:sz w:val="15"/>
              </w:rPr>
              <w:t>Z1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5"/>
                <w:sz w:val="15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0"/>
                <w:sz w:val="15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8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320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7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Guttiu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]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SP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2087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4000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)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80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104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30" w:lineRule="exact" w:before="11" w:after="0"/>
              <w:ind w:left="97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60"/>
                <w:sz w:val="23"/>
              </w:rPr>
              <w:t>BEG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5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4"/>
                <w:sz w:val="23"/>
              </w:rPr>
              <w:t>UARtEH«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22"/>
                <w:sz w:val="23"/>
              </w:rPr>
              <w:t>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4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P</w:t>
            </w:r>
          </w:p>
        </w:tc>
        <w:tc>
          <w:tcPr>
            <w:tcW w:type="dxa" w:w="5688"/>
            <w:gridSpan w:val="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57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40"/>
            <w:gridSpan w:val="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70" w:lineRule="exact" w:before="17" w:after="0"/>
              <w:ind w:left="8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Preilotado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dia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1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17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02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2025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sob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1"/>
                <w:sz w:val="17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73"/>
                <w:sz w:val="17"/>
              </w:rPr>
              <w:t>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6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46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954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Avc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rbado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ejn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27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02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2025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52"/>
        </w:trPr>
        <w:tc>
          <w:tcPr>
            <w:tcW w:type="dxa" w:w="541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30" w:lineRule="exact" w:before="5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+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688"/>
            <w:gridSpan w:val="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43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104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713" w:lineRule="exact" w:before="149" w:after="0"/>
              <w:ind w:left="73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65"/>
                <w:vertAlign w:val="superscript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5"/>
                <w:vertAlign w:val="superscript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27"/>
                <w:vertAlign w:val="superscript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5"/>
                <w:vertAlign w:val="superscript"/>
              </w:rPr>
              <w:t>3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27"/>
                <w:vertAlign w:val="superscript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5"/>
                <w:vertAlign w:val="superscript"/>
              </w:rPr>
              <w:t>4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2"/>
                <w:sz w:val="27"/>
                <w:vertAlign w:val="superscript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5"/>
                <w:vertAlign w:val="superscript"/>
              </w:rPr>
              <w:t>4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2"/>
                <w:sz w:val="27"/>
                <w:vertAlign w:val="superscript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5"/>
                <w:vertAlign w:val="superscript"/>
              </w:rPr>
              <w:t>3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2"/>
                <w:sz w:val="27"/>
                <w:vertAlign w:val="superscript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5"/>
                <w:vertAlign w:val="superscript"/>
              </w:rPr>
              <w:t>J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2"/>
                <w:sz w:val="6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65"/>
              </w:rPr>
              <w:t>\</w:t>
            </w:r>
          </w:p>
        </w:tc>
        <w:tc>
          <w:tcPr>
            <w:tcW w:type="dxa" w:w="5688"/>
            <w:gridSpan w:val="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92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40"/>
            <w:gridSpan w:val="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70" w:lineRule="exact" w:before="65" w:after="0"/>
              <w:ind w:left="8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Sob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34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439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Livro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9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4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(;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rhnotado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7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illatgcm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1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29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148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76"/>
        </w:trPr>
        <w:tc>
          <w:tcPr>
            <w:tcW w:type="dxa" w:w="541"/>
            <w:vMerge w:val="restart"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688"/>
            <w:gridSpan w:val="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79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2056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50" w:lineRule="exact" w:before="33" w:after="0"/>
              <w:ind w:left="8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Registro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'('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ivil</w:t>
            </w:r>
          </w:p>
        </w:tc>
        <w:tc>
          <w:tcPr>
            <w:tcW w:type="dxa" w:w="2717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50" w:lineRule="exact" w:before="33" w:after="0"/>
              <w:ind w:left="11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das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Pe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#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nls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4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Jurídicas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2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Guarulhos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,</w:t>
            </w:r>
          </w:p>
        </w:tc>
        <w:tc>
          <w:tcPr>
            <w:tcW w:type="dxa" w:w="1168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50" w:lineRule="exact" w:before="33" w:after="0"/>
              <w:ind w:left="82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27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02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202fi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40"/>
        </w:trPr>
        <w:tc>
          <w:tcPr>
            <w:tcW w:type="dxa" w:w="541"/>
            <w:vMerge w:val="restart"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53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40"/>
            <w:gridSpan w:val="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00" w:lineRule="exact" w:before="135" w:after="0"/>
              <w:ind w:left="145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Karma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1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{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rati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ma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/.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Ví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'#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él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=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Telxeira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2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1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Escrevente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222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688"/>
            <w:gridSpan w:val="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56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80" w:lineRule="exact" w:before="158" w:after="0"/>
              <w:ind w:left="19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0</w:t>
            </w:r>
          </w:p>
        </w:tc>
      </w:tr>
      <w:tr>
        <w:trPr>
          <w:trHeight w:hRule="exact" w:val="147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40"/>
            <w:gridSpan w:val="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50" w:lineRule="exact" w:before="39" w:after="0"/>
              <w:ind w:left="10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071CIAI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t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57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84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0"/>
                <w:sz w:val="15"/>
              </w:rPr>
              <w:t>ESTÀDO1t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44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SBFÀZ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"/>
                <w:sz w:val="15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78"/>
                <w:sz w:val="15"/>
              </w:rPr>
              <w:t>1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1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2S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9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REC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CIVil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t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3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04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70"/>
        </w:trPr>
        <w:tc>
          <w:tcPr>
            <w:tcW w:type="dxa" w:w="541"/>
            <w:vMerge w:val="restart"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688"/>
            <w:gridSpan w:val="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05"/>
        </w:trPr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40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70" w:lineRule="exact" w:before="27" w:after="0"/>
              <w:ind w:left="10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T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J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4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3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91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6"/>
                <w:sz w:val="17"/>
              </w:rPr>
              <w:t>MUNiC2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89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UP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77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DIL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00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6"/>
                <w:sz w:val="17"/>
              </w:rPr>
              <w:t>TOTAL9</w:t>
            </w:r>
            <w:r>
              <w:rPr>
                <w:rFonts w:ascii="Arial" w:hAnsi="Arial" w:eastAsia="Arial"/>
                <w:b w:val="0"/>
                <w:i w:val="0"/>
                <w:color w:val="000000"/>
                <w:w w:val="99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94"/>
                <w:sz w:val="17"/>
              </w:rPr>
              <w:t>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20</w:t>
            </w:r>
          </w:p>
        </w:tc>
        <w:tc>
          <w:tcPr>
            <w:tcW w:type="dxa" w:w="1896"/>
            <w:vMerge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type w:val="continuous"/>
          <w:pgSz w:w="11900" w:h="16840"/>
          <w:pgMar w:top="208" w:right="424" w:bottom="58" w:left="100" w:header="720" w:footer="720" w:gutter="0"/>
          <w:cols w:space="720" w:num="1" w:equalWidth="0">
            <w:col w:w="11376" w:space="0"/>
            <w:col w:w="1056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0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8.0pt;margin-top:424.87pt;width:10.05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+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439.92pt;width:11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475.87pt;width:10.05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+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490.92pt;width:11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58.79pt;width:13.23pt;height:23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4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6.98pt;margin-top:95.35pt;width:13.25pt;height:38.44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749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222"/>
                      <w:sz w:val="40"/>
                    </w:rPr>
                    <w:t>4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79.35pt;width:12.12pt;height:2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165.35pt;width:12.12pt;height:2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237.92pt;width:11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»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.0pt;margin-top:252.92pt;width:11.01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»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8.0pt;margin-top:373.31pt;width:11.22pt;height:18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5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+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69.0pt;margin-top:252.66pt;width:504.22pt;height:1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9t00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5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horas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2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Av©nlda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4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Anlta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39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Garlbaldl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39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'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3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132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Bairro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d©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Bonsueesso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8"/>
                      <w:sz w:val="29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C©p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14" w:lineRule="exact" w:before="230" w:after="0"/>
        <w:ind w:left="0" w:right="0"/>
      </w:pPr>
    </w:p>
    <w:tbl>
      <w:tblPr>
        <w:tblW w:type="auto" w:w="0"/>
        <w:tblInd w:type="dxa" w:w="40"/>
        <w:tblLayout w:type="fixed"/>
        <w:tblLook w:firstColumn="1" w:firstRow="1" w:lastColumn="0" w:lastRow="0" w:noHBand="0" w:noVBand="1" w:val="04A0"/>
      </w:tblPr>
      <w:tblGrid>
        <w:gridCol w:w="977"/>
        <w:gridCol w:w="977"/>
        <w:gridCol w:w="977"/>
        <w:gridCol w:w="977"/>
        <w:gridCol w:w="977"/>
        <w:gridCol w:w="977"/>
        <w:gridCol w:w="977"/>
        <w:gridCol w:w="977"/>
        <w:gridCol w:w="977"/>
        <w:gridCol w:w="977"/>
        <w:gridCol w:w="977"/>
        <w:gridCol w:w="977"/>
      </w:tblGrid>
      <w:tr>
        <w:trPr>
          <w:trHeight w:hRule="exact" w:val="2674"/>
        </w:trPr>
        <w:tc>
          <w:tcPr>
            <w:tcW w:type="dxa" w:w="742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78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35"/>
                <w:sz w:val="44"/>
              </w:rPr>
              <w:t>ee</w:t>
            </w:r>
          </w:p>
          <w:p>
            <w:pPr>
              <w:widowControl/>
              <w:wordWrap w:val="0"/>
              <w:autoSpaceDE w:val="0"/>
              <w:autoSpaceDN w:val="0"/>
              <w:spacing w:line="780" w:lineRule="exact" w:before="132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35"/>
                <w:sz w:val="44"/>
              </w:rPr>
              <w:t>aa</w:t>
            </w:r>
          </w:p>
          <w:p>
            <w:pPr>
              <w:widowControl/>
              <w:wordWrap w:val="0"/>
              <w:autoSpaceDE w:val="0"/>
              <w:autoSpaceDN w:val="0"/>
              <w:spacing w:line="400" w:lineRule="exact" w:before="311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0"/>
              </w:rPr>
              <w:t>4</w:t>
            </w:r>
          </w:p>
          <w:p>
            <w:pPr>
              <w:widowControl/>
              <w:wordWrap w:val="0"/>
              <w:autoSpaceDE w:val="0"/>
              <w:autoSpaceDN w:val="0"/>
              <w:spacing w:line="351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»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»</w:t>
            </w:r>
          </w:p>
          <w:p>
            <w:pPr>
              <w:widowControl/>
              <w:wordWrap w:val="0"/>
              <w:autoSpaceDE w:val="0"/>
              <w:autoSpaceDN w:val="0"/>
              <w:spacing w:line="400" w:lineRule="exact" w:before="58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0"/>
              </w:rPr>
              <w:t>a</w:t>
            </w:r>
          </w:p>
          <w:p>
            <w:pPr>
              <w:widowControl/>
              <w:wordWrap w:val="0"/>
              <w:autoSpaceDE w:val="0"/>
              <w:autoSpaceDN w:val="0"/>
              <w:spacing w:line="36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0"/>
              </w:rPr>
              <w:t>a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1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+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3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+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3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+</w:t>
            </w:r>
          </w:p>
          <w:p>
            <w:pPr>
              <w:widowControl/>
              <w:wordWrap w:val="0"/>
              <w:autoSpaceDE w:val="0"/>
              <w:autoSpaceDN w:val="0"/>
              <w:spacing w:line="351" w:lineRule="exact" w:before="0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a</w:t>
            </w:r>
          </w:p>
          <w:p>
            <w:pPr>
              <w:widowControl/>
              <w:wordWrap w:val="0"/>
              <w:autoSpaceDE w:val="0"/>
              <w:autoSpaceDN w:val="0"/>
              <w:spacing w:line="380" w:lineRule="exact" w:before="304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8"/>
              </w:rPr>
              <w:t>a</w:t>
            </w:r>
          </w:p>
        </w:tc>
        <w:tc>
          <w:tcPr>
            <w:tcW w:type="dxa" w:w="10649"/>
            <w:gridSpan w:val="1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" w:lineRule="exact" w:before="1" w:after="0"/>
              <w:ind w:left="791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"/>
              </w:rPr>
              <w:t>&amp;</w:t>
            </w:r>
          </w:p>
          <w:p>
            <w:pPr>
              <w:widowControl/>
              <w:wordWrap w:val="0"/>
              <w:autoSpaceDE w:val="0"/>
              <w:autoSpaceDN w:val="0"/>
              <w:spacing w:line="360" w:lineRule="exact" w:before="612" w:after="0"/>
              <w:ind w:left="141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ONG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INSTITUTO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CIDADANIA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PORTELINHA</w:t>
            </w:r>
          </w:p>
          <w:p>
            <w:pPr>
              <w:widowControl/>
              <w:wordWrap w:val="0"/>
              <w:autoSpaceDE w:val="0"/>
              <w:autoSpaceDN w:val="0"/>
              <w:spacing w:line="230" w:lineRule="exact" w:before="42" w:after="0"/>
              <w:ind w:left="113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Documento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7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Elaborado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pela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8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ONO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1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U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ABO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BAIRROS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5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ONO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CASEI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2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EDIL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8"/>
                <w:sz w:val="23"/>
              </w:rPr>
              <w:t>SONS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2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EARA</w:t>
            </w:r>
          </w:p>
          <w:p>
            <w:pPr>
              <w:widowControl/>
              <w:wordWrap w:val="0"/>
              <w:autoSpaceDE w:val="0"/>
              <w:autoSpaceDN w:val="0"/>
              <w:spacing w:line="260" w:lineRule="exact" w:before="106" w:after="0"/>
              <w:ind w:left="81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Ce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®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9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('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96136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1796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98602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9746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8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Ce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/@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97156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1019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4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8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Whatsapp</w:t>
            </w:r>
          </w:p>
          <w:p>
            <w:pPr>
              <w:widowControl/>
              <w:wordWrap w:val="0"/>
              <w:autoSpaceDE w:val="0"/>
              <w:autoSpaceDN w:val="0"/>
              <w:spacing w:line="320" w:lineRule="exact" w:before="533" w:after="0"/>
              <w:ind w:left="321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EDITALDECONVOCAÇÃO</w:t>
            </w:r>
          </w:p>
        </w:tc>
      </w:tr>
      <w:tr>
        <w:trPr>
          <w:trHeight w:hRule="exact" w:val="527"/>
        </w:trPr>
        <w:tc>
          <w:tcPr>
            <w:tcW w:type="dxa" w:w="97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9470"/>
            <w:gridSpan w:val="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20" w:lineRule="exact" w:before="180" w:after="0"/>
              <w:ind w:left="213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Pêlo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presente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ficam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convocados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8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membros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©</w:t>
            </w:r>
          </w:p>
        </w:tc>
        <w:tc>
          <w:tcPr>
            <w:tcW w:type="dxa" w:w="1179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20" w:lineRule="exact" w:before="180" w:after="0"/>
              <w:ind w:left="12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demais</w:t>
            </w:r>
          </w:p>
        </w:tc>
      </w:tr>
      <w:tr>
        <w:trPr>
          <w:trHeight w:hRule="exact" w:val="319"/>
        </w:trPr>
        <w:tc>
          <w:tcPr>
            <w:tcW w:type="dxa" w:w="97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968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7" w:after="0"/>
              <w:ind w:left="4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associados</w:t>
            </w:r>
          </w:p>
        </w:tc>
        <w:tc>
          <w:tcPr>
            <w:tcW w:type="dxa" w:w="65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7" w:after="0"/>
              <w:ind w:left="15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da</w:t>
            </w:r>
          </w:p>
        </w:tc>
        <w:tc>
          <w:tcPr>
            <w:tcW w:type="dxa" w:w="259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7" w:after="0"/>
              <w:ind w:left="156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DIVA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4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4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INSI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laUTO</w:t>
            </w:r>
          </w:p>
        </w:tc>
        <w:tc>
          <w:tcPr>
            <w:tcW w:type="dxa" w:w="2172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7" w:after="0"/>
              <w:ind w:left="13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CIDADANIA</w:t>
            </w:r>
          </w:p>
        </w:tc>
        <w:tc>
          <w:tcPr>
            <w:tcW w:type="dxa" w:w="1963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7" w:after="0"/>
              <w:ind w:left="10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PORTELINHA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.</w:t>
            </w:r>
          </w:p>
        </w:tc>
        <w:tc>
          <w:tcPr>
            <w:tcW w:type="dxa" w:w="1293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7" w:after="0"/>
              <w:ind w:left="122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7bmóém</w:t>
            </w:r>
          </w:p>
        </w:tc>
      </w:tr>
      <w:tr>
        <w:trPr>
          <w:trHeight w:hRule="exact" w:val="2146"/>
        </w:trPr>
        <w:tc>
          <w:tcPr>
            <w:tcW w:type="dxa" w:w="97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0649"/>
            <w:gridSpan w:val="1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41" w:after="0"/>
              <w:ind w:left="51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Des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86"/>
                <w:sz w:val="31"/>
              </w:rPr>
              <w:t>wa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4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dp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5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Sig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7"/>
                <w:sz w:val="31"/>
              </w:rPr>
              <w:t>Zad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4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b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xa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5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f»sll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1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ONG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9"/>
                <w:sz w:val="31"/>
              </w:rPr>
              <w:t>PORTELINHAP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2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participarem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3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da</w:t>
            </w:r>
          </w:p>
          <w:p>
            <w:pPr>
              <w:widowControl/>
              <w:wordWrap w:val="0"/>
              <w:autoSpaceDE w:val="0"/>
              <w:autoSpaceDN w:val="0"/>
              <w:spacing w:line="298" w:lineRule="exact" w:before="0" w:after="0"/>
              <w:ind w:left="4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Assembleia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Geral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Extraordinária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6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ser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Realizada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9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2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Fevereiro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de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75" w:after="0"/>
              <w:ind w:left="4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2025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Esta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terá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ua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primeira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chamada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$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00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horas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Segunda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1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Chamada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as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313" w:after="0"/>
              <w:ind w:left="4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07179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7"/>
                <w:sz w:val="34"/>
              </w:rPr>
              <w:t>800n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7"/>
                <w:sz w:val="34"/>
              </w:rPr>
              <w:t>Cidaded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Guarulhos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Esta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82"/>
                <w:sz w:val="34"/>
              </w:rPr>
              <w:t>doe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5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São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Paulo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"/>
                <w:sz w:val="34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85"/>
                <w:sz w:val="34"/>
              </w:rPr>
              <w:t>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0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termos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do</w:t>
            </w:r>
          </w:p>
          <w:p>
            <w:pPr>
              <w:widowControl/>
              <w:wordWrap w:val="0"/>
              <w:autoSpaceDE w:val="0"/>
              <w:autoSpaceDN w:val="0"/>
              <w:spacing w:line="250" w:lineRule="exact" w:before="30" w:after="0"/>
              <w:ind w:left="51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Estatuto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0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©m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vigor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6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para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7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dellb©rar©m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7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quanto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:</w:t>
            </w:r>
          </w:p>
        </w:tc>
      </w:tr>
      <w:tr>
        <w:trPr>
          <w:trHeight w:hRule="exact" w:val="516"/>
        </w:trPr>
        <w:tc>
          <w:tcPr>
            <w:tcW w:type="dxa" w:w="97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963"/>
            <w:gridSpan w:val="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70" w:lineRule="exact" w:before="207" w:after="0"/>
              <w:ind w:left="55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Dlseussáo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D©llb©ração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4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Aprovação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di</w:t>
            </w:r>
          </w:p>
        </w:tc>
        <w:tc>
          <w:tcPr>
            <w:tcW w:type="dxa" w:w="1358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63" w:after="0"/>
              <w:ind w:left="11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Alteração</w:t>
            </w:r>
          </w:p>
        </w:tc>
        <w:tc>
          <w:tcPr>
            <w:tcW w:type="dxa" w:w="1773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63" w:after="0"/>
              <w:ind w:left="11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9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endereço</w:t>
            </w:r>
          </w:p>
        </w:tc>
        <w:tc>
          <w:tcPr>
            <w:tcW w:type="dxa" w:w="421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63" w:after="0"/>
              <w:ind w:left="10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di</w:t>
            </w:r>
          </w:p>
        </w:tc>
        <w:tc>
          <w:tcPr>
            <w:tcW w:type="dxa" w:w="113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223" w:after="0"/>
              <w:ind w:left="12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FIlIal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6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2</w:t>
            </w:r>
          </w:p>
        </w:tc>
      </w:tr>
      <w:tr>
        <w:trPr>
          <w:trHeight w:hRule="exact" w:val="1485"/>
        </w:trPr>
        <w:tc>
          <w:tcPr>
            <w:tcW w:type="dxa" w:w="97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0649"/>
            <w:gridSpan w:val="1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80" w:lineRule="exact" w:before="3" w:after="0"/>
              <w:ind w:left="4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dois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d8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CRECHE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PORTELINHA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,</w:t>
            </w:r>
          </w:p>
          <w:p>
            <w:pPr>
              <w:widowControl/>
              <w:wordWrap w:val="0"/>
              <w:autoSpaceDE w:val="0"/>
              <w:autoSpaceDN w:val="0"/>
              <w:spacing w:line="280" w:lineRule="exact" w:before="720" w:after="0"/>
              <w:ind w:left="73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Outros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assuntos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d©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2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Inter©ss©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geral</w:t>
            </w:r>
          </w:p>
        </w:tc>
      </w:tr>
    </w:tbl>
    <w:p>
      <w:pPr>
        <w:widowControl/>
        <w:wordWrap w:val="0"/>
        <w:autoSpaceDE w:val="0"/>
        <w:autoSpaceDN w:val="0"/>
        <w:spacing w:line="310" w:lineRule="exact" w:before="15" w:after="1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+</w:t>
      </w:r>
    </w:p>
    <w:p>
      <w:pPr>
        <w:widowControl/>
        <w:wordWrap w:val="0"/>
        <w:autoSpaceDE w:val="0"/>
        <w:autoSpaceDN w:val="0"/>
        <w:spacing w:line="14" w:lineRule="exact" w:before="16" w:after="0"/>
        <w:ind w:left="0" w:right="0"/>
      </w:pPr>
    </w:p>
    <w:tbl>
      <w:tblPr>
        <w:tblW w:type="auto" w:w="0"/>
        <w:tblInd w:type="dxa" w:w="60"/>
        <w:tblLayout w:type="fixed"/>
        <w:tblLook w:firstColumn="1" w:firstRow="1" w:lastColumn="0" w:lastRow="0" w:noHBand="0" w:noVBand="1" w:val="04A0"/>
      </w:tblPr>
      <w:tblGrid>
        <w:gridCol w:w="3907"/>
        <w:gridCol w:w="3907"/>
        <w:gridCol w:w="3907"/>
      </w:tblGrid>
      <w:tr>
        <w:trPr>
          <w:trHeight w:hRule="exact" w:val="305"/>
        </w:trPr>
        <w:tc>
          <w:tcPr>
            <w:tcW w:type="dxa" w:w="711"/>
            <w:tcMar>
              <w:left w:type="dxa" w:w="0"/>
              <w:right w:type="dxa" w:w="0"/>
            </w:tcMar>
          </w:tcPr>
          <w:p/>
        </w:tc>
        <w:tc>
          <w:tcPr>
            <w:tcW w:type="dxa" w:w="4775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80" w:lineRule="exact" w:before="103" w:after="0"/>
              <w:ind w:left="344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Ouarulhos</w:t>
            </w:r>
          </w:p>
        </w:tc>
        <w:tc>
          <w:tcPr>
            <w:tcW w:type="dxa" w:w="234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60" w:lineRule="exact" w:before="1741" w:after="0"/>
              <w:ind w:left="1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,/</w:t>
            </w:r>
          </w:p>
        </w:tc>
      </w:tr>
      <w:tr>
        <w:trPr>
          <w:trHeight w:hRule="exact" w:val="290"/>
        </w:trPr>
        <w:tc>
          <w:tcPr>
            <w:tcW w:type="dxa" w:w="711"/>
            <w:vMerge w:val="restart"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75"/>
        </w:trPr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775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0" w:lineRule="exact" w:before="212" w:after="0"/>
              <w:ind w:left="50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BRUNO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SILVO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LIMO</w:t>
            </w:r>
          </w:p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35"/>
        </w:trPr>
        <w:tc>
          <w:tcPr>
            <w:tcW w:type="dxa" w:w="71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+</w:t>
            </w:r>
          </w:p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35"/>
        </w:trPr>
        <w:tc>
          <w:tcPr>
            <w:tcW w:type="dxa" w:w="711"/>
            <w:vMerge w:val="restart"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85"/>
        </w:trPr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775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20" w:lineRule="exact" w:before="32" w:after="0"/>
              <w:ind w:left="50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Dlretor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Pr©sldente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.</w:t>
            </w:r>
          </w:p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77"/>
        </w:trPr>
        <w:tc>
          <w:tcPr>
            <w:tcW w:type="dxa" w:w="711"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02"/>
        </w:trPr>
        <w:tc>
          <w:tcPr>
            <w:tcW w:type="dxa" w:w="71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80" w:lineRule="exact" w:before="21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Ü</w:t>
            </w:r>
          </w:p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30"/>
        </w:trPr>
        <w:tc>
          <w:tcPr>
            <w:tcW w:type="dxa" w:w="71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3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a</w:t>
            </w:r>
          </w:p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907"/>
            <w:vMerge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330" w:lineRule="exact" w:before="30" w:after="3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4</w:t>
      </w:r>
    </w:p>
    <w:p>
      <w:pPr>
        <w:widowControl/>
        <w:wordWrap w:val="0"/>
        <w:autoSpaceDE w:val="0"/>
        <w:autoSpaceDN w:val="0"/>
        <w:spacing w:line="310" w:lineRule="exact" w:before="6" w:after="42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+</w:t>
      </w:r>
    </w:p>
    <w:p>
      <w:pPr>
        <w:widowControl/>
        <w:wordWrap w:val="0"/>
        <w:autoSpaceDE w:val="0"/>
        <w:autoSpaceDN w:val="0"/>
        <w:spacing w:line="240" w:lineRule="exact" w:before="85" w:after="32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Õ</w:t>
      </w:r>
    </w:p>
    <w:p>
      <w:pPr>
        <w:widowControl/>
        <w:wordWrap w:val="0"/>
        <w:autoSpaceDE w:val="0"/>
        <w:autoSpaceDN w:val="0"/>
        <w:spacing w:line="310" w:lineRule="exact" w:before="65" w:after="0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+</w:t>
      </w:r>
    </w:p>
    <w:p>
      <w:pPr>
        <w:widowControl/>
        <w:wordWrap w:val="0"/>
        <w:autoSpaceDE w:val="0"/>
        <w:autoSpaceDN w:val="0"/>
        <w:spacing w:line="324" w:lineRule="exact" w:before="0" w:after="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4</w:t>
      </w:r>
    </w:p>
    <w:p>
      <w:pPr>
        <w:widowControl/>
        <w:wordWrap w:val="0"/>
        <w:autoSpaceDE w:val="0"/>
        <w:autoSpaceDN w:val="0"/>
        <w:spacing w:line="330" w:lineRule="exact" w:before="10" w:after="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e</w:t>
      </w:r>
    </w:p>
    <w:p>
      <w:pPr>
        <w:widowControl/>
        <w:wordWrap w:val="0"/>
        <w:autoSpaceDE w:val="0"/>
        <w:autoSpaceDN w:val="0"/>
        <w:spacing w:line="330" w:lineRule="exact" w:before="10" w:after="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e</w:t>
      </w:r>
    </w:p>
    <w:p>
      <w:pPr>
        <w:widowControl/>
        <w:wordWrap w:val="0"/>
        <w:autoSpaceDE w:val="0"/>
        <w:autoSpaceDN w:val="0"/>
        <w:spacing w:line="330" w:lineRule="exact" w:before="10" w:after="13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e</w:t>
      </w:r>
    </w:p>
    <w:p>
      <w:pPr>
        <w:widowControl/>
        <w:wordWrap w:val="0"/>
        <w:autoSpaceDE w:val="0"/>
        <w:autoSpaceDN w:val="0"/>
        <w:spacing w:line="310" w:lineRule="exact" w:before="25" w:after="7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+</w:t>
      </w:r>
    </w:p>
    <w:p>
      <w:pPr>
        <w:widowControl/>
        <w:wordWrap w:val="0"/>
        <w:autoSpaceDE w:val="0"/>
        <w:autoSpaceDN w:val="0"/>
        <w:spacing w:line="330" w:lineRule="exact" w:before="14" w:after="1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9</w:t>
      </w:r>
    </w:p>
    <w:p>
      <w:pPr>
        <w:widowControl/>
        <w:wordWrap w:val="0"/>
        <w:autoSpaceDE w:val="0"/>
        <w:autoSpaceDN w:val="0"/>
        <w:spacing w:line="330" w:lineRule="exact" w:before="30" w:after="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â</w:t>
      </w:r>
    </w:p>
    <w:p>
      <w:pPr>
        <w:widowControl/>
        <w:wordWrap w:val="0"/>
        <w:autoSpaceDE w:val="0"/>
        <w:autoSpaceDN w:val="0"/>
        <w:spacing w:line="330" w:lineRule="exact" w:before="10" w:after="23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â</w:t>
      </w:r>
    </w:p>
    <w:p>
      <w:pPr>
        <w:spacing w:after="0"/>
        <w:sectPr>
          <w:pgSz w:w="11900" w:h="16840"/>
          <w:pgMar w:top="218" w:right="78" w:bottom="91" w:left="100" w:header="720" w:footer="720" w:gutter="0"/>
          <w:cols w:space="720" w:num="1" w:equalWidth="0">
            <w:col w:w="11722" w:space="0"/>
            <w:col w:w="1056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310" w:lineRule="exact" w:before="23" w:after="7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+</w:t>
      </w:r>
    </w:p>
    <w:p>
      <w:pPr>
        <w:widowControl/>
        <w:wordWrap w:val="0"/>
        <w:autoSpaceDE w:val="0"/>
        <w:autoSpaceDN w:val="0"/>
        <w:spacing w:line="330" w:lineRule="exact" w:before="14" w:after="0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9</w:t>
      </w:r>
    </w:p>
    <w:p>
      <w:pPr>
        <w:widowControl/>
        <w:wordWrap w:val="0"/>
        <w:autoSpaceDE w:val="0"/>
        <w:autoSpaceDN w:val="0"/>
        <w:spacing w:line="318" w:lineRule="exact" w:before="0" w:after="29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P</w:t>
      </w:r>
    </w:p>
    <w:p>
      <w:pPr>
        <w:widowControl/>
        <w:wordWrap w:val="0"/>
        <w:autoSpaceDE w:val="0"/>
        <w:autoSpaceDN w:val="0"/>
        <w:spacing w:line="270" w:lineRule="exact" w:before="59" w:after="3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P</w:t>
      </w:r>
    </w:p>
    <w:p>
      <w:pPr>
        <w:widowControl/>
        <w:wordWrap w:val="0"/>
        <w:autoSpaceDE w:val="0"/>
        <w:autoSpaceDN w:val="0"/>
        <w:spacing w:line="270" w:lineRule="exact" w:before="70" w:after="0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P</w:t>
      </w:r>
    </w:p>
    <w:p>
      <w:pPr>
        <w:spacing w:after="0" w:before="196"/>
        <w:sectPr>
          <w:type w:val="continuous"/>
          <w:pgSz w:w="11900" w:h="16840"/>
          <w:pgMar w:top="218" w:right="78" w:bottom="91" w:left="100" w:header="720" w:footer="720" w:gutter="0"/>
          <w:cols w:space="720" w:num="2" w:equalWidth="0">
            <w:col w:w="5467" w:space="0"/>
            <w:col w:w="6255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70" w:lineRule="exact" w:before="232" w:after="0"/>
        <w:ind w:left="5173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2e</w:t>
      </w:r>
      <w:r>
        <w:rPr>
          <w:rFonts w:ascii="Arial" w:hAnsi="Arial" w:eastAsia="Arial"/>
          <w:b w:val="0"/>
          <w:i w:val="0"/>
          <w:color w:val="000000"/>
          <w:sz w:val="17"/>
        </w:rPr>
        <w:t>RCPj</w:t>
      </w:r>
      <w:r>
        <w:rPr>
          <w:rFonts w:ascii="Arial" w:hAnsi="Arial" w:eastAsia="Arial"/>
          <w:b w:val="0"/>
          <w:i w:val="0"/>
          <w:color w:val="000000"/>
          <w:sz w:val="17"/>
        </w:rPr>
        <w:t>/</w:t>
      </w:r>
      <w:r>
        <w:rPr>
          <w:rFonts w:ascii="Arial" w:hAnsi="Arial" w:eastAsia="Arial"/>
          <w:b w:val="0"/>
          <w:i w:val="0"/>
          <w:color w:val="000000"/>
          <w:sz w:val="17"/>
        </w:rPr>
        <w:t>GRU</w:t>
      </w:r>
    </w:p>
    <w:p>
      <w:pPr>
        <w:spacing w:after="0"/>
        <w:sectPr>
          <w:type w:val="nextColumn"/>
          <w:pgSz w:w="11900" w:h="16840"/>
          <w:pgMar w:top="218" w:right="78" w:bottom="91" w:left="100" w:header="720" w:footer="720" w:gutter="0"/>
          <w:cols w:space="720" w:num="2" w:equalWidth="0">
            <w:col w:w="5467" w:space="0"/>
            <w:col w:w="6255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0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580.0pt;margin-top:774.31pt;width:2.33pt;height: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2"/>
                    </w:rPr>
                    <w:t>i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30" w:lineRule="exact" w:before="244" w:after="324"/>
        <w:ind w:left="73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"/>
        </w:rPr>
        <w:t>&amp;</w:t>
      </w:r>
    </w:p>
    <w:p>
      <w:pPr>
        <w:widowControl/>
        <w:wordWrap w:val="0"/>
        <w:autoSpaceDE w:val="0"/>
        <w:autoSpaceDN w:val="0"/>
        <w:spacing w:line="440" w:lineRule="exact" w:before="649" w:after="26"/>
        <w:ind w:left="12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22"/>
          <w:sz w:val="4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4"/>
        </w:rPr>
        <w:t>:</w:t>
      </w:r>
      <w:r>
        <w:rPr>
          <w:rFonts w:ascii="Times New Roman" w:hAnsi="Times New Roman" w:eastAsia="Times New Roman"/>
          <w:b w:val="0"/>
          <w:color w:val="000000"/>
          <w:spacing w:val="88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3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DE</w:t>
      </w:r>
      <w:r>
        <w:rPr>
          <w:rFonts w:ascii="Times New Roman" w:hAnsi="Times New Roman" w:eastAsia="Times New Roman"/>
          <w:b w:val="0"/>
          <w:color w:val="000000"/>
          <w:spacing w:val="1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15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PORTELINHA</w:t>
      </w:r>
    </w:p>
    <w:p>
      <w:pPr>
        <w:widowControl/>
        <w:wordWrap w:val="0"/>
        <w:autoSpaceDE w:val="0"/>
        <w:autoSpaceDN w:val="0"/>
        <w:spacing w:line="220" w:lineRule="exact" w:before="52" w:after="54"/>
        <w:ind w:left="9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2"/>
        </w:rPr>
        <w:t>Documento</w:t>
      </w:r>
      <w:r>
        <w:rPr>
          <w:rFonts w:ascii="Times New Roman" w:hAnsi="Times New Roman" w:eastAsia="Times New Roman"/>
          <w:b w:val="0"/>
          <w:color w:val="000000"/>
          <w:spacing w:val="100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Elaborado</w:t>
      </w:r>
      <w:r>
        <w:rPr>
          <w:rFonts w:ascii="Times New Roman" w:hAnsi="Times New Roman" w:eastAsia="Times New Roman"/>
          <w:b w:val="0"/>
          <w:color w:val="000000"/>
          <w:spacing w:val="62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pela</w:t>
      </w:r>
      <w:r>
        <w:rPr>
          <w:rFonts w:ascii="Times New Roman" w:hAnsi="Times New Roman" w:eastAsia="Times New Roman"/>
          <w:b w:val="0"/>
          <w:color w:val="000000"/>
          <w:spacing w:val="189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16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USABG</w:t>
      </w:r>
      <w:r>
        <w:rPr>
          <w:rFonts w:ascii="Times New Roman" w:hAnsi="Times New Roman" w:eastAsia="Times New Roman"/>
          <w:b w:val="0"/>
          <w:color w:val="000000"/>
          <w:spacing w:val="15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BAIRROS</w:t>
      </w:r>
      <w:r>
        <w:rPr>
          <w:rFonts w:ascii="Times New Roman" w:hAnsi="Times New Roman" w:eastAsia="Times New Roman"/>
          <w:b w:val="0"/>
          <w:color w:val="000000"/>
          <w:spacing w:val="55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e</w:t>
      </w:r>
      <w:r>
        <w:rPr>
          <w:rFonts w:ascii="Times New Roman" w:hAnsi="Times New Roman" w:eastAsia="Times New Roman"/>
          <w:b w:val="0"/>
          <w:color w:val="000000"/>
          <w:spacing w:val="23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a</w:t>
      </w:r>
      <w:r>
        <w:rPr>
          <w:rFonts w:ascii="Times New Roman" w:hAnsi="Times New Roman" w:eastAsia="Times New Roman"/>
          <w:b w:val="0"/>
          <w:color w:val="000000"/>
          <w:spacing w:val="83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ONG</w:t>
      </w:r>
      <w:r>
        <w:rPr>
          <w:rFonts w:ascii="Times New Roman" w:hAnsi="Times New Roman" w:eastAsia="Times New Roman"/>
          <w:b w:val="0"/>
          <w:color w:val="000000"/>
          <w:spacing w:val="4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CA</w:t>
      </w:r>
      <w:r>
        <w:rPr>
          <w:rFonts w:ascii="Arial" w:hAnsi="Arial" w:eastAsia="Arial"/>
          <w:b w:val="0"/>
          <w:i w:val="0"/>
          <w:color w:val="000000"/>
          <w:sz w:val="22"/>
        </w:rPr>
        <w:t>$</w:t>
      </w:r>
      <w:r>
        <w:rPr>
          <w:rFonts w:ascii="Arial" w:hAnsi="Arial" w:eastAsia="Arial"/>
          <w:b w:val="0"/>
          <w:i w:val="0"/>
          <w:color w:val="000000"/>
          <w:sz w:val="22"/>
        </w:rPr>
        <w:t>EC</w:t>
      </w:r>
      <w:r>
        <w:rPr>
          <w:rFonts w:ascii="Times New Roman" w:hAnsi="Times New Roman" w:eastAsia="Times New Roman"/>
          <w:b w:val="0"/>
          <w:color w:val="000000"/>
          <w:spacing w:val="-8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EDl180N</w:t>
      </w:r>
      <w:r>
        <w:rPr>
          <w:rFonts w:ascii="Times New Roman" w:hAnsi="Times New Roman" w:eastAsia="Times New Roman"/>
          <w:b w:val="0"/>
          <w:color w:val="000000"/>
          <w:spacing w:val="85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SEARA</w:t>
      </w:r>
    </w:p>
    <w:p>
      <w:pPr>
        <w:widowControl/>
        <w:wordWrap w:val="0"/>
        <w:autoSpaceDE w:val="0"/>
        <w:autoSpaceDN w:val="0"/>
        <w:spacing w:line="260" w:lineRule="exact" w:before="109" w:after="860"/>
        <w:ind w:left="5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CeM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4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(</w:t>
      </w:r>
      <w:r>
        <w:rPr>
          <w:rFonts w:ascii="Arial" w:hAnsi="Arial" w:eastAsia="Arial"/>
          <w:b w:val="0"/>
          <w:i w:val="0"/>
          <w:color w:val="000000"/>
          <w:sz w:val="26"/>
        </w:rPr>
        <w:t>11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3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96136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1796</w:t>
      </w:r>
      <w:r>
        <w:rPr>
          <w:rFonts w:ascii="Times New Roman" w:hAnsi="Times New Roman" w:eastAsia="Times New Roman"/>
          <w:b w:val="0"/>
          <w:color w:val="000000"/>
          <w:spacing w:val="8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11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-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98602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9746</w:t>
      </w:r>
      <w:r>
        <w:rPr>
          <w:rFonts w:ascii="Times New Roman" w:hAnsi="Times New Roman" w:eastAsia="Times New Roman"/>
          <w:b w:val="0"/>
          <w:color w:val="000000"/>
          <w:spacing w:val="14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2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Cé</w:t>
      </w:r>
      <w:r>
        <w:rPr>
          <w:rFonts w:ascii="Arial" w:hAnsi="Arial" w:eastAsia="Arial"/>
          <w:b w:val="0"/>
          <w:i w:val="0"/>
          <w:color w:val="000000"/>
          <w:sz w:val="26"/>
        </w:rPr>
        <w:t>/</w:t>
      </w:r>
      <w:r>
        <w:rPr>
          <w:rFonts w:ascii="Arial" w:hAnsi="Arial" w:eastAsia="Arial"/>
          <w:b w:val="0"/>
          <w:i w:val="0"/>
          <w:color w:val="000000"/>
          <w:sz w:val="26"/>
        </w:rPr>
        <w:t>ã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59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(</w:t>
      </w:r>
      <w:r>
        <w:rPr>
          <w:rFonts w:ascii="Arial" w:hAnsi="Arial" w:eastAsia="Arial"/>
          <w:b w:val="0"/>
          <w:i w:val="0"/>
          <w:color w:val="000000"/>
          <w:sz w:val="26"/>
        </w:rPr>
        <w:t>11</w:t>
      </w:r>
      <w:r>
        <w:rPr>
          <w:rFonts w:ascii="Arial" w:hAnsi="Arial" w:eastAsia="Arial"/>
          <w:b w:val="0"/>
          <w:i w:val="0"/>
          <w:color w:val="000000"/>
          <w:sz w:val="26"/>
        </w:rPr>
        <w:t>)</w:t>
      </w:r>
      <w:r>
        <w:rPr>
          <w:rFonts w:ascii="Times New Roman" w:hAnsi="Times New Roman" w:eastAsia="Times New Roman"/>
          <w:b w:val="0"/>
          <w:color w:val="000000"/>
          <w:spacing w:val="3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971561019</w:t>
      </w:r>
      <w:r>
        <w:rPr>
          <w:rFonts w:ascii="Times New Roman" w:hAnsi="Times New Roman" w:eastAsia="Times New Roman"/>
          <w:b w:val="0"/>
          <w:color w:val="000000"/>
          <w:spacing w:val="33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Whatsapp</w:t>
      </w:r>
    </w:p>
    <w:p>
      <w:pPr>
        <w:widowControl/>
        <w:wordWrap w:val="0"/>
        <w:autoSpaceDE w:val="0"/>
        <w:autoSpaceDN w:val="0"/>
        <w:spacing w:line="260" w:lineRule="exact" w:before="1720" w:after="42"/>
        <w:ind w:left="2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Realizada</w:t>
      </w:r>
      <w:r>
        <w:rPr>
          <w:rFonts w:ascii="Times New Roman" w:hAnsi="Times New Roman" w:eastAsia="Times New Roman"/>
          <w:b w:val="0"/>
          <w:color w:val="000000"/>
          <w:spacing w:val="159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no</w:t>
      </w:r>
      <w:r>
        <w:rPr>
          <w:rFonts w:ascii="Times New Roman" w:hAnsi="Times New Roman" w:eastAsia="Times New Roman"/>
          <w:b w:val="0"/>
          <w:color w:val="000000"/>
          <w:spacing w:val="86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dla2</w:t>
      </w:r>
      <w:r>
        <w:rPr>
          <w:rFonts w:ascii="Times New Roman" w:hAnsi="Times New Roman" w:eastAsia="Times New Roman"/>
          <w:b w:val="0"/>
          <w:color w:val="000000"/>
          <w:spacing w:val="26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2</w:t>
      </w:r>
      <w:r>
        <w:rPr>
          <w:rFonts w:ascii="Arial" w:hAnsi="Arial" w:eastAsia="Arial"/>
          <w:b w:val="0"/>
          <w:i w:val="0"/>
          <w:color w:val="000000"/>
          <w:sz w:val="26"/>
        </w:rPr>
        <w:t>.</w:t>
      </w:r>
      <w:r>
        <w:rPr>
          <w:rFonts w:ascii="Arial" w:hAnsi="Arial" w:eastAsia="Arial"/>
          <w:b w:val="0"/>
          <w:i w:val="0"/>
          <w:color w:val="000000"/>
          <w:sz w:val="26"/>
        </w:rPr>
        <w:t>d®</w:t>
      </w:r>
      <w:r>
        <w:rPr>
          <w:rFonts w:ascii="Times New Roman" w:hAnsi="Times New Roman" w:eastAsia="Times New Roman"/>
          <w:b w:val="0"/>
          <w:color w:val="000000"/>
          <w:spacing w:val="14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Fevereiro</w:t>
      </w:r>
      <w:r>
        <w:rPr>
          <w:rFonts w:ascii="Times New Roman" w:hAnsi="Times New Roman" w:eastAsia="Times New Roman"/>
          <w:b w:val="0"/>
          <w:color w:val="000000"/>
          <w:spacing w:val="19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de</w:t>
      </w:r>
      <w:r>
        <w:rPr>
          <w:rFonts w:ascii="Times New Roman" w:hAnsi="Times New Roman" w:eastAsia="Times New Roman"/>
          <w:b w:val="0"/>
          <w:color w:val="000000"/>
          <w:spacing w:val="86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2025</w:t>
      </w:r>
      <w:r>
        <w:rPr>
          <w:rFonts w:ascii="Arial" w:hAnsi="Arial" w:eastAsia="Arial"/>
          <w:b w:val="0"/>
          <w:i w:val="0"/>
          <w:color w:val="000000"/>
          <w:sz w:val="26"/>
        </w:rPr>
        <w:t>,</w:t>
      </w:r>
      <w:r>
        <w:rPr>
          <w:rFonts w:ascii="Times New Roman" w:hAnsi="Times New Roman" w:eastAsia="Times New Roman"/>
          <w:b w:val="0"/>
          <w:color w:val="000000"/>
          <w:spacing w:val="28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ás</w:t>
      </w:r>
      <w:r>
        <w:rPr>
          <w:rFonts w:ascii="Times New Roman" w:hAnsi="Times New Roman" w:eastAsia="Times New Roman"/>
          <w:b w:val="0"/>
          <w:color w:val="000000"/>
          <w:spacing w:val="10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8</w:t>
      </w:r>
      <w:r>
        <w:rPr>
          <w:rFonts w:ascii="Arial" w:hAnsi="Arial" w:eastAsia="Arial"/>
          <w:b w:val="0"/>
          <w:i w:val="0"/>
          <w:color w:val="000000"/>
          <w:sz w:val="26"/>
        </w:rPr>
        <w:t>:</w:t>
      </w:r>
      <w:r>
        <w:rPr>
          <w:rFonts w:ascii="Arial" w:hAnsi="Arial" w:eastAsia="Arial"/>
          <w:b w:val="0"/>
          <w:i w:val="0"/>
          <w:color w:val="000000"/>
          <w:sz w:val="26"/>
        </w:rPr>
        <w:t>00hs</w:t>
      </w:r>
      <w:r>
        <w:rPr>
          <w:rFonts w:ascii="Arial" w:hAnsi="Arial" w:eastAsia="Arial"/>
          <w:b w:val="0"/>
          <w:i w:val="0"/>
          <w:color w:val="000000"/>
          <w:sz w:val="26"/>
        </w:rPr>
        <w:t>,</w:t>
      </w:r>
      <w:r>
        <w:rPr>
          <w:rFonts w:ascii="Times New Roman" w:hAnsi="Times New Roman" w:eastAsia="Times New Roman"/>
          <w:b w:val="0"/>
          <w:color w:val="000000"/>
          <w:spacing w:val="14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Na</w:t>
      </w:r>
      <w:r>
        <w:rPr>
          <w:rFonts w:ascii="Times New Roman" w:hAnsi="Times New Roman" w:eastAsia="Times New Roman"/>
          <w:b w:val="0"/>
          <w:color w:val="000000"/>
          <w:spacing w:val="8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Avenida</w:t>
      </w:r>
      <w:r>
        <w:rPr>
          <w:rFonts w:ascii="Times New Roman" w:hAnsi="Times New Roman" w:eastAsia="Times New Roman"/>
          <w:b w:val="0"/>
          <w:color w:val="000000"/>
          <w:spacing w:val="176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Afeita</w:t>
      </w:r>
    </w:p>
    <w:p>
      <w:pPr>
        <w:spacing w:after="0"/>
        <w:sectPr>
          <w:pgSz w:w="11900" w:h="16840"/>
          <w:pgMar w:top="218" w:right="149" w:bottom="226" w:left="1440" w:header="720" w:footer="720" w:gutter="0"/>
          <w:cols w:space="720" w:num="1" w:equalWidth="0">
            <w:col w:w="10311" w:space="0"/>
            <w:col w:w="6255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80" w:lineRule="exact" w:before="42" w:after="198"/>
        <w:ind w:left="2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8"/>
        </w:rPr>
        <w:t>Guarulhos</w:t>
      </w:r>
      <w:r>
        <w:rPr>
          <w:rFonts w:ascii="Arial" w:hAnsi="Arial" w:eastAsia="Arial"/>
          <w:b w:val="0"/>
          <w:i w:val="0"/>
          <w:color w:val="000000"/>
          <w:sz w:val="28"/>
        </w:rPr>
        <w:t>-</w:t>
      </w:r>
      <w:r>
        <w:rPr>
          <w:rFonts w:ascii="Arial" w:hAnsi="Arial" w:eastAsia="Arial"/>
          <w:b w:val="0"/>
          <w:i w:val="0"/>
          <w:color w:val="000000"/>
          <w:sz w:val="28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-7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de</w:t>
      </w:r>
      <w:r>
        <w:rPr>
          <w:rFonts w:ascii="Times New Roman" w:hAnsi="Times New Roman" w:eastAsia="Times New Roman"/>
          <w:b w:val="0"/>
          <w:color w:val="000000"/>
          <w:spacing w:val="-1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São</w:t>
      </w:r>
      <w:r>
        <w:rPr>
          <w:rFonts w:ascii="Times New Roman" w:hAnsi="Times New Roman" w:eastAsia="Times New Roman"/>
          <w:b w:val="0"/>
          <w:color w:val="000000"/>
          <w:spacing w:val="-8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Paulo</w:t>
      </w:r>
      <w:r>
        <w:rPr>
          <w:rFonts w:ascii="Arial" w:hAnsi="Arial" w:eastAsia="Arial"/>
          <w:b w:val="0"/>
          <w:i w:val="0"/>
          <w:color w:val="000000"/>
          <w:sz w:val="28"/>
        </w:rPr>
        <w:t>.</w:t>
      </w:r>
    </w:p>
    <w:p>
      <w:pPr>
        <w:widowControl/>
        <w:wordWrap w:val="0"/>
        <w:autoSpaceDE w:val="0"/>
        <w:autoSpaceDN w:val="0"/>
        <w:spacing w:line="260" w:lineRule="exact" w:before="395" w:after="36"/>
        <w:ind w:left="20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NOME</w:t>
      </w:r>
      <w:r>
        <w:rPr>
          <w:rFonts w:ascii="Times New Roman" w:hAnsi="Times New Roman" w:eastAsia="Times New Roman"/>
          <w:b w:val="0"/>
          <w:color w:val="000000"/>
          <w:spacing w:val="-5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LEGÍVEL</w:t>
      </w:r>
    </w:p>
    <w:p>
      <w:pPr>
        <w:widowControl/>
        <w:wordWrap w:val="0"/>
        <w:autoSpaceDE w:val="0"/>
        <w:autoSpaceDN w:val="0"/>
        <w:spacing w:line="270" w:lineRule="exact" w:before="72" w:after="871"/>
        <w:ind w:left="2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BRUMA</w:t>
      </w:r>
      <w:r>
        <w:rPr>
          <w:rFonts w:ascii="Times New Roman" w:hAnsi="Times New Roman" w:eastAsia="Times New Roman"/>
          <w:b w:val="0"/>
          <w:color w:val="000000"/>
          <w:spacing w:val="-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DA</w:t>
      </w:r>
      <w:r>
        <w:rPr>
          <w:rFonts w:ascii="Times New Roman" w:hAnsi="Times New Roman" w:eastAsia="Times New Roman"/>
          <w:b w:val="0"/>
          <w:color w:val="000000"/>
          <w:spacing w:val="-3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SIL</w:t>
      </w:r>
      <w:r>
        <w:rPr>
          <w:rFonts w:ascii="Times New Roman" w:hAnsi="Times New Roman" w:eastAsia="Times New Roman"/>
          <w:b w:val="0"/>
          <w:color w:val="000000"/>
          <w:spacing w:val="-33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VA</w:t>
      </w:r>
      <w:r>
        <w:rPr>
          <w:rFonts w:ascii="Times New Roman" w:hAnsi="Times New Roman" w:eastAsia="Times New Roman"/>
          <w:b w:val="0"/>
          <w:color w:val="000000"/>
          <w:spacing w:val="-8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CIMA</w:t>
      </w:r>
    </w:p>
    <w:p>
      <w:pPr>
        <w:widowControl/>
        <w:wordWrap w:val="0"/>
        <w:autoSpaceDE w:val="0"/>
        <w:autoSpaceDN w:val="0"/>
        <w:spacing w:line="280" w:lineRule="exact" w:before="1742" w:after="0"/>
        <w:ind w:left="1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8"/>
        </w:rPr>
        <w:t>Wenderson</w:t>
      </w:r>
      <w:r>
        <w:rPr>
          <w:rFonts w:ascii="Times New Roman" w:hAnsi="Times New Roman" w:eastAsia="Times New Roman"/>
          <w:b w:val="0"/>
          <w:color w:val="000000"/>
          <w:spacing w:val="-2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Moreira</w:t>
      </w:r>
      <w:r>
        <w:rPr>
          <w:rFonts w:ascii="Times New Roman" w:hAnsi="Times New Roman" w:eastAsia="Times New Roman"/>
          <w:b w:val="0"/>
          <w:color w:val="000000"/>
          <w:spacing w:val="21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Leite</w:t>
      </w:r>
    </w:p>
    <w:p>
      <w:pPr>
        <w:spacing w:after="0" w:before="0"/>
        <w:sectPr>
          <w:type w:val="continuous"/>
          <w:pgSz w:w="11900" w:h="16840"/>
          <w:pgMar w:top="218" w:right="149" w:bottom="226" w:left="1440" w:header="720" w:footer="720" w:gutter="0"/>
          <w:cols w:space="720" w:num="2" w:equalWidth="0">
            <w:col w:w="4786" w:space="0"/>
            <w:col w:w="552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80" w:lineRule="exact" w:before="42" w:after="234"/>
        <w:ind w:left="394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8"/>
        </w:rPr>
        <w:t>cesso</w:t>
      </w:r>
      <w:r>
        <w:rPr>
          <w:rFonts w:ascii="Arial" w:hAnsi="Arial" w:eastAsia="Arial"/>
          <w:b w:val="0"/>
          <w:i w:val="0"/>
          <w:color w:val="000000"/>
          <w:sz w:val="28"/>
        </w:rPr>
        <w:t>-</w:t>
      </w:r>
      <w:r>
        <w:rPr>
          <w:rFonts w:ascii="Times New Roman" w:hAnsi="Times New Roman" w:eastAsia="Times New Roman"/>
          <w:b w:val="0"/>
          <w:color w:val="000000"/>
          <w:spacing w:val="105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Cep</w:t>
      </w:r>
      <w:r>
        <w:rPr>
          <w:rFonts w:ascii="Times New Roman" w:hAnsi="Times New Roman" w:eastAsia="Times New Roman"/>
          <w:b w:val="0"/>
          <w:color w:val="000000"/>
          <w:spacing w:val="136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07179</w:t>
      </w:r>
      <w:r>
        <w:rPr>
          <w:rFonts w:ascii="Arial" w:hAnsi="Arial" w:eastAsia="Arial"/>
          <w:b w:val="0"/>
          <w:i w:val="0"/>
          <w:color w:val="000000"/>
          <w:sz w:val="28"/>
        </w:rPr>
        <w:t>.-</w:t>
      </w:r>
      <w:r>
        <w:rPr>
          <w:rFonts w:ascii="Arial" w:hAnsi="Arial" w:eastAsia="Arial"/>
          <w:b w:val="0"/>
          <w:i w:val="0"/>
          <w:color w:val="000000"/>
          <w:sz w:val="28"/>
        </w:rPr>
        <w:t>800</w:t>
      </w:r>
      <w:r>
        <w:rPr>
          <w:rFonts w:ascii="Arial" w:hAnsi="Arial" w:eastAsia="Arial"/>
          <w:b w:val="0"/>
          <w:i w:val="0"/>
          <w:color w:val="000000"/>
          <w:sz w:val="28"/>
        </w:rPr>
        <w:t>-</w:t>
      </w:r>
      <w:r>
        <w:rPr>
          <w:rFonts w:ascii="Arial" w:hAnsi="Arial" w:eastAsia="Arial"/>
          <w:b w:val="0"/>
          <w:i w:val="0"/>
          <w:color w:val="000000"/>
          <w:sz w:val="28"/>
        </w:rPr>
        <w:t>na</w:t>
      </w:r>
      <w:r>
        <w:rPr>
          <w:rFonts w:ascii="Times New Roman" w:hAnsi="Times New Roman" w:eastAsia="Times New Roman"/>
          <w:b w:val="0"/>
          <w:color w:val="000000"/>
          <w:spacing w:val="79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Cidadã</w:t>
      </w:r>
      <w:r>
        <w:rPr>
          <w:rFonts w:ascii="Times New Roman" w:hAnsi="Times New Roman" w:eastAsia="Times New Roman"/>
          <w:b w:val="0"/>
          <w:color w:val="000000"/>
          <w:spacing w:val="83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de</w:t>
      </w:r>
    </w:p>
    <w:p>
      <w:pPr>
        <w:widowControl/>
        <w:wordWrap w:val="0"/>
        <w:autoSpaceDE w:val="0"/>
        <w:autoSpaceDN w:val="0"/>
        <w:spacing w:line="270" w:lineRule="exact" w:before="468" w:after="1104"/>
        <w:ind w:left="2354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ASSINATURA</w:t>
      </w:r>
    </w:p>
    <w:p>
      <w:pPr>
        <w:widowControl/>
        <w:wordWrap w:val="0"/>
        <w:autoSpaceDE w:val="0"/>
        <w:autoSpaceDN w:val="0"/>
        <w:spacing w:line="170" w:lineRule="exact" w:before="2208" w:after="3940"/>
        <w:ind w:left="2574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M</w:t>
      </w:r>
      <w:r>
        <w:rPr>
          <w:rFonts w:ascii="Arial" w:hAnsi="Arial" w:eastAsia="Arial"/>
          <w:b w:val="0"/>
          <w:i w:val="0"/>
          <w:color w:val="000000"/>
          <w:sz w:val="17"/>
        </w:rPr>
        <w:t>!.</w:t>
      </w:r>
      <w:r>
        <w:rPr>
          <w:rFonts w:ascii="Arial" w:hAnsi="Arial" w:eastAsia="Arial"/>
          <w:b w:val="0"/>
          <w:i w:val="0"/>
          <w:color w:val="000000"/>
          <w:sz w:val="17"/>
        </w:rPr>
        <w:t>S«</w:t>
      </w:r>
      <w:r>
        <w:rPr>
          <w:rFonts w:ascii="Arial" w:hAnsi="Arial" w:eastAsia="Arial"/>
          <w:b w:val="0"/>
          <w:i w:val="0"/>
          <w:color w:val="000000"/>
          <w:sz w:val="17"/>
        </w:rPr>
        <w:t>.,,.</w:t>
      </w:r>
      <w:r>
        <w:rPr>
          <w:rFonts w:ascii="Times New Roman" w:hAnsi="Times New Roman" w:eastAsia="Times New Roman"/>
          <w:b w:val="0"/>
          <w:color w:val="000000"/>
          <w:spacing w:val="564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#</w:t>
      </w:r>
    </w:p>
    <w:p>
      <w:pPr>
        <w:widowControl/>
        <w:wordWrap w:val="0"/>
        <w:autoSpaceDE w:val="0"/>
        <w:autoSpaceDN w:val="0"/>
        <w:spacing w:line="770" w:lineRule="exact" w:before="7880" w:after="0"/>
        <w:ind w:left="4314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77"/>
        </w:rPr>
        <w:t>h</w:t>
      </w:r>
      <w:r>
        <w:rPr>
          <w:rFonts w:ascii="Arial" w:hAnsi="Arial" w:eastAsia="Arial"/>
          <w:b w:val="0"/>
          <w:i w:val="0"/>
          <w:color w:val="000000"/>
          <w:sz w:val="77"/>
        </w:rPr>
        <w:t>../</w:t>
      </w:r>
    </w:p>
    <w:p>
      <w:pPr>
        <w:spacing w:after="0"/>
        <w:sectPr>
          <w:type w:val="nextColumn"/>
          <w:pgSz w:w="11900" w:h="16840"/>
          <w:pgMar w:top="218" w:right="149" w:bottom="226" w:left="1440" w:header="720" w:footer="720" w:gutter="0"/>
          <w:cols w:space="720" w:num="2" w:equalWidth="0">
            <w:col w:w="4786" w:space="0"/>
            <w:col w:w="552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08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205.0pt;margin-top:193.87pt;width:5.31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/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70.0pt;margin-top:222.87pt;width:5.31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/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30" w:lineRule="exact" w:before="244" w:after="318"/>
        <w:ind w:left="78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"/>
        </w:rPr>
        <w:t>&amp;</w:t>
      </w:r>
    </w:p>
    <w:p>
      <w:pPr>
        <w:widowControl/>
        <w:wordWrap w:val="0"/>
        <w:autoSpaceDE w:val="0"/>
        <w:autoSpaceDN w:val="0"/>
        <w:spacing w:line="200" w:lineRule="exact" w:before="637" w:after="46"/>
        <w:ind w:left="21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'</w:t>
      </w:r>
      <w:r>
        <w:rPr>
          <w:rFonts w:ascii="Times New Roman" w:hAnsi="Times New Roman" w:eastAsia="Times New Roman"/>
          <w:b w:val="0"/>
          <w:color w:val="000000"/>
          <w:spacing w:val="5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OFICI</w:t>
      </w:r>
      <w:r>
        <w:rPr>
          <w:rFonts w:ascii="Arial" w:hAnsi="Arial" w:eastAsia="Arial"/>
          <w:b w:val="0"/>
          <w:i w:val="0"/>
          <w:color w:val="000000"/>
          <w:sz w:val="20"/>
        </w:rPr>
        <w:t>.\</w:t>
      </w:r>
      <w:r>
        <w:rPr>
          <w:rFonts w:ascii="Arial" w:hAnsi="Arial" w:eastAsia="Arial"/>
          <w:b w:val="0"/>
          <w:i w:val="0"/>
          <w:color w:val="000000"/>
          <w:sz w:val="20"/>
        </w:rPr>
        <w:t>l</w:t>
      </w:r>
      <w:r>
        <w:rPr>
          <w:rFonts w:ascii="Times New Roman" w:hAnsi="Times New Roman" w:eastAsia="Times New Roman"/>
          <w:b w:val="0"/>
          <w:color w:val="000000"/>
          <w:spacing w:val="16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-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REGISTRO</w:t>
      </w:r>
      <w:r>
        <w:rPr>
          <w:rFonts w:ascii="Times New Roman" w:hAnsi="Times New Roman" w:eastAsia="Times New Roman"/>
          <w:b w:val="0"/>
          <w:color w:val="000000"/>
          <w:spacing w:val="5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-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IMÓ</w:t>
      </w:r>
      <w:r>
        <w:rPr>
          <w:rFonts w:ascii="Arial" w:hAnsi="Arial" w:eastAsia="Arial"/>
          <w:b w:val="0"/>
          <w:i w:val="0"/>
          <w:color w:val="000000"/>
          <w:sz w:val="20"/>
        </w:rPr>
        <w:t>\</w:t>
      </w:r>
      <w:r>
        <w:rPr>
          <w:rFonts w:ascii="Arial" w:hAnsi="Arial" w:eastAsia="Arial"/>
          <w:b w:val="0"/>
          <w:i w:val="0"/>
          <w:color w:val="000000"/>
          <w:sz w:val="20"/>
        </w:rPr>
        <w:t>TIS</w:t>
      </w:r>
      <w:r>
        <w:rPr>
          <w:rFonts w:ascii="Times New Roman" w:hAnsi="Times New Roman" w:eastAsia="Times New Roman"/>
          <w:b w:val="0"/>
          <w:color w:val="000000"/>
          <w:spacing w:val="125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E</w:t>
      </w:r>
      <w:r>
        <w:rPr>
          <w:rFonts w:ascii="Times New Roman" w:hAnsi="Times New Roman" w:eastAsia="Times New Roman"/>
          <w:b w:val="0"/>
          <w:color w:val="000000"/>
          <w:spacing w:val="-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ANEXOS</w:t>
      </w:r>
      <w:r>
        <w:rPr>
          <w:rFonts w:ascii="Times New Roman" w:hAnsi="Times New Roman" w:eastAsia="Times New Roman"/>
          <w:b w:val="0"/>
          <w:color w:val="000000"/>
          <w:spacing w:val="-2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GU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Arial" w:hAnsi="Arial" w:eastAsia="Arial"/>
          <w:b w:val="0"/>
          <w:i w:val="0"/>
          <w:color w:val="000000"/>
          <w:sz w:val="20"/>
        </w:rPr>
        <w:t>4RULHOS</w:t>
      </w:r>
      <w:r>
        <w:rPr>
          <w:rFonts w:ascii="Times New Roman" w:hAnsi="Times New Roman" w:eastAsia="Times New Roman"/>
          <w:b w:val="0"/>
          <w:color w:val="000000"/>
          <w:spacing w:val="-10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-</w:t>
      </w:r>
      <w:r>
        <w:rPr>
          <w:rFonts w:ascii="Times New Roman" w:hAnsi="Times New Roman" w:eastAsia="Times New Roman"/>
          <w:b w:val="0"/>
          <w:color w:val="000000"/>
          <w:spacing w:val="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SP</w:t>
      </w:r>
    </w:p>
    <w:p>
      <w:pPr>
        <w:widowControl/>
        <w:wordWrap w:val="0"/>
        <w:autoSpaceDE w:val="0"/>
        <w:autoSpaceDN w:val="0"/>
        <w:spacing w:line="260" w:lineRule="exact" w:before="93" w:after="185"/>
        <w:ind w:left="20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lâ</w:t>
      </w:r>
      <w:r>
        <w:rPr>
          <w:rFonts w:ascii="Times New Roman" w:hAnsi="Times New Roman" w:eastAsia="Times New Roman"/>
          <w:b w:val="0"/>
          <w:color w:val="000000"/>
          <w:spacing w:val="-27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Guaíra</w:t>
      </w:r>
      <w:r>
        <w:rPr>
          <w:rFonts w:ascii="Arial" w:hAnsi="Arial" w:eastAsia="Arial"/>
          <w:b w:val="0"/>
          <w:i w:val="0"/>
          <w:color w:val="000000"/>
          <w:sz w:val="26"/>
        </w:rPr>
        <w:t>,</w:t>
      </w:r>
      <w:r>
        <w:rPr>
          <w:rFonts w:ascii="Times New Roman" w:hAnsi="Times New Roman" w:eastAsia="Times New Roman"/>
          <w:b w:val="0"/>
          <w:color w:val="000000"/>
          <w:spacing w:val="-1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91</w:t>
      </w:r>
      <w:r>
        <w:rPr>
          <w:rFonts w:ascii="Times New Roman" w:hAnsi="Times New Roman" w:eastAsia="Times New Roman"/>
          <w:b w:val="0"/>
          <w:color w:val="000000"/>
          <w:spacing w:val="26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-1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Jardim</w:t>
      </w:r>
      <w:r>
        <w:rPr>
          <w:rFonts w:ascii="Times New Roman" w:hAnsi="Times New Roman" w:eastAsia="Times New Roman"/>
          <w:b w:val="0"/>
          <w:color w:val="000000"/>
          <w:spacing w:val="15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Barbosa</w:t>
      </w:r>
      <w:r>
        <w:rPr>
          <w:rFonts w:ascii="Times New Roman" w:hAnsi="Times New Roman" w:eastAsia="Times New Roman"/>
          <w:b w:val="0"/>
          <w:color w:val="000000"/>
          <w:spacing w:val="-1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Times New Roman" w:hAnsi="Times New Roman" w:eastAsia="Times New Roman"/>
          <w:b w:val="0"/>
          <w:color w:val="000000"/>
          <w:spacing w:val="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CNPJ</w:t>
      </w:r>
      <w:r>
        <w:rPr>
          <w:rFonts w:ascii="Arial" w:hAnsi="Arial" w:eastAsia="Arial"/>
          <w:b w:val="0"/>
          <w:i w:val="0"/>
          <w:color w:val="000000"/>
          <w:sz w:val="26"/>
        </w:rPr>
        <w:t>:</w:t>
      </w:r>
      <w:r>
        <w:rPr>
          <w:rFonts w:ascii="Times New Roman" w:hAnsi="Times New Roman" w:eastAsia="Times New Roman"/>
          <w:b w:val="0"/>
          <w:color w:val="000000"/>
          <w:spacing w:val="12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14</w:t>
      </w:r>
      <w:r>
        <w:rPr>
          <w:rFonts w:ascii="Arial" w:hAnsi="Arial" w:eastAsia="Arial"/>
          <w:b w:val="0"/>
          <w:i w:val="0"/>
          <w:color w:val="000000"/>
          <w:sz w:val="26"/>
        </w:rPr>
        <w:t>.</w:t>
      </w:r>
      <w:r>
        <w:rPr>
          <w:rFonts w:ascii="Arial" w:hAnsi="Arial" w:eastAsia="Arial"/>
          <w:b w:val="0"/>
          <w:i w:val="0"/>
          <w:color w:val="000000"/>
          <w:sz w:val="26"/>
        </w:rPr>
        <w:t>677</w:t>
      </w:r>
      <w:r>
        <w:rPr>
          <w:rFonts w:ascii="Arial" w:hAnsi="Arial" w:eastAsia="Arial"/>
          <w:b w:val="0"/>
          <w:i w:val="0"/>
          <w:color w:val="000000"/>
          <w:sz w:val="26"/>
        </w:rPr>
        <w:t>.</w:t>
      </w:r>
      <w:r>
        <w:rPr>
          <w:rFonts w:ascii="Arial" w:hAnsi="Arial" w:eastAsia="Arial"/>
          <w:b w:val="0"/>
          <w:i w:val="0"/>
          <w:color w:val="000000"/>
          <w:spacing w:val="-48"/>
          <w:sz w:val="26"/>
        </w:rPr>
        <w:t>911</w:t>
      </w:r>
      <w:r>
        <w:rPr>
          <w:rFonts w:ascii="Times New Roman" w:hAnsi="Times New Roman" w:eastAsia="Times New Roman"/>
          <w:b w:val="0"/>
          <w:color w:val="000000"/>
          <w:spacing w:val="6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/</w:t>
      </w:r>
      <w:r>
        <w:rPr>
          <w:rFonts w:ascii="Arial" w:hAnsi="Arial" w:eastAsia="Arial"/>
          <w:b w:val="0"/>
          <w:i w:val="0"/>
          <w:color w:val="000000"/>
          <w:sz w:val="26"/>
        </w:rPr>
        <w:t>0001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62</w:t>
      </w:r>
    </w:p>
    <w:p>
      <w:pPr>
        <w:widowControl/>
        <w:wordWrap w:val="0"/>
        <w:autoSpaceDE w:val="0"/>
        <w:autoSpaceDN w:val="0"/>
        <w:spacing w:line="220" w:lineRule="exact" w:before="371" w:after="48"/>
        <w:ind w:left="58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2"/>
        </w:rPr>
        <w:t>CER</w:t>
      </w:r>
      <w:r>
        <w:rPr>
          <w:rFonts w:ascii="Arial" w:hAnsi="Arial" w:eastAsia="Arial"/>
          <w:b w:val="0"/>
          <w:i w:val="0"/>
          <w:color w:val="000000"/>
          <w:sz w:val="22"/>
        </w:rPr>
        <w:t>'</w:t>
      </w:r>
      <w:r>
        <w:rPr>
          <w:rFonts w:ascii="Arial" w:hAnsi="Arial" w:eastAsia="Arial"/>
          <w:b w:val="0"/>
          <w:i w:val="0"/>
          <w:color w:val="000000"/>
          <w:sz w:val="22"/>
        </w:rPr>
        <w:t>nFICA</w:t>
      </w:r>
    </w:p>
    <w:p>
      <w:pPr>
        <w:widowControl/>
        <w:wordWrap w:val="0"/>
        <w:autoSpaceDE w:val="0"/>
        <w:autoSpaceDN w:val="0"/>
        <w:spacing w:line="200" w:lineRule="exact" w:before="95" w:after="16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O</w:t>
      </w:r>
      <w:r>
        <w:rPr>
          <w:rFonts w:ascii="Times New Roman" w:hAnsi="Times New Roman" w:eastAsia="Times New Roman"/>
          <w:b w:val="0"/>
          <w:color w:val="000000"/>
          <w:spacing w:val="-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6"/>
          <w:sz w:val="20"/>
        </w:rPr>
        <w:t>presentet</w:t>
      </w:r>
      <w:r>
        <w:rPr>
          <w:rFonts w:ascii="Arial" w:hAnsi="Arial" w:eastAsia="Arial"/>
          <w:b w:val="0"/>
          <w:i w:val="0"/>
          <w:color w:val="000000"/>
          <w:sz w:val="20"/>
        </w:rPr>
        <w:t>ítulo</w:t>
      </w:r>
      <w:r>
        <w:rPr>
          <w:rFonts w:ascii="Arial" w:hAnsi="Arial" w:eastAsia="Arial"/>
          <w:b w:val="0"/>
          <w:i w:val="0"/>
          <w:color w:val="000000"/>
          <w:sz w:val="20"/>
        </w:rPr>
        <w:t>,</w:t>
      </w:r>
      <w:r>
        <w:rPr>
          <w:rFonts w:ascii="Times New Roman" w:hAnsi="Times New Roman" w:eastAsia="Times New Roman"/>
          <w:b w:val="0"/>
          <w:color w:val="000000"/>
          <w:spacing w:val="2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composto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Arial" w:hAnsi="Arial" w:eastAsia="Arial"/>
          <w:b w:val="0"/>
          <w:i w:val="0"/>
          <w:color w:val="000000"/>
          <w:sz w:val="20"/>
        </w:rPr>
        <w:t>4</w:t>
      </w:r>
      <w:r>
        <w:rPr>
          <w:rFonts w:ascii="Times New Roman" w:hAnsi="Times New Roman" w:eastAsia="Times New Roman"/>
          <w:b w:val="0"/>
          <w:color w:val="000000"/>
          <w:spacing w:val="-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4"/>
          <w:sz w:val="20"/>
        </w:rPr>
        <w:t>páginasp</w:t>
      </w:r>
      <w:r>
        <w:rPr>
          <w:rFonts w:ascii="Arial" w:hAnsi="Arial" w:eastAsia="Arial"/>
          <w:b w:val="0"/>
          <w:i w:val="0"/>
          <w:color w:val="000000"/>
          <w:sz w:val="20"/>
        </w:rPr>
        <w:t>,</w:t>
      </w:r>
      <w:r>
        <w:rPr>
          <w:rFonts w:ascii="Times New Roman" w:hAnsi="Times New Roman" w:eastAsia="Times New Roman"/>
          <w:b w:val="0"/>
          <w:color w:val="000000"/>
          <w:spacing w:val="5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renotado</w:t>
      </w:r>
      <w:r>
        <w:rPr>
          <w:rFonts w:ascii="Times New Roman" w:hAnsi="Times New Roman" w:eastAsia="Times New Roman"/>
          <w:b w:val="0"/>
          <w:color w:val="000000"/>
          <w:spacing w:val="-1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sob</w:t>
      </w:r>
      <w:r>
        <w:rPr>
          <w:rFonts w:ascii="Times New Roman" w:hAnsi="Times New Roman" w:eastAsia="Times New Roman"/>
          <w:b w:val="0"/>
          <w:color w:val="000000"/>
          <w:spacing w:val="-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o</w:t>
      </w:r>
      <w:r>
        <w:rPr>
          <w:rFonts w:ascii="Times New Roman" w:hAnsi="Times New Roman" w:eastAsia="Times New Roman"/>
          <w:b w:val="0"/>
          <w:color w:val="000000"/>
          <w:spacing w:val="1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37"/>
          <w:sz w:val="20"/>
        </w:rPr>
        <w:t>Ro4</w:t>
      </w:r>
      <w:r>
        <w:rPr>
          <w:rFonts w:ascii="Times New Roman" w:hAnsi="Times New Roman" w:eastAsia="Times New Roman"/>
          <w:b w:val="0"/>
          <w:color w:val="000000"/>
          <w:spacing w:val="2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6954</w:t>
      </w:r>
      <w:r>
        <w:rPr>
          <w:rFonts w:ascii="Arial" w:hAnsi="Arial" w:eastAsia="Arial"/>
          <w:b w:val="0"/>
          <w:i w:val="0"/>
          <w:color w:val="000000"/>
          <w:sz w:val="20"/>
        </w:rPr>
        <w:t>,</w:t>
      </w:r>
      <w:r>
        <w:rPr>
          <w:rFonts w:ascii="Times New Roman" w:hAnsi="Times New Roman" w:eastAsia="Times New Roman"/>
          <w:b w:val="0"/>
          <w:color w:val="000000"/>
          <w:spacing w:val="-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em</w:t>
      </w:r>
      <w:r>
        <w:rPr>
          <w:rFonts w:ascii="Times New Roman" w:hAnsi="Times New Roman" w:eastAsia="Times New Roman"/>
          <w:b w:val="0"/>
          <w:color w:val="000000"/>
          <w:spacing w:val="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17</w:t>
      </w:r>
      <w:r>
        <w:rPr>
          <w:rFonts w:ascii="Arial" w:hAnsi="Arial" w:eastAsia="Arial"/>
          <w:b w:val="0"/>
          <w:i w:val="0"/>
          <w:color w:val="000000"/>
          <w:sz w:val="20"/>
        </w:rPr>
        <w:t>/</w:t>
      </w:r>
      <w:r>
        <w:rPr>
          <w:rFonts w:ascii="Arial" w:hAnsi="Arial" w:eastAsia="Arial"/>
          <w:b w:val="0"/>
          <w:i w:val="0"/>
          <w:color w:val="000000"/>
          <w:sz w:val="20"/>
        </w:rPr>
        <w:t>02</w:t>
      </w:r>
      <w:r>
        <w:rPr>
          <w:rFonts w:ascii="Arial" w:hAnsi="Arial" w:eastAsia="Arial"/>
          <w:b w:val="0"/>
          <w:i w:val="0"/>
          <w:color w:val="000000"/>
          <w:sz w:val="20"/>
        </w:rPr>
        <w:t>/</w:t>
      </w:r>
      <w:r>
        <w:rPr>
          <w:rFonts w:ascii="Arial" w:hAnsi="Arial" w:eastAsia="Arial"/>
          <w:b w:val="0"/>
          <w:i w:val="0"/>
          <w:color w:val="000000"/>
          <w:spacing w:val="-28"/>
          <w:sz w:val="20"/>
        </w:rPr>
        <w:t>202f5o</w:t>
      </w:r>
      <w:r>
        <w:rPr>
          <w:rFonts w:ascii="Arial" w:hAnsi="Arial" w:eastAsia="Arial"/>
          <w:b w:val="0"/>
          <w:i w:val="0"/>
          <w:color w:val="000000"/>
          <w:spacing w:val="-30"/>
          <w:sz w:val="20"/>
        </w:rPr>
        <w:t>.</w:t>
      </w:r>
      <w:r>
        <w:rPr>
          <w:rFonts w:ascii="Arial" w:hAnsi="Arial" w:eastAsia="Arial"/>
          <w:b w:val="0"/>
          <w:i w:val="0"/>
          <w:color w:val="000000"/>
          <w:spacing w:val="-33"/>
          <w:sz w:val="20"/>
        </w:rPr>
        <w:t>ir</w:t>
      </w:r>
      <w:r>
        <w:rPr>
          <w:rFonts w:ascii="Times New Roman" w:hAnsi="Times New Roman" w:eastAsia="Times New Roman"/>
          <w:b w:val="0"/>
          <w:color w:val="000000"/>
          <w:spacing w:val="5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egistrado</w:t>
      </w:r>
      <w:r>
        <w:rPr>
          <w:rFonts w:ascii="Times New Roman" w:hAnsi="Times New Roman" w:eastAsia="Times New Roman"/>
          <w:b w:val="0"/>
          <w:color w:val="000000"/>
          <w:spacing w:val="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e</w:t>
      </w:r>
      <w:r>
        <w:rPr>
          <w:rFonts w:ascii="Times New Roman" w:hAnsi="Times New Roman" w:eastAsia="Times New Roman"/>
          <w:b w:val="0"/>
          <w:color w:val="000000"/>
          <w:spacing w:val="1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microfilmado</w:t>
      </w:r>
      <w:r>
        <w:rPr>
          <w:rFonts w:ascii="Times New Roman" w:hAnsi="Times New Roman" w:eastAsia="Times New Roman"/>
          <w:b w:val="0"/>
          <w:color w:val="000000"/>
          <w:spacing w:val="17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nesta</w:t>
      </w:r>
      <w:r>
        <w:rPr>
          <w:rFonts w:ascii="Times New Roman" w:hAnsi="Times New Roman" w:eastAsia="Times New Roman"/>
          <w:b w:val="0"/>
          <w:color w:val="000000"/>
          <w:spacing w:val="-1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data</w:t>
      </w:r>
    </w:p>
    <w:p>
      <w:pPr>
        <w:widowControl/>
        <w:wordWrap w:val="0"/>
        <w:autoSpaceDE w:val="0"/>
        <w:autoSpaceDN w:val="0"/>
        <w:spacing w:line="210" w:lineRule="exact" w:before="32" w:after="49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1"/>
        </w:rPr>
        <w:t>sob</w:t>
      </w:r>
      <w:r>
        <w:rPr>
          <w:rFonts w:ascii="Arial" w:hAnsi="Arial" w:eastAsia="Arial"/>
          <w:b w:val="0"/>
          <w:i w:val="0"/>
          <w:color w:val="000000"/>
          <w:sz w:val="21"/>
        </w:rPr>
        <w:t>o</w:t>
      </w:r>
      <w:r>
        <w:rPr>
          <w:rFonts w:ascii="Times New Roman" w:hAnsi="Times New Roman" w:eastAsia="Times New Roman"/>
          <w:b w:val="0"/>
          <w:color w:val="000000"/>
          <w:spacing w:val="11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n</w:t>
      </w:r>
      <w:r>
        <w:rPr>
          <w:rFonts w:ascii="Arial" w:hAnsi="Arial" w:eastAsia="Arial"/>
          <w:b w:val="0"/>
          <w:i w:val="0"/>
          <w:color w:val="000000"/>
          <w:sz w:val="21"/>
        </w:rPr>
        <w:t>'</w:t>
      </w:r>
      <w:r>
        <w:rPr>
          <w:rFonts w:ascii="Times New Roman" w:hAnsi="Times New Roman" w:eastAsia="Times New Roman"/>
          <w:b w:val="0"/>
          <w:color w:val="000000"/>
          <w:spacing w:val="11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34439</w:t>
      </w:r>
      <w:r>
        <w:rPr>
          <w:rFonts w:ascii="Times New Roman" w:hAnsi="Times New Roman" w:eastAsia="Times New Roman"/>
          <w:b w:val="0"/>
          <w:color w:val="000000"/>
          <w:spacing w:val="-16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no</w:t>
      </w:r>
      <w:r>
        <w:rPr>
          <w:rFonts w:ascii="Times New Roman" w:hAnsi="Times New Roman" w:eastAsia="Times New Roman"/>
          <w:b w:val="0"/>
          <w:color w:val="000000"/>
          <w:spacing w:val="-6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Livro</w:t>
      </w:r>
      <w:r>
        <w:rPr>
          <w:rFonts w:ascii="Arial" w:hAnsi="Arial" w:eastAsia="Arial"/>
          <w:b w:val="0"/>
          <w:i w:val="0"/>
          <w:color w:val="000000"/>
          <w:sz w:val="21"/>
        </w:rPr>
        <w:t>A</w:t>
      </w:r>
      <w:r>
        <w:rPr>
          <w:rFonts w:ascii="Arial" w:hAnsi="Arial" w:eastAsia="Arial"/>
          <w:b w:val="0"/>
          <w:i w:val="0"/>
          <w:color w:val="000000"/>
          <w:sz w:val="21"/>
        </w:rPr>
        <w:t>,</w:t>
      </w:r>
      <w:r>
        <w:rPr>
          <w:rFonts w:ascii="Times New Roman" w:hAnsi="Times New Roman" w:eastAsia="Times New Roman"/>
          <w:b w:val="0"/>
          <w:color w:val="000000"/>
          <w:spacing w:val="29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no</w:t>
      </w:r>
      <w:r>
        <w:rPr>
          <w:rFonts w:ascii="Times New Roman" w:hAnsi="Times New Roman" w:eastAsia="Times New Roman"/>
          <w:b w:val="0"/>
          <w:color w:val="000000"/>
          <w:spacing w:val="-6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Registro</w:t>
      </w:r>
      <w:r>
        <w:rPr>
          <w:rFonts w:ascii="Times New Roman" w:hAnsi="Times New Roman" w:eastAsia="Times New Roman"/>
          <w:b w:val="0"/>
          <w:color w:val="000000"/>
          <w:spacing w:val="26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Civil</w:t>
      </w:r>
      <w:r>
        <w:rPr>
          <w:rFonts w:ascii="Times New Roman" w:hAnsi="Times New Roman" w:eastAsia="Times New Roman"/>
          <w:b w:val="0"/>
          <w:color w:val="000000"/>
          <w:spacing w:val="11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de</w:t>
      </w:r>
      <w:r>
        <w:rPr>
          <w:rFonts w:ascii="Times New Roman" w:hAnsi="Times New Roman" w:eastAsia="Times New Roman"/>
          <w:b w:val="0"/>
          <w:color w:val="000000"/>
          <w:spacing w:val="-6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Pessoa</w:t>
      </w:r>
      <w:r>
        <w:rPr>
          <w:rFonts w:ascii="Times New Roman" w:hAnsi="Times New Roman" w:eastAsia="Times New Roman"/>
          <w:b w:val="0"/>
          <w:color w:val="000000"/>
          <w:spacing w:val="-13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Jurídica</w:t>
      </w:r>
      <w:r>
        <w:rPr>
          <w:rFonts w:ascii="Arial" w:hAnsi="Arial" w:eastAsia="Arial"/>
          <w:b w:val="0"/>
          <w:i w:val="0"/>
          <w:color w:val="000000"/>
          <w:sz w:val="21"/>
        </w:rPr>
        <w:t>,</w:t>
      </w:r>
      <w:r>
        <w:rPr>
          <w:rFonts w:ascii="Times New Roman" w:hAnsi="Times New Roman" w:eastAsia="Times New Roman"/>
          <w:b w:val="0"/>
          <w:color w:val="000000"/>
          <w:spacing w:val="34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conforme</w:t>
      </w:r>
      <w:r>
        <w:rPr>
          <w:rFonts w:ascii="Arial" w:hAnsi="Arial" w:eastAsia="Arial"/>
          <w:b w:val="0"/>
          <w:i w:val="0"/>
          <w:color w:val="000000"/>
          <w:sz w:val="21"/>
        </w:rPr>
        <w:t>segue</w:t>
      </w:r>
      <w:r>
        <w:rPr>
          <w:rFonts w:ascii="Arial" w:hAnsi="Arial" w:eastAsia="Arial"/>
          <w:b w:val="0"/>
          <w:i w:val="0"/>
          <w:color w:val="000000"/>
          <w:sz w:val="21"/>
        </w:rPr>
        <w:t>:</w:t>
      </w:r>
    </w:p>
    <w:p>
      <w:pPr>
        <w:widowControl/>
        <w:wordWrap w:val="0"/>
        <w:autoSpaceDE w:val="0"/>
        <w:autoSpaceDN w:val="0"/>
        <w:spacing w:line="200" w:lineRule="exact" w:before="98" w:after="140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Apresentante</w:t>
      </w:r>
      <w:r>
        <w:rPr>
          <w:rFonts w:ascii="Times New Roman" w:hAnsi="Times New Roman" w:eastAsia="Times New Roman"/>
          <w:b w:val="0"/>
          <w:color w:val="000000"/>
          <w:spacing w:val="0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................</w:t>
      </w:r>
      <w:r>
        <w:rPr>
          <w:rFonts w:ascii="Times New Roman" w:hAnsi="Times New Roman" w:eastAsia="Times New Roman"/>
          <w:b w:val="0"/>
          <w:color w:val="000000"/>
          <w:spacing w:val="80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ONG</w:t>
      </w:r>
      <w:r>
        <w:rPr>
          <w:rFonts w:ascii="Times New Roman" w:hAnsi="Times New Roman" w:eastAsia="Times New Roman"/>
          <w:b w:val="0"/>
          <w:color w:val="000000"/>
          <w:spacing w:val="3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-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-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PORTELINHA</w:t>
      </w:r>
    </w:p>
    <w:p>
      <w:pPr>
        <w:widowControl/>
        <w:wordWrap w:val="0"/>
        <w:autoSpaceDE w:val="0"/>
        <w:autoSpaceDN w:val="0"/>
        <w:spacing w:line="200" w:lineRule="exact" w:before="280" w:after="110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Parte</w:t>
      </w:r>
      <w:r>
        <w:rPr>
          <w:rFonts w:ascii="Times New Roman" w:hAnsi="Times New Roman" w:eastAsia="Times New Roman"/>
          <w:b w:val="0"/>
          <w:color w:val="000000"/>
          <w:spacing w:val="1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Times New Roman" w:hAnsi="Times New Roman" w:eastAsia="Times New Roman"/>
          <w:b w:val="0"/>
          <w:color w:val="000000"/>
          <w:spacing w:val="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-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3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,</w:t>
      </w:r>
      <w:r>
        <w:rPr>
          <w:rFonts w:ascii="Times New Roman" w:hAnsi="Times New Roman" w:eastAsia="Times New Roman"/>
          <w:b w:val="0"/>
          <w:color w:val="000000"/>
          <w:spacing w:val="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.;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Times New Roman" w:hAnsi="Times New Roman" w:eastAsia="Times New Roman"/>
          <w:b w:val="0"/>
          <w:color w:val="000000"/>
          <w:spacing w:val="3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-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Times New Roman" w:hAnsi="Times New Roman" w:eastAsia="Times New Roman"/>
          <w:b w:val="0"/>
          <w:color w:val="000000"/>
          <w:spacing w:val="-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BRUNO</w:t>
      </w:r>
      <w:r>
        <w:rPr>
          <w:rFonts w:ascii="Times New Roman" w:hAnsi="Times New Roman" w:eastAsia="Times New Roman"/>
          <w:b w:val="0"/>
          <w:color w:val="000000"/>
          <w:spacing w:val="2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DA</w:t>
      </w:r>
      <w:r>
        <w:rPr>
          <w:rFonts w:ascii="Times New Roman" w:hAnsi="Times New Roman" w:eastAsia="Times New Roman"/>
          <w:b w:val="0"/>
          <w:color w:val="000000"/>
          <w:spacing w:val="-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SILWA</w:t>
      </w:r>
      <w:r>
        <w:rPr>
          <w:rFonts w:ascii="Arial" w:hAnsi="Arial" w:eastAsia="Arial"/>
          <w:b w:val="0"/>
          <w:i w:val="0"/>
          <w:color w:val="000000"/>
          <w:sz w:val="20"/>
        </w:rPr>
        <w:t>Lll</w:t>
      </w:r>
      <w:r>
        <w:rPr>
          <w:rFonts w:ascii="Arial" w:hAnsi="Arial" w:eastAsia="Arial"/>
          <w:b w:val="0"/>
          <w:i w:val="0"/>
          <w:color w:val="000000"/>
          <w:sz w:val="20"/>
        </w:rPr>
        <w:t>\</w:t>
      </w:r>
      <w:r>
        <w:rPr>
          <w:rFonts w:ascii="Arial" w:hAnsi="Arial" w:eastAsia="Arial"/>
          <w:b w:val="0"/>
          <w:i w:val="0"/>
          <w:color w:val="000000"/>
          <w:sz w:val="20"/>
        </w:rPr>
        <w:t>fIA</w:t>
      </w:r>
    </w:p>
    <w:p>
      <w:pPr>
        <w:spacing w:after="0"/>
        <w:sectPr>
          <w:pgSz w:w="11900" w:h="16840"/>
          <w:pgMar w:top="218" w:right="411" w:bottom="659" w:left="940" w:header="720" w:footer="720" w:gutter="0"/>
          <w:cols w:space="720" w:num="1" w:equalWidth="0">
            <w:col w:w="10549" w:space="0"/>
            <w:col w:w="552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00" w:lineRule="exact" w:before="110" w:after="68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Natureza</w:t>
      </w:r>
      <w:r>
        <w:rPr>
          <w:rFonts w:ascii="Times New Roman" w:hAnsi="Times New Roman" w:eastAsia="Times New Roman"/>
          <w:b w:val="0"/>
          <w:color w:val="000000"/>
          <w:spacing w:val="-2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do</w:t>
      </w:r>
      <w:r>
        <w:rPr>
          <w:rFonts w:ascii="Times New Roman" w:hAnsi="Times New Roman" w:eastAsia="Times New Roman"/>
          <w:b w:val="0"/>
          <w:color w:val="000000"/>
          <w:spacing w:val="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'</w:t>
      </w:r>
      <w:r>
        <w:rPr>
          <w:rFonts w:ascii="Arial" w:hAnsi="Arial" w:eastAsia="Arial"/>
          <w:b w:val="0"/>
          <w:i w:val="0"/>
          <w:color w:val="000000"/>
          <w:sz w:val="20"/>
        </w:rPr>
        <w:t>titulo</w:t>
      </w:r>
      <w:r>
        <w:rPr>
          <w:rFonts w:ascii="Times New Roman" w:hAnsi="Times New Roman" w:eastAsia="Times New Roman"/>
          <w:b w:val="0"/>
          <w:color w:val="000000"/>
          <w:spacing w:val="2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..........</w:t>
      </w:r>
      <w:r>
        <w:rPr>
          <w:rFonts w:ascii="Times New Roman" w:hAnsi="Times New Roman" w:eastAsia="Times New Roman"/>
          <w:b w:val="0"/>
          <w:color w:val="000000"/>
          <w:spacing w:val="5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ATA7PJ</w:t>
      </w:r>
      <w:r>
        <w:rPr>
          <w:rFonts w:ascii="Times New Roman" w:hAnsi="Times New Roman" w:eastAsia="Times New Roman"/>
          <w:b w:val="0"/>
          <w:color w:val="000000"/>
          <w:spacing w:val="5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,/</w:t>
      </w:r>
    </w:p>
    <w:p>
      <w:pPr>
        <w:widowControl/>
        <w:wordWrap w:val="0"/>
        <w:autoSpaceDE w:val="0"/>
        <w:autoSpaceDN w:val="0"/>
        <w:spacing w:line="460" w:lineRule="exact" w:before="136" w:after="110"/>
        <w:ind w:left="2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1</w:t>
      </w:r>
      <w:r>
        <w:rPr>
          <w:rFonts w:ascii="Times New Roman" w:hAnsi="Times New Roman" w:eastAsia="Times New Roman"/>
          <w:b w:val="0"/>
          <w:color w:val="000000"/>
          <w:spacing w:val="-14"/>
          <w:sz w:val="4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2"/>
        </w:rPr>
        <w:t>.</w:t>
      </w:r>
      <w:r>
        <w:rPr>
          <w:rFonts w:ascii="Arial" w:hAnsi="Arial" w:eastAsia="Arial"/>
          <w:b w:val="0"/>
          <w:i w:val="0"/>
          <w:color w:val="000000"/>
          <w:sz w:val="42"/>
        </w:rPr>
        <w:t>1</w:t>
      </w:r>
      <w:r>
        <w:rPr>
          <w:rFonts w:ascii="Times New Roman" w:hAnsi="Times New Roman" w:eastAsia="Times New Roman"/>
          <w:b w:val="0"/>
          <w:color w:val="000000"/>
          <w:spacing w:val="0"/>
          <w:sz w:val="4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4"/>
        </w:rPr>
        <w:t>/</w:t>
      </w:r>
      <w:r>
        <w:rPr>
          <w:rFonts w:ascii="Times New Roman" w:hAnsi="Times New Roman" w:eastAsia="Times New Roman"/>
          <w:b w:val="0"/>
          <w:color w:val="000000"/>
          <w:spacing w:val="203"/>
          <w:sz w:val="4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6"/>
        </w:rPr>
        <w:t>/.</w:t>
      </w:r>
    </w:p>
    <w:p>
      <w:pPr>
        <w:spacing w:after="0" w:before="526"/>
        <w:sectPr>
          <w:type w:val="continuous"/>
          <w:pgSz w:w="11900" w:h="16840"/>
          <w:pgMar w:top="218" w:right="411" w:bottom="659" w:left="940" w:header="720" w:footer="720" w:gutter="0"/>
          <w:cols w:space="720" w:num="2" w:equalWidth="0">
            <w:col w:w="4032" w:space="0"/>
            <w:col w:w="651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00" w:lineRule="exact" w:before="650" w:after="110"/>
        <w:ind w:left="228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GuatuNhas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Arial" w:hAnsi="Arial" w:eastAsia="Arial"/>
          <w:b w:val="0"/>
          <w:i w:val="0"/>
          <w:color w:val="000000"/>
          <w:sz w:val="20"/>
        </w:rPr>
        <w:t>2</w:t>
      </w:r>
      <w:r>
        <w:rPr>
          <w:rFonts w:ascii="Arial" w:hAnsi="Arial" w:eastAsia="Arial"/>
          <w:b w:val="0"/>
          <w:i w:val="0"/>
          <w:color w:val="000000"/>
          <w:sz w:val="20"/>
        </w:rPr>
        <w:t>]\</w:t>
      </w:r>
      <w:r>
        <w:rPr>
          <w:rFonts w:ascii="Arial" w:hAnsi="Arial" w:eastAsia="Arial"/>
          <w:b w:val="0"/>
          <w:i w:val="0"/>
          <w:color w:val="000000"/>
          <w:sz w:val="20"/>
        </w:rPr>
        <w:t>q</w:t>
      </w:r>
      <w:r>
        <w:rPr>
          <w:rFonts w:ascii="Arial" w:hAnsi="Arial" w:eastAsia="Arial"/>
          <w:b w:val="0"/>
          <w:i w:val="0"/>
          <w:color w:val="000000"/>
          <w:sz w:val="20"/>
        </w:rPr>
        <w:t>'</w:t>
      </w:r>
      <w:r>
        <w:rPr>
          <w:rFonts w:ascii="Arial" w:hAnsi="Arial" w:eastAsia="Arial"/>
          <w:b w:val="0"/>
          <w:i w:val="0"/>
          <w:color w:val="000000"/>
          <w:sz w:val="20"/>
        </w:rPr>
        <w:t>u2n25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</w:p>
    <w:p>
      <w:pPr>
        <w:spacing w:after="0"/>
        <w:sectPr>
          <w:type w:val="nextColumn"/>
          <w:pgSz w:w="11900" w:h="16840"/>
          <w:pgMar w:top="218" w:right="411" w:bottom="659" w:left="940" w:header="720" w:footer="720" w:gutter="0"/>
          <w:cols w:space="720" w:num="2" w:equalWidth="0">
            <w:col w:w="4032" w:space="0"/>
            <w:col w:w="651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30" w:lineRule="exact" w:before="110" w:after="107"/>
        <w:ind w:left="15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3"/>
        </w:rPr>
        <w:t>Qn</w:t>
      </w:r>
      <w:r>
        <w:rPr>
          <w:rFonts w:ascii="Times New Roman" w:hAnsi="Times New Roman" w:eastAsia="Times New Roman"/>
          <w:b w:val="0"/>
          <w:color w:val="000000"/>
          <w:spacing w:val="-24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blíári</w:t>
      </w:r>
      <w:r>
        <w:rPr>
          <w:rFonts w:ascii="Arial" w:hAnsi="Arial" w:eastAsia="Arial"/>
          <w:b w:val="0"/>
          <w:i w:val="0"/>
          <w:color w:val="000000"/>
          <w:sz w:val="23"/>
        </w:rPr>
        <w:t>{.</w:t>
      </w:r>
      <w:r>
        <w:rPr>
          <w:rFonts w:ascii="Arial" w:hAnsi="Arial" w:eastAsia="Arial"/>
          <w:b w:val="0"/>
          <w:i w:val="0"/>
          <w:color w:val="000000"/>
          <w:sz w:val="23"/>
        </w:rPr>
        <w:t>ge</w:t>
      </w:r>
      <w:r>
        <w:rPr>
          <w:rFonts w:ascii="Times New Roman" w:hAnsi="Times New Roman" w:eastAsia="Times New Roman"/>
          <w:b w:val="0"/>
          <w:color w:val="000000"/>
          <w:spacing w:val="-12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futimã</w:t>
      </w:r>
      <w:r>
        <w:rPr>
          <w:rFonts w:ascii="Times New Roman" w:hAnsi="Times New Roman" w:eastAsia="Times New Roman"/>
          <w:b w:val="0"/>
          <w:color w:val="000000"/>
          <w:spacing w:val="96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V</w:t>
      </w:r>
      <w:r>
        <w:rPr>
          <w:rFonts w:ascii="Arial" w:hAnsi="Arial" w:eastAsia="Arial"/>
          <w:b w:val="0"/>
          <w:i w:val="0"/>
          <w:color w:val="000000"/>
          <w:sz w:val="23"/>
        </w:rPr>
        <w:t>.</w:t>
      </w:r>
      <w:r>
        <w:rPr>
          <w:rFonts w:ascii="Times New Roman" w:hAnsi="Times New Roman" w:eastAsia="Times New Roman"/>
          <w:b w:val="0"/>
          <w:color w:val="000000"/>
          <w:spacing w:val="25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Teixcira</w:t>
      </w:r>
      <w:r>
        <w:rPr>
          <w:rFonts w:ascii="Times New Roman" w:hAnsi="Times New Roman" w:eastAsia="Times New Roman"/>
          <w:b w:val="0"/>
          <w:color w:val="000000"/>
          <w:spacing w:val="17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(</w:t>
      </w:r>
      <w:r>
        <w:rPr>
          <w:rFonts w:ascii="Times New Roman" w:hAnsi="Times New Roman" w:eastAsia="Times New Roman"/>
          <w:b w:val="0"/>
          <w:color w:val="000000"/>
          <w:spacing w:val="66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)</w:t>
      </w:r>
      <w:r>
        <w:rPr>
          <w:rFonts w:ascii="Times New Roman" w:hAnsi="Times New Roman" w:eastAsia="Times New Roman"/>
          <w:b w:val="0"/>
          <w:color w:val="000000"/>
          <w:spacing w:val="6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lsailda</w:t>
      </w:r>
      <w:r>
        <w:rPr>
          <w:rFonts w:ascii="Times New Roman" w:hAnsi="Times New Roman" w:eastAsia="Times New Roman"/>
          <w:b w:val="0"/>
          <w:color w:val="000000"/>
          <w:spacing w:val="11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Menina</w:t>
      </w:r>
      <w:r>
        <w:rPr>
          <w:rFonts w:ascii="Times New Roman" w:hAnsi="Times New Roman" w:eastAsia="Times New Roman"/>
          <w:b w:val="0"/>
          <w:color w:val="000000"/>
          <w:spacing w:val="-12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de</w:t>
      </w:r>
      <w:r>
        <w:rPr>
          <w:rFonts w:ascii="Times New Roman" w:hAnsi="Times New Roman" w:eastAsia="Times New Roman"/>
          <w:b w:val="0"/>
          <w:color w:val="000000"/>
          <w:spacing w:val="-13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Campos</w:t>
      </w:r>
      <w:r>
        <w:rPr>
          <w:rFonts w:ascii="Arial" w:hAnsi="Arial" w:eastAsia="Arial"/>
          <w:b w:val="0"/>
          <w:i w:val="0"/>
          <w:color w:val="000000"/>
          <w:sz w:val="23"/>
        </w:rPr>
        <w:t>-</w:t>
      </w:r>
      <w:r>
        <w:rPr>
          <w:rFonts w:ascii="Times New Roman" w:hAnsi="Times New Roman" w:eastAsia="Times New Roman"/>
          <w:b w:val="0"/>
          <w:color w:val="000000"/>
          <w:spacing w:val="6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Escreventes</w:t>
      </w:r>
    </w:p>
    <w:p>
      <w:pPr>
        <w:widowControl/>
        <w:wordWrap w:val="0"/>
        <w:autoSpaceDE w:val="0"/>
        <w:autoSpaceDN w:val="0"/>
        <w:spacing w:line="200" w:lineRule="exact" w:before="213" w:after="193"/>
        <w:ind w:left="49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RECIBO</w:t>
      </w:r>
    </w:p>
    <w:p>
      <w:pPr>
        <w:widowControl/>
        <w:wordWrap w:val="0"/>
        <w:autoSpaceDE w:val="0"/>
        <w:autoSpaceDN w:val="0"/>
        <w:spacing w:line="140" w:lineRule="exact" w:before="387" w:after="148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4"/>
        </w:rPr>
        <w:t>A0</w:t>
      </w:r>
      <w:r>
        <w:rPr>
          <w:rFonts w:ascii="Arial" w:hAnsi="Arial" w:eastAsia="Arial"/>
          <w:b w:val="0"/>
          <w:i w:val="0"/>
          <w:color w:val="000000"/>
          <w:sz w:val="14"/>
        </w:rPr>
        <w:t>{)</w:t>
      </w:r>
      <w:r>
        <w:rPr>
          <w:rFonts w:ascii="Arial" w:hAnsi="Arial" w:eastAsia="Arial"/>
          <w:b w:val="0"/>
          <w:i w:val="0"/>
          <w:color w:val="000000"/>
          <w:sz w:val="14"/>
        </w:rPr>
        <w:t>11</w:t>
      </w:r>
      <w:r>
        <w:rPr>
          <w:rFonts w:ascii="Arial" w:hAnsi="Arial" w:eastAsia="Arial"/>
          <w:b w:val="0"/>
          <w:i w:val="0"/>
          <w:color w:val="000000"/>
          <w:sz w:val="14"/>
        </w:rPr>
        <w:t>(:</w:t>
      </w:r>
      <w:r>
        <w:rPr>
          <w:rFonts w:ascii="Arial" w:hAnsi="Arial" w:eastAsia="Arial"/>
          <w:b w:val="0"/>
          <w:i w:val="0"/>
          <w:color w:val="000000"/>
          <w:sz w:val="14"/>
        </w:rPr>
        <w:t>1ALn</w:t>
      </w:r>
      <w:r>
        <w:rPr>
          <w:rFonts w:ascii="Times New Roman" w:hAnsi="Times New Roman" w:eastAsia="Times New Roman"/>
          <w:b w:val="0"/>
          <w:color w:val="000000"/>
          <w:spacing w:val="252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35"/>
          <w:sz w:val="14"/>
        </w:rPr>
        <w:t>as</w:t>
      </w:r>
      <w:r>
        <w:rPr>
          <w:rFonts w:ascii="Times New Roman" w:hAnsi="Times New Roman" w:eastAsia="Times New Roman"/>
          <w:b w:val="0"/>
          <w:color w:val="000000"/>
          <w:spacing w:val="17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n</w:t>
      </w:r>
      <w:r>
        <w:rPr>
          <w:rFonts w:ascii="Times New Roman" w:hAnsi="Times New Roman" w:eastAsia="Times New Roman"/>
          <w:b w:val="0"/>
          <w:color w:val="000000"/>
          <w:spacing w:val="117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a</w:t>
      </w:r>
      <w:r>
        <w:rPr>
          <w:rFonts w:ascii="Times New Roman" w:hAnsi="Times New Roman" w:eastAsia="Times New Roman"/>
          <w:b w:val="0"/>
          <w:color w:val="000000"/>
          <w:spacing w:val="27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neçve8e</w:t>
      </w:r>
      <w:r>
        <w:rPr>
          <w:rFonts w:ascii="Arial" w:hAnsi="Arial" w:eastAsia="Arial"/>
          <w:b w:val="0"/>
          <w:i w:val="0"/>
          <w:color w:val="000000"/>
          <w:spacing w:val="-27"/>
          <w:sz w:val="14"/>
        </w:rPr>
        <w:t>e</w:t>
      </w:r>
      <w:r>
        <w:rPr>
          <w:rFonts w:ascii="Arial" w:hAnsi="Arial" w:eastAsia="Arial"/>
          <w:b w:val="0"/>
          <w:i w:val="0"/>
          <w:color w:val="000000"/>
          <w:spacing w:val="-43"/>
          <w:sz w:val="14"/>
        </w:rPr>
        <w:t>ç</w:t>
      </w:r>
      <w:r>
        <w:rPr>
          <w:rFonts w:ascii="Arial" w:hAnsi="Arial" w:eastAsia="Arial"/>
          <w:b w:val="0"/>
          <w:i w:val="0"/>
          <w:color w:val="000000"/>
          <w:spacing w:val="-35"/>
          <w:sz w:val="14"/>
        </w:rPr>
        <w:t>a</w:t>
      </w:r>
      <w:r>
        <w:rPr>
          <w:rFonts w:ascii="Arial" w:hAnsi="Arial" w:eastAsia="Arial"/>
          <w:b w:val="0"/>
          <w:i w:val="0"/>
          <w:color w:val="000000"/>
          <w:spacing w:val="-43"/>
          <w:sz w:val="14"/>
        </w:rPr>
        <w:t>p</w:t>
      </w:r>
      <w:r>
        <w:rPr>
          <w:rFonts w:ascii="Arial" w:hAnsi="Arial" w:eastAsia="Arial"/>
          <w:b w:val="0"/>
          <w:i w:val="0"/>
          <w:color w:val="000000"/>
          <w:spacing w:val="-50"/>
          <w:sz w:val="14"/>
        </w:rPr>
        <w:t>B</w:t>
      </w:r>
      <w:r>
        <w:rPr>
          <w:rFonts w:ascii="Times New Roman" w:hAnsi="Times New Roman" w:eastAsia="Times New Roman"/>
          <w:b w:val="0"/>
          <w:color w:val="000000"/>
          <w:spacing w:val="-3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75"/>
          <w:sz w:val="14"/>
        </w:rPr>
        <w:t>B</w:t>
      </w:r>
      <w:r>
        <w:rPr>
          <w:rFonts w:ascii="Arial" w:hAnsi="Arial" w:eastAsia="Arial"/>
          <w:b w:val="0"/>
          <w:i w:val="0"/>
          <w:color w:val="000000"/>
          <w:spacing w:val="-3"/>
          <w:sz w:val="14"/>
        </w:rPr>
        <w:t>n</w:t>
      </w:r>
      <w:r>
        <w:rPr>
          <w:rFonts w:ascii="Arial" w:hAnsi="Arial" w:eastAsia="Arial"/>
          <w:b w:val="0"/>
          <w:i w:val="0"/>
          <w:color w:val="000000"/>
          <w:spacing w:val="-91"/>
          <w:sz w:val="14"/>
        </w:rPr>
        <w:t>B</w:t>
      </w:r>
      <w:r>
        <w:rPr>
          <w:rFonts w:ascii="Arial" w:hAnsi="Arial" w:eastAsia="Arial"/>
          <w:b w:val="0"/>
          <w:i w:val="0"/>
          <w:color w:val="000000"/>
          <w:sz w:val="14"/>
        </w:rPr>
        <w:t>i</w:t>
      </w:r>
      <w:r>
        <w:rPr>
          <w:rFonts w:ascii="Times New Roman" w:hAnsi="Times New Roman" w:eastAsia="Times New Roman"/>
          <w:b w:val="0"/>
          <w:color w:val="000000"/>
          <w:spacing w:val="25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3"/>
          <w:sz w:val="14"/>
        </w:rPr>
        <w:t>-</w:t>
      </w:r>
      <w:r>
        <w:rPr>
          <w:rFonts w:ascii="Arial" w:hAnsi="Arial" w:eastAsia="Arial"/>
          <w:b w:val="0"/>
          <w:i w:val="0"/>
          <w:color w:val="000000"/>
          <w:spacing w:val="-93"/>
          <w:sz w:val="14"/>
        </w:rPr>
        <w:t>B</w:t>
      </w:r>
      <w:r>
        <w:rPr>
          <w:rFonts w:ascii="Arial" w:hAnsi="Arial" w:eastAsia="Arial"/>
          <w:b w:val="0"/>
          <w:i w:val="0"/>
          <w:color w:val="000000"/>
          <w:spacing w:val="-88"/>
          <w:sz w:val="14"/>
        </w:rPr>
        <w:t>H</w:t>
      </w:r>
      <w:r>
        <w:rPr>
          <w:rFonts w:ascii="Arial" w:hAnsi="Arial" w:eastAsia="Arial"/>
          <w:b w:val="0"/>
          <w:i w:val="0"/>
          <w:color w:val="000000"/>
          <w:spacing w:val="-34"/>
          <w:sz w:val="14"/>
        </w:rPr>
        <w:t>R</w:t>
      </w:r>
      <w:r>
        <w:rPr>
          <w:rFonts w:ascii="Arial" w:hAnsi="Arial" w:eastAsia="Arial"/>
          <w:b w:val="0"/>
          <w:i w:val="0"/>
          <w:color w:val="000000"/>
          <w:spacing w:val="-18"/>
          <w:sz w:val="14"/>
        </w:rPr>
        <w:t>i</w:t>
      </w:r>
      <w:r>
        <w:rPr>
          <w:rFonts w:ascii="Arial" w:hAnsi="Arial" w:eastAsia="Arial"/>
          <w:b w:val="0"/>
          <w:i w:val="0"/>
          <w:color w:val="000000"/>
          <w:spacing w:val="-40"/>
          <w:sz w:val="14"/>
        </w:rPr>
        <w:t>a</w:t>
      </w:r>
      <w:r>
        <w:rPr>
          <w:rFonts w:ascii="Arial" w:hAnsi="Arial" w:eastAsia="Arial"/>
          <w:b w:val="0"/>
          <w:i w:val="0"/>
          <w:color w:val="000000"/>
          <w:spacing w:val="-54"/>
          <w:sz w:val="14"/>
        </w:rPr>
        <w:t>B</w:t>
      </w:r>
      <w:r>
        <w:rPr>
          <w:rFonts w:ascii="Times New Roman" w:hAnsi="Times New Roman" w:eastAsia="Times New Roman"/>
          <w:b w:val="0"/>
          <w:color w:val="000000"/>
          <w:spacing w:val="6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64"/>
          <w:sz w:val="14"/>
        </w:rPr>
        <w:t>u</w:t>
      </w:r>
      <w:r>
        <w:rPr>
          <w:rFonts w:ascii="Times New Roman" w:hAnsi="Times New Roman" w:eastAsia="Times New Roman"/>
          <w:b w:val="0"/>
          <w:color w:val="000000"/>
          <w:spacing w:val="52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B</w:t>
      </w:r>
      <w:r>
        <w:rPr>
          <w:rFonts w:ascii="Times New Roman" w:hAnsi="Times New Roman" w:eastAsia="Times New Roman"/>
          <w:b w:val="0"/>
          <w:color w:val="000000"/>
          <w:spacing w:val="52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B</w:t>
      </w:r>
      <w:r>
        <w:rPr>
          <w:rFonts w:ascii="Arial" w:hAnsi="Arial" w:eastAsia="Arial"/>
          <w:b w:val="0"/>
          <w:i w:val="0"/>
          <w:color w:val="000000"/>
          <w:sz w:val="14"/>
        </w:rPr>
        <w:t>+</w:t>
      </w:r>
      <w:r>
        <w:rPr>
          <w:rFonts w:ascii="Arial" w:hAnsi="Arial" w:eastAsia="Arial"/>
          <w:b w:val="0"/>
          <w:i w:val="0"/>
          <w:color w:val="000000"/>
          <w:spacing w:val="-13"/>
          <w:sz w:val="14"/>
        </w:rPr>
        <w:t>apuBBl</w:t>
      </w:r>
      <w:r>
        <w:rPr>
          <w:rFonts w:ascii="Arial" w:hAnsi="Arial" w:eastAsia="Arial"/>
          <w:b w:val="0"/>
          <w:i w:val="0"/>
          <w:color w:val="000000"/>
          <w:spacing w:val="-23"/>
          <w:sz w:val="14"/>
        </w:rPr>
        <w:t>;!#$.</w:t>
      </w:r>
      <w:r>
        <w:rPr>
          <w:rFonts w:ascii="Arial" w:hAnsi="Arial" w:eastAsia="Arial"/>
          <w:b w:val="0"/>
          <w:i w:val="0"/>
          <w:color w:val="000000"/>
          <w:sz w:val="14"/>
        </w:rPr>
        <w:t>'</w:t>
      </w:r>
      <w:r>
        <w:rPr>
          <w:rFonts w:ascii="Arial" w:hAnsi="Arial" w:eastAsia="Arial"/>
          <w:b w:val="0"/>
          <w:i w:val="0"/>
          <w:color w:val="000000"/>
          <w:sz w:val="14"/>
        </w:rPr>
        <w:t>57184</w:t>
      </w:r>
    </w:p>
    <w:p>
      <w:pPr>
        <w:widowControl/>
        <w:wordWrap w:val="0"/>
        <w:autoSpaceDE w:val="0"/>
        <w:autoSpaceDN w:val="0"/>
        <w:spacing w:line="120" w:lineRule="exact" w:before="295" w:after="130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(:</w:t>
      </w:r>
      <w:r>
        <w:rPr>
          <w:rFonts w:ascii="Arial" w:hAnsi="Arial" w:eastAsia="Arial"/>
          <w:b w:val="0"/>
          <w:i w:val="0"/>
          <w:color w:val="000000"/>
          <w:sz w:val="12"/>
        </w:rPr>
        <w:t>XM</w:t>
      </w:r>
      <w:r>
        <w:rPr>
          <w:rFonts w:ascii="Arial" w:hAnsi="Arial" w:eastAsia="Arial"/>
          <w:b w:val="0"/>
          <w:i w:val="0"/>
          <w:color w:val="000000"/>
          <w:sz w:val="12"/>
        </w:rPr>
        <w:t>;</w:t>
      </w:r>
      <w:r>
        <w:rPr>
          <w:rFonts w:ascii="Arial" w:hAnsi="Arial" w:eastAsia="Arial"/>
          <w:b w:val="0"/>
          <w:i w:val="0"/>
          <w:color w:val="000000"/>
          <w:sz w:val="12"/>
        </w:rPr>
        <w:t>AS</w:t>
      </w:r>
      <w:r>
        <w:rPr>
          <w:rFonts w:ascii="Times New Roman" w:hAnsi="Times New Roman" w:eastAsia="Times New Roman"/>
          <w:b w:val="0"/>
          <w:color w:val="000000"/>
          <w:spacing w:val="12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iql</w:t>
      </w:r>
      <w:r>
        <w:rPr>
          <w:rFonts w:ascii="Arial" w:hAnsi="Arial" w:eastAsia="Arial"/>
          <w:b w:val="0"/>
          <w:i w:val="0"/>
          <w:color w:val="000000"/>
          <w:sz w:val="12"/>
        </w:rPr>
        <w:t>)</w:t>
      </w:r>
      <w:r>
        <w:rPr>
          <w:rFonts w:ascii="Arial" w:hAnsi="Arial" w:eastAsia="Arial"/>
          <w:b w:val="0"/>
          <w:i w:val="0"/>
          <w:color w:val="000000"/>
          <w:sz w:val="12"/>
        </w:rPr>
        <w:t>t</w:t>
      </w:r>
      <w:r>
        <w:rPr>
          <w:rFonts w:ascii="Arial" w:hAnsi="Arial" w:eastAsia="Arial"/>
          <w:b w:val="0"/>
          <w:i w:val="0"/>
          <w:color w:val="000000"/>
          <w:sz w:val="12"/>
        </w:rPr>
        <w:t>:</w:t>
      </w:r>
      <w:r>
        <w:rPr>
          <w:rFonts w:ascii="Arial" w:hAnsi="Arial" w:eastAsia="Arial"/>
          <w:b w:val="0"/>
          <w:i w:val="0"/>
          <w:color w:val="000000"/>
          <w:sz w:val="12"/>
        </w:rPr>
        <w:t>S</w:t>
      </w:r>
      <w:r>
        <w:rPr>
          <w:rFonts w:ascii="Arial" w:hAnsi="Arial" w:eastAsia="Arial"/>
          <w:b w:val="0"/>
          <w:i w:val="0"/>
          <w:color w:val="000000"/>
          <w:sz w:val="12"/>
        </w:rPr>
        <w:t>#</w:t>
      </w:r>
      <w:r>
        <w:rPr>
          <w:rFonts w:ascii="Arial" w:hAnsi="Arial" w:eastAsia="Arial"/>
          <w:b w:val="0"/>
          <w:i w:val="0"/>
          <w:color w:val="000000"/>
          <w:sz w:val="12"/>
        </w:rPr>
        <w:t>lIAI</w:t>
      </w:r>
      <w:r>
        <w:rPr>
          <w:rFonts w:ascii="Arial" w:hAnsi="Arial" w:eastAsia="Arial"/>
          <w:b w:val="0"/>
          <w:i w:val="0"/>
          <w:color w:val="000000"/>
          <w:sz w:val="12"/>
        </w:rPr>
        <w:t>)</w:t>
      </w:r>
      <w:r>
        <w:rPr>
          <w:rFonts w:ascii="Arial" w:hAnsi="Arial" w:eastAsia="Arial"/>
          <w:b w:val="0"/>
          <w:i w:val="0"/>
          <w:color w:val="000000"/>
          <w:sz w:val="12"/>
        </w:rPr>
        <w:t>t</w:t>
      </w:r>
      <w:r>
        <w:rPr>
          <w:rFonts w:ascii="Arial" w:hAnsi="Arial" w:eastAsia="Arial"/>
          <w:b w:val="0"/>
          <w:i w:val="0"/>
          <w:color w:val="000000"/>
          <w:sz w:val="12"/>
        </w:rPr>
        <w:t>).</w:t>
      </w:r>
      <w:r>
        <w:rPr>
          <w:rFonts w:ascii="Times New Roman" w:hAnsi="Times New Roman" w:eastAsia="Times New Roman"/>
          <w:b w:val="0"/>
          <w:color w:val="000000"/>
          <w:spacing w:val="217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õ</w:t>
      </w:r>
      <w:r>
        <w:rPr>
          <w:rFonts w:ascii="Times New Roman" w:hAnsi="Times New Roman" w:eastAsia="Times New Roman"/>
          <w:b w:val="0"/>
          <w:color w:val="000000"/>
          <w:spacing w:val="4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7"/>
          <w:sz w:val="12"/>
        </w:rPr>
        <w:t>p«Peg</w:t>
      </w:r>
      <w:r>
        <w:rPr>
          <w:rFonts w:ascii="Times New Roman" w:hAnsi="Times New Roman" w:eastAsia="Times New Roman"/>
          <w:b w:val="0"/>
          <w:color w:val="000000"/>
          <w:spacing w:val="3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5"/>
          <w:sz w:val="12"/>
        </w:rPr>
        <w:t>nBPtsfB</w:t>
      </w:r>
      <w:r>
        <w:rPr>
          <w:rFonts w:ascii="Times New Roman" w:hAnsi="Times New Roman" w:eastAsia="Times New Roman"/>
          <w:b w:val="0"/>
          <w:color w:val="000000"/>
          <w:spacing w:val="5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9"/>
          <w:sz w:val="12"/>
        </w:rPr>
        <w:t>PTHfP</w:t>
      </w:r>
      <w:r>
        <w:rPr>
          <w:rFonts w:ascii="Times New Roman" w:hAnsi="Times New Roman" w:eastAsia="Times New Roman"/>
          <w:b w:val="0"/>
          <w:color w:val="000000"/>
          <w:spacing w:val="-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0"/>
          <w:sz w:val="12"/>
        </w:rPr>
        <w:t>aP</w:t>
      </w:r>
      <w:r>
        <w:rPr>
          <w:rFonts w:ascii="Times New Roman" w:hAnsi="Times New Roman" w:eastAsia="Times New Roman"/>
          <w:b w:val="0"/>
          <w:color w:val="000000"/>
          <w:spacing w:val="4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e</w:t>
      </w:r>
      <w:r>
        <w:rPr>
          <w:rFonts w:ascii="Arial" w:hAnsi="Arial" w:eastAsia="Arial"/>
          <w:b w:val="0"/>
          <w:i w:val="0"/>
          <w:color w:val="000000"/>
          <w:spacing w:val="-22"/>
          <w:sz w:val="12"/>
        </w:rPr>
        <w:t>ÜRp</w:t>
      </w:r>
      <w:r>
        <w:rPr>
          <w:rFonts w:ascii="Arial" w:hAnsi="Arial" w:eastAsia="Arial"/>
          <w:b w:val="0"/>
          <w:i w:val="0"/>
          <w:color w:val="000000"/>
          <w:sz w:val="12"/>
        </w:rPr>
        <w:t>a</w:t>
      </w:r>
      <w:r>
        <w:rPr>
          <w:rFonts w:ascii="Times New Roman" w:hAnsi="Times New Roman" w:eastAsia="Times New Roman"/>
          <w:b w:val="0"/>
          <w:color w:val="000000"/>
          <w:spacing w:val="4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a</w:t>
      </w:r>
      <w:r>
        <w:rPr>
          <w:rFonts w:ascii="Arial" w:hAnsi="Arial" w:eastAsia="Arial"/>
          <w:b w:val="0"/>
          <w:i w:val="0"/>
          <w:color w:val="000000"/>
          <w:sz w:val="12"/>
        </w:rPr>
        <w:t>n</w:t>
      </w:r>
      <w:r>
        <w:rPr>
          <w:rFonts w:ascii="Arial" w:hAnsi="Arial" w:eastAsia="Arial"/>
          <w:b w:val="0"/>
          <w:i w:val="0"/>
          <w:color w:val="000000"/>
          <w:spacing w:val="-16"/>
          <w:sz w:val="12"/>
        </w:rPr>
        <w:t>UBnpe</w:t>
      </w:r>
      <w:r>
        <w:rPr>
          <w:rFonts w:ascii="Arial" w:hAnsi="Arial" w:eastAsia="Arial"/>
          <w:b w:val="0"/>
          <w:i w:val="0"/>
          <w:color w:val="000000"/>
          <w:sz w:val="12"/>
        </w:rPr>
        <w:t>B</w:t>
      </w:r>
      <w:r>
        <w:rPr>
          <w:rFonts w:ascii="Times New Roman" w:hAnsi="Times New Roman" w:eastAsia="Times New Roman"/>
          <w:b w:val="0"/>
          <w:color w:val="000000"/>
          <w:spacing w:val="-1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l</w:t>
      </w:r>
      <w:r>
        <w:rPr>
          <w:rFonts w:ascii="Arial" w:hAnsi="Arial" w:eastAsia="Arial"/>
          <w:b w:val="0"/>
          <w:i w:val="0"/>
          <w:color w:val="000000"/>
          <w:sz w:val="12"/>
        </w:rPr>
        <w:t>;</w:t>
      </w:r>
      <w:r>
        <w:rPr>
          <w:rFonts w:ascii="Arial" w:hAnsi="Arial" w:eastAsia="Arial"/>
          <w:b w:val="0"/>
          <w:i w:val="0"/>
          <w:color w:val="000000"/>
          <w:sz w:val="12"/>
        </w:rPr>
        <w:t>t</w:t>
      </w:r>
      <w:r>
        <w:rPr>
          <w:rFonts w:ascii="Arial" w:hAnsi="Arial" w:eastAsia="Arial"/>
          <w:b w:val="0"/>
          <w:i w:val="0"/>
          <w:color w:val="000000"/>
          <w:sz w:val="12"/>
        </w:rPr>
        <w:t>$</w:t>
      </w:r>
      <w:r>
        <w:rPr>
          <w:rFonts w:ascii="Times New Roman" w:hAnsi="Times New Roman" w:eastAsia="Times New Roman"/>
          <w:b w:val="0"/>
          <w:color w:val="000000"/>
          <w:spacing w:val="3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16144</w:t>
      </w:r>
    </w:p>
    <w:p>
      <w:pPr>
        <w:widowControl/>
        <w:wordWrap w:val="0"/>
        <w:autoSpaceDE w:val="0"/>
        <w:autoSpaceDN w:val="0"/>
        <w:spacing w:line="170" w:lineRule="exact" w:before="261" w:after="137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aX</w:t>
      </w:r>
      <w:r>
        <w:rPr>
          <w:rFonts w:ascii="Arial" w:hAnsi="Arial" w:eastAsia="Arial"/>
          <w:b w:val="0"/>
          <w:i w:val="0"/>
          <w:color w:val="000000"/>
          <w:sz w:val="17"/>
        </w:rPr>
        <w:t>;</w:t>
      </w:r>
      <w:r>
        <w:rPr>
          <w:rFonts w:ascii="Arial" w:hAnsi="Arial" w:eastAsia="Arial"/>
          <w:b w:val="0"/>
          <w:i w:val="0"/>
          <w:color w:val="000000"/>
          <w:sz w:val="17"/>
        </w:rPr>
        <w:t>TAS</w:t>
      </w:r>
      <w:r>
        <w:rPr>
          <w:rFonts w:ascii="Arial" w:hAnsi="Arial" w:eastAsia="Arial"/>
          <w:b w:val="0"/>
          <w:i w:val="0"/>
          <w:color w:val="000000"/>
          <w:spacing w:val="-26"/>
          <w:sz w:val="17"/>
        </w:rPr>
        <w:t>JhDF</w:t>
      </w:r>
      <w:r>
        <w:rPr>
          <w:rFonts w:ascii="Times New Roman" w:hAnsi="Times New Roman" w:eastAsia="Times New Roman"/>
          <w:b w:val="0"/>
          <w:color w:val="000000"/>
          <w:spacing w:val="19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1"/>
          <w:sz w:val="17"/>
        </w:rPr>
        <w:t>iEaSTTKc</w:t>
      </w:r>
      <w:r>
        <w:rPr>
          <w:rFonts w:ascii="Arial" w:hAnsi="Arial" w:eastAsia="Arial"/>
          <w:b w:val="0"/>
          <w:i w:val="0"/>
          <w:color w:val="000000"/>
          <w:spacing w:val="-16"/>
          <w:sz w:val="17"/>
        </w:rPr>
        <w:t>)</w:t>
      </w:r>
      <w:r>
        <w:rPr>
          <w:rFonts w:ascii="Arial" w:hAnsi="Arial" w:eastAsia="Arial"/>
          <w:b w:val="0"/>
          <w:i w:val="0"/>
          <w:color w:val="000000"/>
          <w:spacing w:val="-22"/>
          <w:sz w:val="17"/>
        </w:rPr>
        <w:t>i</w:t>
      </w:r>
      <w:r>
        <w:rPr>
          <w:rFonts w:ascii="Times New Roman" w:hAnsi="Times New Roman" w:eastAsia="Times New Roman"/>
          <w:b w:val="0"/>
          <w:color w:val="000000"/>
          <w:spacing w:val="-20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VIL</w:t>
      </w:r>
      <w:r>
        <w:rPr>
          <w:rFonts w:ascii="Arial" w:hAnsi="Arial" w:eastAsia="Arial"/>
          <w:b w:val="0"/>
          <w:i w:val="0"/>
          <w:color w:val="000000"/>
          <w:sz w:val="17"/>
        </w:rPr>
        <w:t>--.-.-.---.........--""""....:</w:t>
      </w:r>
      <w:r>
        <w:rPr>
          <w:rFonts w:ascii="Times New Roman" w:hAnsi="Times New Roman" w:eastAsia="Times New Roman"/>
          <w:b w:val="0"/>
          <w:color w:val="000000"/>
          <w:spacing w:val="-15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=</w:t>
      </w:r>
      <w:r>
        <w:rPr>
          <w:rFonts w:ascii="Times New Roman" w:hAnsi="Times New Roman" w:eastAsia="Times New Roman"/>
          <w:b w:val="0"/>
          <w:color w:val="000000"/>
          <w:spacing w:val="-2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Fi</w:t>
      </w:r>
      <w:r>
        <w:rPr>
          <w:rFonts w:ascii="Arial" w:hAnsi="Arial" w:eastAsia="Arial"/>
          <w:b w:val="0"/>
          <w:i w:val="0"/>
          <w:color w:val="000000"/>
          <w:spacing w:val="-36"/>
          <w:sz w:val="17"/>
        </w:rPr>
        <w:t>$</w:t>
      </w:r>
      <w:r>
        <w:rPr>
          <w:rFonts w:ascii="Arial" w:hAnsi="Arial" w:eastAsia="Arial"/>
          <w:b w:val="0"/>
          <w:i w:val="0"/>
          <w:color w:val="000000"/>
          <w:spacing w:val="-58"/>
          <w:sz w:val="17"/>
        </w:rPr>
        <w:t>3</w:t>
      </w:r>
      <w:r>
        <w:rPr>
          <w:rFonts w:ascii="Times New Roman" w:hAnsi="Times New Roman" w:eastAsia="Times New Roman"/>
          <w:b w:val="0"/>
          <w:color w:val="000000"/>
          <w:spacing w:val="16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,</w:t>
      </w:r>
      <w:r>
        <w:rPr>
          <w:rFonts w:ascii="Arial" w:hAnsi="Arial" w:eastAsia="Arial"/>
          <w:b w:val="0"/>
          <w:i w:val="0"/>
          <w:color w:val="000000"/>
          <w:sz w:val="17"/>
        </w:rPr>
        <w:t>04</w:t>
      </w:r>
    </w:p>
    <w:p>
      <w:pPr>
        <w:spacing w:after="0"/>
        <w:sectPr>
          <w:type w:val="continuous"/>
          <w:pgSz w:w="11900" w:h="16840"/>
          <w:pgMar w:top="218" w:right="411" w:bottom="659" w:left="940" w:header="720" w:footer="720" w:gutter="0"/>
          <w:cols w:space="720" w:num="1" w:equalWidth="0">
            <w:col w:w="10549" w:space="0"/>
            <w:col w:w="651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0" w:lineRule="exact" w:before="137" w:after="126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4"/>
        </w:rPr>
        <w:t>a</w:t>
      </w:r>
      <w:r>
        <w:rPr>
          <w:rFonts w:ascii="Arial" w:hAnsi="Arial" w:eastAsia="Arial"/>
          <w:b w:val="0"/>
          <w:i w:val="0"/>
          <w:color w:val="000000"/>
          <w:sz w:val="14"/>
        </w:rPr>
        <w:t>.</w:t>
      </w:r>
      <w:r>
        <w:rPr>
          <w:rFonts w:ascii="Arial" w:hAnsi="Arial" w:eastAsia="Arial"/>
          <w:b w:val="0"/>
          <w:i w:val="0"/>
          <w:color w:val="000000"/>
          <w:sz w:val="14"/>
        </w:rPr>
        <w:t>BTAS</w:t>
      </w:r>
      <w:r>
        <w:rPr>
          <w:rFonts w:ascii="Times New Roman" w:hAnsi="Times New Roman" w:eastAsia="Times New Roman"/>
          <w:b w:val="0"/>
          <w:color w:val="000000"/>
          <w:spacing w:val="83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AO</w:t>
      </w:r>
      <w:r>
        <w:rPr>
          <w:rFonts w:ascii="Times New Roman" w:hAnsi="Times New Roman" w:eastAsia="Times New Roman"/>
          <w:b w:val="0"/>
          <w:color w:val="000000"/>
          <w:spacing w:val="3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TTUBU</w:t>
      </w:r>
      <w:r>
        <w:rPr>
          <w:rFonts w:ascii="Arial" w:hAnsi="Arial" w:eastAsia="Arial"/>
          <w:b w:val="0"/>
          <w:i w:val="0"/>
          <w:color w:val="000000"/>
          <w:sz w:val="14"/>
        </w:rPr>
        <w:t>\</w:t>
      </w:r>
      <w:r>
        <w:rPr>
          <w:rFonts w:ascii="Arial" w:hAnsi="Arial" w:eastAsia="Arial"/>
          <w:b w:val="0"/>
          <w:i w:val="0"/>
          <w:color w:val="000000"/>
          <w:sz w:val="14"/>
        </w:rPr>
        <w:t>IAL</w:t>
      </w:r>
      <w:r>
        <w:rPr>
          <w:rFonts w:ascii="Times New Roman" w:hAnsi="Times New Roman" w:eastAsia="Times New Roman"/>
          <w:b w:val="0"/>
          <w:color w:val="000000"/>
          <w:spacing w:val="-11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DEJUS</w:t>
      </w:r>
      <w:r>
        <w:rPr>
          <w:rFonts w:ascii="Arial" w:hAnsi="Arial" w:eastAsia="Arial"/>
          <w:b w:val="0"/>
          <w:i w:val="0"/>
          <w:color w:val="000000"/>
          <w:sz w:val="14"/>
        </w:rPr>
        <w:t>'</w:t>
      </w:r>
      <w:r>
        <w:rPr>
          <w:rFonts w:ascii="Arial" w:hAnsi="Arial" w:eastAsia="Arial"/>
          <w:b w:val="0"/>
          <w:i w:val="0"/>
          <w:color w:val="000000"/>
          <w:sz w:val="14"/>
        </w:rPr>
        <w:t>lIçA</w:t>
      </w:r>
      <w:r>
        <w:rPr>
          <w:rFonts w:ascii="Arial" w:hAnsi="Arial" w:eastAsia="Arial"/>
          <w:b w:val="0"/>
          <w:i w:val="0"/>
          <w:color w:val="000000"/>
          <w:sz w:val="14"/>
        </w:rPr>
        <w:t>.-</w:t>
      </w:r>
      <w:r>
        <w:rPr>
          <w:rFonts w:ascii="Arial" w:hAnsi="Arial" w:eastAsia="Arial"/>
          <w:b w:val="0"/>
          <w:i w:val="0"/>
          <w:color w:val="000000"/>
          <w:sz w:val="14"/>
        </w:rPr>
        <w:t>««</w:t>
      </w:r>
      <w:r>
        <w:rPr>
          <w:rFonts w:ascii="Arial" w:hAnsi="Arial" w:eastAsia="Arial"/>
          <w:b w:val="0"/>
          <w:i w:val="0"/>
          <w:color w:val="000000"/>
          <w:sz w:val="14"/>
        </w:rPr>
        <w:t>-"""--""""....:</w:t>
      </w:r>
    </w:p>
    <w:p>
      <w:pPr>
        <w:widowControl/>
        <w:wordWrap w:val="0"/>
        <w:autoSpaceDE w:val="0"/>
        <w:autoSpaceDN w:val="0"/>
        <w:spacing w:line="150" w:lineRule="exact" w:before="252" w:after="111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5"/>
        </w:rPr>
        <w:t>anTAS</w:t>
      </w:r>
      <w:r>
        <w:rPr>
          <w:rFonts w:ascii="Times New Roman" w:hAnsi="Times New Roman" w:eastAsia="Times New Roman"/>
          <w:b w:val="0"/>
          <w:color w:val="000000"/>
          <w:spacing w:val="104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A</w:t>
      </w:r>
      <w:r>
        <w:rPr>
          <w:rFonts w:ascii="Times New Roman" w:hAnsi="Times New Roman" w:eastAsia="Times New Roman"/>
          <w:b w:val="0"/>
          <w:color w:val="000000"/>
          <w:spacing w:val="2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SElJUTAHA</w:t>
      </w:r>
      <w:r>
        <w:rPr>
          <w:rFonts w:ascii="Times New Roman" w:hAnsi="Times New Roman" w:eastAsia="Times New Roman"/>
          <w:b w:val="0"/>
          <w:color w:val="000000"/>
          <w:spacing w:val="66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1"/>
          <w:sz w:val="15"/>
        </w:rPr>
        <w:t>DO1i</w:t>
      </w:r>
      <w:r>
        <w:rPr>
          <w:rFonts w:ascii="Times New Roman" w:hAnsi="Times New Roman" w:eastAsia="Times New Roman"/>
          <w:b w:val="0"/>
          <w:color w:val="000000"/>
          <w:spacing w:val="8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%</w:t>
      </w:r>
      <w:r>
        <w:rPr>
          <w:rFonts w:ascii="Arial" w:hAnsi="Arial" w:eastAsia="Arial"/>
          <w:b w:val="0"/>
          <w:i w:val="0"/>
          <w:color w:val="000000"/>
          <w:sz w:val="15"/>
        </w:rPr>
        <w:t>Zona</w:t>
      </w:r>
      <w:r>
        <w:rPr>
          <w:rFonts w:ascii="Arial" w:hAnsi="Arial" w:eastAsia="Arial"/>
          <w:b w:val="0"/>
          <w:i w:val="0"/>
          <w:color w:val="000000"/>
          <w:sz w:val="15"/>
        </w:rPr>
        <w:t>.-----.........--"...:=</w:t>
      </w:r>
    </w:p>
    <w:p>
      <w:pPr>
        <w:widowControl/>
        <w:wordWrap w:val="0"/>
        <w:autoSpaceDE w:val="0"/>
        <w:autoSpaceDN w:val="0"/>
        <w:spacing w:line="160" w:lineRule="exact" w:before="222" w:after="100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6"/>
        </w:rPr>
        <w:t>a</w:t>
      </w:r>
      <w:r>
        <w:rPr>
          <w:rFonts w:ascii="Arial" w:hAnsi="Arial" w:eastAsia="Arial"/>
          <w:b w:val="0"/>
          <w:i w:val="0"/>
          <w:color w:val="000000"/>
          <w:sz w:val="16"/>
        </w:rPr>
        <w:t>.</w:t>
      </w:r>
      <w:r>
        <w:rPr>
          <w:rFonts w:ascii="Arial" w:hAnsi="Arial" w:eastAsia="Arial"/>
          <w:b w:val="0"/>
          <w:i w:val="0"/>
          <w:color w:val="000000"/>
          <w:sz w:val="16"/>
        </w:rPr>
        <w:t>ETAS</w:t>
      </w:r>
      <w:r>
        <w:rPr>
          <w:rFonts w:ascii="Times New Roman" w:hAnsi="Times New Roman" w:eastAsia="Times New Roman"/>
          <w:b w:val="0"/>
          <w:color w:val="000000"/>
          <w:spacing w:val="9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Ao</w:t>
      </w:r>
      <w:r>
        <w:rPr>
          <w:rFonts w:ascii="Times New Roman" w:hAnsi="Times New Roman" w:eastAsia="Times New Roman"/>
          <w:b w:val="0"/>
          <w:color w:val="000000"/>
          <w:spacing w:val="4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MLX</w:t>
      </w:r>
      <w:r>
        <w:rPr>
          <w:rFonts w:ascii="Arial" w:hAnsi="Arial" w:eastAsia="Arial"/>
          <w:b w:val="0"/>
          <w:i w:val="0"/>
          <w:color w:val="000000"/>
          <w:sz w:val="16"/>
        </w:rPr>
        <w:t>\](</w:t>
      </w:r>
      <w:r>
        <w:rPr>
          <w:rFonts w:ascii="Arial" w:hAnsi="Arial" w:eastAsia="Arial"/>
          <w:b w:val="0"/>
          <w:i w:val="0"/>
          <w:color w:val="000000"/>
          <w:sz w:val="16"/>
        </w:rPr>
        <w:t>mpla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Arial" w:hAnsi="Arial" w:eastAsia="Arial"/>
          <w:b w:val="0"/>
          <w:i w:val="0"/>
          <w:color w:val="000000"/>
          <w:sz w:val="16"/>
        </w:rPr>
        <w:t>«</w:t>
      </w:r>
      <w:r>
        <w:rPr>
          <w:rFonts w:ascii="Arial" w:hAnsi="Arial" w:eastAsia="Arial"/>
          <w:b w:val="0"/>
          <w:i w:val="0"/>
          <w:color w:val="000000"/>
          <w:sz w:val="16"/>
        </w:rPr>
        <w:t>--.-------"-----"------"...:</w:t>
      </w:r>
    </w:p>
    <w:p>
      <w:pPr>
        <w:spacing w:after="0" w:before="0"/>
        <w:sectPr>
          <w:type w:val="continuous"/>
          <w:pgSz w:w="11900" w:h="16840"/>
          <w:pgMar w:top="218" w:right="411" w:bottom="659" w:left="940" w:header="720" w:footer="720" w:gutter="0"/>
          <w:cols w:space="720" w:num="2" w:equalWidth="0">
            <w:col w:w="4837" w:space="0"/>
            <w:col w:w="5712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0" w:lineRule="exact" w:before="137" w:after="126"/>
        <w:ind w:left="43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4"/>
        </w:rPr>
        <w:t>=</w:t>
      </w:r>
      <w:r>
        <w:rPr>
          <w:rFonts w:ascii="Times New Roman" w:hAnsi="Times New Roman" w:eastAsia="Times New Roman"/>
          <w:b w:val="0"/>
          <w:color w:val="000000"/>
          <w:spacing w:val="23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fR</w:t>
      </w:r>
      <w:r>
        <w:rPr>
          <w:rFonts w:ascii="Arial" w:hAnsi="Arial" w:eastAsia="Arial"/>
          <w:b w:val="0"/>
          <w:i w:val="0"/>
          <w:color w:val="000000"/>
          <w:spacing w:val="-18"/>
          <w:sz w:val="14"/>
        </w:rPr>
        <w:t>$</w:t>
      </w:r>
      <w:r>
        <w:rPr>
          <w:rFonts w:ascii="Arial" w:hAnsi="Arial" w:eastAsia="Arial"/>
          <w:b w:val="0"/>
          <w:i w:val="0"/>
          <w:color w:val="000000"/>
          <w:spacing w:val="-60"/>
          <w:sz w:val="14"/>
        </w:rPr>
        <w:t>3</w:t>
      </w:r>
      <w:r>
        <w:rPr>
          <w:rFonts w:ascii="Times New Roman" w:hAnsi="Times New Roman" w:eastAsia="Times New Roman"/>
          <w:b w:val="0"/>
          <w:color w:val="000000"/>
          <w:spacing w:val="25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.</w:t>
      </w:r>
      <w:r>
        <w:rPr>
          <w:rFonts w:ascii="Arial" w:hAnsi="Arial" w:eastAsia="Arial"/>
          <w:b w:val="0"/>
          <w:i w:val="0"/>
          <w:color w:val="000000"/>
          <w:sz w:val="14"/>
        </w:rPr>
        <w:t>97</w:t>
      </w:r>
    </w:p>
    <w:p>
      <w:pPr>
        <w:widowControl/>
        <w:wordWrap w:val="0"/>
        <w:autoSpaceDE w:val="0"/>
        <w:autoSpaceDN w:val="0"/>
        <w:spacing w:line="150" w:lineRule="exact" w:before="252" w:after="111"/>
        <w:ind w:left="163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5"/>
        </w:rPr>
        <w:t>i</w:t>
      </w:r>
      <w:r>
        <w:rPr>
          <w:rFonts w:ascii="Arial" w:hAnsi="Arial" w:eastAsia="Arial"/>
          <w:b w:val="0"/>
          <w:i w:val="0"/>
          <w:color w:val="000000"/>
          <w:sz w:val="15"/>
        </w:rPr>
        <w:t>:</w:t>
      </w:r>
      <w:r>
        <w:rPr>
          <w:rFonts w:ascii="Arial" w:hAnsi="Arial" w:eastAsia="Arial"/>
          <w:b w:val="0"/>
          <w:i w:val="0"/>
          <w:color w:val="000000"/>
          <w:sz w:val="15"/>
        </w:rPr>
        <w:t>S</w:t>
      </w:r>
      <w:r>
        <w:rPr>
          <w:rFonts w:ascii="Times New Roman" w:hAnsi="Times New Roman" w:eastAsia="Times New Roman"/>
          <w:b w:val="0"/>
          <w:color w:val="000000"/>
          <w:spacing w:val="-13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ll</w:t>
      </w:r>
      <w:r>
        <w:rPr>
          <w:rFonts w:ascii="Times New Roman" w:hAnsi="Times New Roman" w:eastAsia="Times New Roman"/>
          <w:b w:val="0"/>
          <w:color w:val="000000"/>
          <w:spacing w:val="76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.</w:t>
      </w:r>
      <w:r>
        <w:rPr>
          <w:rFonts w:ascii="Arial" w:hAnsi="Arial" w:eastAsia="Arial"/>
          <w:b w:val="0"/>
          <w:i w:val="0"/>
          <w:color w:val="000000"/>
          <w:sz w:val="15"/>
        </w:rPr>
        <w:t>25</w:t>
      </w:r>
    </w:p>
    <w:p>
      <w:pPr>
        <w:widowControl/>
        <w:wordWrap w:val="0"/>
        <w:autoSpaceDE w:val="0"/>
        <w:autoSpaceDN w:val="0"/>
        <w:spacing w:line="160" w:lineRule="exact" w:before="222" w:after="100"/>
        <w:ind w:left="3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6"/>
        </w:rPr>
        <w:t>=</w:t>
      </w:r>
      <w:r>
        <w:rPr>
          <w:rFonts w:ascii="Times New Roman" w:hAnsi="Times New Roman" w:eastAsia="Times New Roman"/>
          <w:b w:val="0"/>
          <w:color w:val="000000"/>
          <w:spacing w:val="-13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F</w:t>
      </w:r>
      <w:r>
        <w:rPr>
          <w:rFonts w:ascii="Arial" w:hAnsi="Arial" w:eastAsia="Arial"/>
          <w:b w:val="0"/>
          <w:i w:val="0"/>
          <w:color w:val="000000"/>
          <w:spacing w:val="-6"/>
          <w:sz w:val="16"/>
        </w:rPr>
        <w:t>:$</w:t>
      </w:r>
      <w:r>
        <w:rPr>
          <w:rFonts w:ascii="Arial" w:hAnsi="Arial" w:eastAsia="Arial"/>
          <w:b w:val="0"/>
          <w:i w:val="0"/>
          <w:color w:val="000000"/>
          <w:spacing w:val="-78"/>
          <w:sz w:val="16"/>
        </w:rPr>
        <w:t>2</w:t>
      </w:r>
      <w:r>
        <w:rPr>
          <w:rFonts w:ascii="Times New Roman" w:hAnsi="Times New Roman" w:eastAsia="Times New Roman"/>
          <w:b w:val="0"/>
          <w:color w:val="000000"/>
          <w:spacing w:val="38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,</w:t>
      </w:r>
      <w:r>
        <w:rPr>
          <w:rFonts w:ascii="Arial" w:hAnsi="Arial" w:eastAsia="Arial"/>
          <w:b w:val="0"/>
          <w:i w:val="0"/>
          <w:color w:val="000000"/>
          <w:sz w:val="16"/>
        </w:rPr>
        <w:t>89</w:t>
      </w:r>
    </w:p>
    <w:p>
      <w:pPr>
        <w:spacing w:after="0"/>
        <w:sectPr>
          <w:type w:val="nextColumn"/>
          <w:pgSz w:w="11900" w:h="16840"/>
          <w:pgMar w:top="218" w:right="411" w:bottom="659" w:left="940" w:header="720" w:footer="720" w:gutter="0"/>
          <w:cols w:space="720" w:num="2" w:equalWidth="0">
            <w:col w:w="4837" w:space="0"/>
            <w:col w:w="5712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60" w:lineRule="exact" w:before="100" w:after="108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6"/>
        </w:rPr>
        <w:t>a</w:t>
      </w:r>
      <w:r>
        <w:rPr>
          <w:rFonts w:ascii="Arial" w:hAnsi="Arial" w:eastAsia="Arial"/>
          <w:b w:val="0"/>
          <w:i w:val="0"/>
          <w:color w:val="000000"/>
          <w:sz w:val="16"/>
        </w:rPr>
        <w:t>.</w:t>
      </w:r>
      <w:r>
        <w:rPr>
          <w:rFonts w:ascii="Arial" w:hAnsi="Arial" w:eastAsia="Arial"/>
          <w:b w:val="0"/>
          <w:i w:val="0"/>
          <w:color w:val="000000"/>
          <w:sz w:val="16"/>
        </w:rPr>
        <w:t>STAR</w:t>
      </w:r>
      <w:r>
        <w:rPr>
          <w:rFonts w:ascii="Times New Roman" w:hAnsi="Times New Roman" w:eastAsia="Times New Roman"/>
          <w:b w:val="0"/>
          <w:color w:val="000000"/>
          <w:spacing w:val="0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AO</w:t>
      </w:r>
      <w:r>
        <w:rPr>
          <w:rFonts w:ascii="Arial" w:hAnsi="Arial" w:eastAsia="Arial"/>
          <w:b w:val="0"/>
          <w:i w:val="0"/>
          <w:color w:val="000000"/>
          <w:sz w:val="16"/>
        </w:rPr>
        <w:t>Mll</w:t>
      </w:r>
      <w:r>
        <w:rPr>
          <w:rFonts w:ascii="Arial" w:hAnsi="Arial" w:eastAsia="Arial"/>
          <w:b w:val="0"/>
          <w:i w:val="0"/>
          <w:color w:val="000000"/>
          <w:sz w:val="16"/>
        </w:rPr>
        <w:t>'</w:t>
      </w:r>
      <w:r>
        <w:rPr>
          <w:rFonts w:ascii="Arial" w:hAnsi="Arial" w:eastAsia="Arial"/>
          <w:b w:val="0"/>
          <w:i w:val="0"/>
          <w:color w:val="000000"/>
          <w:sz w:val="16"/>
        </w:rPr>
        <w:t>dSTna0</w:t>
      </w:r>
      <w:r>
        <w:rPr>
          <w:rFonts w:ascii="Times New Roman" w:hAnsi="Times New Roman" w:eastAsia="Times New Roman"/>
          <w:b w:val="0"/>
          <w:color w:val="000000"/>
          <w:spacing w:val="5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Pln</w:t>
      </w:r>
      <w:r>
        <w:rPr>
          <w:rFonts w:ascii="Arial" w:hAnsi="Arial" w:eastAsia="Arial"/>
          <w:b w:val="0"/>
          <w:i w:val="0"/>
          <w:color w:val="000000"/>
          <w:sz w:val="16"/>
        </w:rPr>
        <w:t>.</w:t>
      </w:r>
      <w:r>
        <w:rPr>
          <w:rFonts w:ascii="Arial" w:hAnsi="Arial" w:eastAsia="Arial"/>
          <w:b w:val="0"/>
          <w:i w:val="0"/>
          <w:color w:val="000000"/>
          <w:sz w:val="16"/>
        </w:rPr>
        <w:t>ICO</w:t>
      </w:r>
      <w:r>
        <w:rPr>
          <w:rFonts w:ascii="Arial" w:hAnsi="Arial" w:eastAsia="Arial"/>
          <w:b w:val="0"/>
          <w:i w:val="0"/>
          <w:color w:val="000000"/>
          <w:sz w:val="16"/>
        </w:rPr>
        <w:t>......"............--"-""....:</w:t>
      </w:r>
      <w:r>
        <w:rPr>
          <w:rFonts w:ascii="Times New Roman" w:hAnsi="Times New Roman" w:eastAsia="Times New Roman"/>
          <w:b w:val="0"/>
          <w:color w:val="000000"/>
          <w:spacing w:val="-10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=</w:t>
      </w:r>
      <w:r>
        <w:rPr>
          <w:rFonts w:ascii="Times New Roman" w:hAnsi="Times New Roman" w:eastAsia="Times New Roman"/>
          <w:b w:val="0"/>
          <w:color w:val="000000"/>
          <w:spacing w:val="-13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tB</w:t>
      </w:r>
      <w:r>
        <w:rPr>
          <w:rFonts w:ascii="Times New Roman" w:hAnsi="Times New Roman" w:eastAsia="Times New Roman"/>
          <w:b w:val="0"/>
          <w:color w:val="000000"/>
          <w:spacing w:val="9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2</w:t>
      </w:r>
      <w:r>
        <w:rPr>
          <w:rFonts w:ascii="Arial" w:hAnsi="Arial" w:eastAsia="Arial"/>
          <w:b w:val="0"/>
          <w:i w:val="0"/>
          <w:color w:val="000000"/>
          <w:sz w:val="16"/>
        </w:rPr>
        <w:t>,</w:t>
      </w:r>
      <w:r>
        <w:rPr>
          <w:rFonts w:ascii="Arial" w:hAnsi="Arial" w:eastAsia="Arial"/>
          <w:b w:val="0"/>
          <w:i w:val="0"/>
          <w:color w:val="000000"/>
          <w:sz w:val="16"/>
        </w:rPr>
        <w:t>77</w:t>
      </w:r>
    </w:p>
    <w:p>
      <w:pPr>
        <w:widowControl/>
        <w:wordWrap w:val="0"/>
        <w:autoSpaceDE w:val="0"/>
        <w:autoSpaceDN w:val="0"/>
        <w:spacing w:line="140" w:lineRule="exact" w:before="215" w:after="98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pacing w:val="-10"/>
          <w:sz w:val="14"/>
        </w:rPr>
        <w:t>SUBTOTLALD</w:t>
      </w:r>
      <w:r>
        <w:rPr>
          <w:rFonts w:ascii="Times New Roman" w:hAnsi="Times New Roman" w:eastAsia="Times New Roman"/>
          <w:b w:val="0"/>
          <w:color w:val="000000"/>
          <w:spacing w:val="49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AS</w:t>
      </w:r>
      <w:r>
        <w:rPr>
          <w:rFonts w:ascii="Times New Roman" w:hAnsi="Times New Roman" w:eastAsia="Times New Roman"/>
          <w:b w:val="0"/>
          <w:color w:val="000000"/>
          <w:spacing w:val="-3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{=.</w:t>
      </w:r>
      <w:r>
        <w:rPr>
          <w:rFonts w:ascii="Arial" w:hAnsi="Arial" w:eastAsia="Arial"/>
          <w:b w:val="0"/>
          <w:i w:val="0"/>
          <w:color w:val="000000"/>
          <w:sz w:val="14"/>
        </w:rPr>
        <w:t>IST4lS</w:t>
      </w:r>
      <w:r>
        <w:rPr>
          <w:rFonts w:ascii="Arial" w:hAnsi="Arial" w:eastAsia="Arial"/>
          <w:b w:val="0"/>
          <w:i w:val="0"/>
          <w:color w:val="000000"/>
          <w:sz w:val="14"/>
        </w:rPr>
        <w:t>......</w:t>
      </w:r>
      <w:r>
        <w:rPr>
          <w:rFonts w:ascii="Arial" w:hAnsi="Arial" w:eastAsia="Arial"/>
          <w:b w:val="0"/>
          <w:i w:val="0"/>
          <w:color w:val="000000"/>
          <w:spacing w:val="-18"/>
          <w:sz w:val="14"/>
        </w:rPr>
        <w:t>ppBSBpprBgpe</w:t>
      </w:r>
      <w:r>
        <w:rPr>
          <w:rFonts w:ascii="Arial" w:hAnsi="Arial" w:eastAsia="Arial"/>
          <w:b w:val="0"/>
          <w:i w:val="0"/>
          <w:color w:val="000000"/>
          <w:spacing w:val="-41"/>
          <w:sz w:val="14"/>
        </w:rPr>
        <w:t>lHaga</w:t>
      </w:r>
      <w:r>
        <w:rPr>
          <w:rFonts w:ascii="Times New Roman" w:hAnsi="Times New Roman" w:eastAsia="Times New Roman"/>
          <w:b w:val="0"/>
          <w:color w:val="000000"/>
          <w:spacing w:val="15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34"/>
          <w:sz w:val="14"/>
        </w:rPr>
        <w:t>gp</w:t>
      </w:r>
      <w:r>
        <w:rPr>
          <w:rFonts w:ascii="Times New Roman" w:hAnsi="Times New Roman" w:eastAsia="Times New Roman"/>
          <w:b w:val="0"/>
          <w:color w:val="000000"/>
          <w:spacing w:val="29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p</w:t>
      </w:r>
      <w:r>
        <w:rPr>
          <w:rFonts w:ascii="Times New Roman" w:hAnsi="Times New Roman" w:eastAsia="Times New Roman"/>
          <w:b w:val="0"/>
          <w:color w:val="000000"/>
          <w:spacing w:val="7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2"/>
          <w:sz w:val="14"/>
        </w:rPr>
        <w:t>+</w:t>
      </w:r>
      <w:r>
        <w:rPr>
          <w:rFonts w:ascii="Arial" w:hAnsi="Arial" w:eastAsia="Arial"/>
          <w:b w:val="0"/>
          <w:i w:val="0"/>
          <w:color w:val="000000"/>
          <w:spacing w:val="-56"/>
          <w:sz w:val="14"/>
        </w:rPr>
        <w:t>p</w:t>
      </w:r>
      <w:r>
        <w:rPr>
          <w:rFonts w:ascii="Times New Roman" w:hAnsi="Times New Roman" w:eastAsia="Times New Roman"/>
          <w:b w:val="0"/>
          <w:color w:val="000000"/>
          <w:spacing w:val="23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6"/>
          <w:sz w:val="14"/>
        </w:rPr>
        <w:t>BgsTp</w:t>
      </w:r>
      <w:r>
        <w:rPr>
          <w:rFonts w:ascii="Times New Roman" w:hAnsi="Times New Roman" w:eastAsia="Times New Roman"/>
          <w:b w:val="0"/>
          <w:color w:val="000000"/>
          <w:spacing w:val="79"/>
          <w:sz w:val="1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4"/>
        </w:rPr>
        <w:t>l</w:t>
      </w:r>
      <w:r>
        <w:rPr>
          <w:rFonts w:ascii="Arial" w:hAnsi="Arial" w:eastAsia="Arial"/>
          <w:b w:val="0"/>
          <w:i w:val="0"/>
          <w:color w:val="000000"/>
          <w:sz w:val="14"/>
        </w:rPr>
        <w:t>::$</w:t>
      </w:r>
      <w:r>
        <w:rPr>
          <w:rFonts w:ascii="Arial" w:hAnsi="Arial" w:eastAsia="Arial"/>
          <w:b w:val="0"/>
          <w:i w:val="0"/>
          <w:color w:val="000000"/>
          <w:sz w:val="14"/>
        </w:rPr>
        <w:t>98120</w:t>
      </w:r>
    </w:p>
    <w:p>
      <w:pPr>
        <w:widowControl/>
        <w:wordWrap w:val="0"/>
        <w:autoSpaceDE w:val="0"/>
        <w:autoSpaceDN w:val="0"/>
        <w:spacing w:line="170" w:lineRule="exact" w:before="196" w:after="135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[</w:t>
      </w:r>
      <w:r>
        <w:rPr>
          <w:rFonts w:ascii="Arial" w:hAnsi="Arial" w:eastAsia="Arial"/>
          <w:b w:val="0"/>
          <w:i w:val="0"/>
          <w:color w:val="000000"/>
          <w:sz w:val="17"/>
        </w:rPr>
        <w:t>HVEã</w:t>
      </w:r>
      <w:r>
        <w:rPr>
          <w:rFonts w:ascii="Arial" w:hAnsi="Arial" w:eastAsia="Arial"/>
          <w:b w:val="0"/>
          <w:i w:val="0"/>
          <w:color w:val="000000"/>
          <w:sz w:val="17"/>
        </w:rPr>
        <w:t>?</w:t>
      </w:r>
      <w:r>
        <w:rPr>
          <w:rFonts w:ascii="Arial" w:hAnsi="Arial" w:eastAsia="Arial"/>
          <w:b w:val="0"/>
          <w:i w:val="0"/>
          <w:color w:val="000000"/>
          <w:sz w:val="17"/>
        </w:rPr>
        <w:t>Sor</w:t>
      </w:r>
      <w:r>
        <w:rPr>
          <w:rFonts w:ascii="Arial" w:hAnsi="Arial" w:eastAsia="Arial"/>
          <w:b w:val="0"/>
          <w:i w:val="0"/>
          <w:color w:val="000000"/>
          <w:sz w:val="17"/>
        </w:rPr>
        <w:t>(;</w:t>
      </w:r>
      <w:r>
        <w:rPr>
          <w:rFonts w:ascii="Arial" w:hAnsi="Arial" w:eastAsia="Arial"/>
          <w:b w:val="0"/>
          <w:i w:val="0"/>
          <w:color w:val="000000"/>
          <w:sz w:val="17"/>
        </w:rPr>
        <w:t>ORFRE</w:t>
      </w:r>
      <w:r>
        <w:rPr>
          <w:rFonts w:ascii="Arial" w:hAnsi="Arial" w:eastAsia="Arial"/>
          <w:b w:val="0"/>
          <w:i w:val="0"/>
          <w:color w:val="000000"/>
          <w:sz w:val="17"/>
        </w:rPr>
        <w:t>]</w:t>
      </w:r>
      <w:r>
        <w:rPr>
          <w:rFonts w:ascii="Arial" w:hAnsi="Arial" w:eastAsia="Arial"/>
          <w:b w:val="0"/>
          <w:i w:val="0"/>
          <w:color w:val="000000"/>
          <w:sz w:val="17"/>
        </w:rPr>
        <w:t>o</w:t>
      </w:r>
      <w:r>
        <w:rPr>
          <w:rFonts w:ascii="Arial" w:hAnsi="Arial" w:eastAsia="Arial"/>
          <w:b w:val="0"/>
          <w:i w:val="0"/>
          <w:color w:val="000000"/>
          <w:sz w:val="17"/>
        </w:rPr>
        <w:t>.....</w:t>
      </w:r>
      <w:r>
        <w:rPr>
          <w:rFonts w:ascii="Arial" w:hAnsi="Arial" w:eastAsia="Arial"/>
          <w:b w:val="0"/>
          <w:i w:val="0"/>
          <w:color w:val="000000"/>
          <w:sz w:val="17"/>
        </w:rPr>
        <w:t>B</w:t>
      </w:r>
      <w:r>
        <w:rPr>
          <w:rFonts w:ascii="Arial" w:hAnsi="Arial" w:eastAsia="Arial"/>
          <w:b w:val="0"/>
          <w:i w:val="0"/>
          <w:color w:val="000000"/>
          <w:sz w:val="17"/>
        </w:rPr>
        <w:t>-----+</w:t>
      </w:r>
      <w:r>
        <w:rPr>
          <w:rFonts w:ascii="Arial" w:hAnsi="Arial" w:eastAsia="Arial"/>
          <w:b w:val="0"/>
          <w:i w:val="0"/>
          <w:color w:val="000000"/>
          <w:sz w:val="17"/>
        </w:rPr>
        <w:t>pB</w:t>
      </w:r>
      <w:r>
        <w:rPr>
          <w:rFonts w:ascii="Arial" w:hAnsi="Arial" w:eastAsia="Arial"/>
          <w:b w:val="0"/>
          <w:i w:val="0"/>
          <w:color w:val="000000"/>
          <w:sz w:val="17"/>
        </w:rPr>
        <w:t>#----+</w:t>
      </w:r>
      <w:r>
        <w:rPr>
          <w:rFonts w:ascii="Arial" w:hAnsi="Arial" w:eastAsia="Arial"/>
          <w:b w:val="0"/>
          <w:i w:val="0"/>
          <w:color w:val="000000"/>
          <w:sz w:val="17"/>
        </w:rPr>
        <w:t>er</w:t>
      </w:r>
      <w:r>
        <w:rPr>
          <w:rFonts w:ascii="Arial" w:hAnsi="Arial" w:eastAsia="Arial"/>
          <w:b w:val="0"/>
          <w:i w:val="0"/>
          <w:color w:val="000000"/>
          <w:sz w:val="17"/>
        </w:rPr>
        <w:t>#</w:t>
      </w:r>
      <w:r>
        <w:rPr>
          <w:rFonts w:ascii="Arial" w:hAnsi="Arial" w:eastAsia="Arial"/>
          <w:b w:val="0"/>
          <w:i w:val="0"/>
          <w:color w:val="000000"/>
          <w:sz w:val="17"/>
        </w:rPr>
        <w:t>B</w:t>
      </w:r>
      <w:r>
        <w:rPr>
          <w:rFonts w:ascii="Arial" w:hAnsi="Arial" w:eastAsia="Arial"/>
          <w:b w:val="0"/>
          <w:i w:val="0"/>
          <w:color w:val="000000"/>
          <w:sz w:val="17"/>
        </w:rPr>
        <w:t>-+"</w:t>
      </w:r>
      <w:r>
        <w:rPr>
          <w:rFonts w:ascii="Arial" w:hAnsi="Arial" w:eastAsia="Arial"/>
          <w:b w:val="0"/>
          <w:i w:val="0"/>
          <w:color w:val="000000"/>
          <w:spacing w:val="-46"/>
          <w:sz w:val="17"/>
        </w:rPr>
        <w:t>+</w:t>
      </w:r>
      <w:r>
        <w:rPr>
          <w:rFonts w:ascii="Arial" w:hAnsi="Arial" w:eastAsia="Arial"/>
          <w:b w:val="0"/>
          <w:i w:val="0"/>
          <w:color w:val="000000"/>
          <w:spacing w:val="-1"/>
          <w:sz w:val="17"/>
        </w:rPr>
        <w:t>]</w:t>
      </w:r>
      <w:r>
        <w:rPr>
          <w:rFonts w:ascii="Arial" w:hAnsi="Arial" w:eastAsia="Arial"/>
          <w:b w:val="0"/>
          <w:i w:val="0"/>
          <w:color w:val="000000"/>
          <w:spacing w:val="-93"/>
          <w:sz w:val="17"/>
        </w:rPr>
        <w:t>p</w:t>
      </w:r>
      <w:r>
        <w:rPr>
          <w:rFonts w:ascii="Arial" w:hAnsi="Arial" w:eastAsia="Arial"/>
          <w:b w:val="0"/>
          <w:i w:val="0"/>
          <w:color w:val="000000"/>
          <w:sz w:val="17"/>
        </w:rPr>
        <w:t>i</w:t>
      </w:r>
      <w:r>
        <w:rPr>
          <w:rFonts w:ascii="Arial" w:hAnsi="Arial" w:eastAsia="Arial"/>
          <w:b w:val="0"/>
          <w:i w:val="0"/>
          <w:color w:val="000000"/>
          <w:spacing w:val="-39"/>
          <w:sz w:val="17"/>
        </w:rPr>
        <w:t>$</w:t>
      </w:r>
      <w:r>
        <w:rPr>
          <w:rFonts w:ascii="Arial" w:hAnsi="Arial" w:eastAsia="Arial"/>
          <w:b w:val="0"/>
          <w:i w:val="0"/>
          <w:color w:val="000000"/>
          <w:spacing w:val="-17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pacing w:val="-33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pacing w:val="-61"/>
          <w:sz w:val="17"/>
        </w:rPr>
        <w:t>o</w:t>
      </w:r>
      <w:r>
        <w:rPr>
          <w:rFonts w:ascii="Arial" w:hAnsi="Arial" w:eastAsia="Arial"/>
          <w:b w:val="0"/>
          <w:i w:val="0"/>
          <w:color w:val="000000"/>
          <w:sz w:val="17"/>
        </w:rPr>
        <w:t>i</w:t>
      </w:r>
      <w:r>
        <w:rPr>
          <w:rFonts w:ascii="Arial" w:hAnsi="Arial" w:eastAsia="Arial"/>
          <w:b w:val="0"/>
          <w:i w:val="0"/>
          <w:color w:val="000000"/>
          <w:spacing w:val="-33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pacing w:val="-4"/>
          <w:sz w:val="17"/>
        </w:rPr>
        <w:t>l</w:t>
      </w:r>
      <w:r>
        <w:rPr>
          <w:rFonts w:ascii="Arial" w:hAnsi="Arial" w:eastAsia="Arial"/>
          <w:b w:val="0"/>
          <w:i w:val="0"/>
          <w:color w:val="000000"/>
          <w:spacing w:val="-109"/>
          <w:sz w:val="17"/>
        </w:rPr>
        <w:t>B</w:t>
      </w:r>
      <w:r>
        <w:rPr>
          <w:rFonts w:ascii="Arial" w:hAnsi="Arial" w:eastAsia="Arial"/>
          <w:b w:val="0"/>
          <w:i w:val="0"/>
          <w:color w:val="000000"/>
          <w:sz w:val="17"/>
        </w:rPr>
        <w:t>0</w:t>
      </w:r>
      <w:r>
        <w:rPr>
          <w:rFonts w:ascii="Arial" w:hAnsi="Arial" w:eastAsia="Arial"/>
          <w:b w:val="0"/>
          <w:i w:val="0"/>
          <w:color w:val="000000"/>
          <w:spacing w:val="-80"/>
          <w:sz w:val="17"/>
        </w:rPr>
        <w:t>0</w:t>
      </w:r>
      <w:r>
        <w:rPr>
          <w:rFonts w:ascii="Arial" w:hAnsi="Arial" w:eastAsia="Arial"/>
          <w:b w:val="0"/>
          <w:i w:val="0"/>
          <w:color w:val="000000"/>
          <w:sz w:val="17"/>
        </w:rPr>
        <w:t>--</w:t>
      </w:r>
      <w:r>
        <w:rPr>
          <w:rFonts w:ascii="Arial" w:hAnsi="Arial" w:eastAsia="Arial"/>
          <w:b w:val="0"/>
          <w:i w:val="0"/>
          <w:color w:val="000000"/>
          <w:sz w:val="17"/>
        </w:rPr>
        <w:t>epBp</w:t>
      </w:r>
      <w:r>
        <w:rPr>
          <w:rFonts w:ascii="Arial" w:hAnsi="Arial" w:eastAsia="Arial"/>
          <w:b w:val="0"/>
          <w:i w:val="0"/>
          <w:color w:val="000000"/>
          <w:sz w:val="17"/>
        </w:rPr>
        <w:t>-...'</w:t>
      </w:r>
    </w:p>
    <w:p>
      <w:pPr>
        <w:widowControl/>
        <w:wordWrap w:val="0"/>
        <w:autoSpaceDE w:val="0"/>
        <w:autoSpaceDN w:val="0"/>
        <w:spacing w:line="170" w:lineRule="exact" w:before="270" w:after="123"/>
        <w:ind w:left="12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VALORmAL</w:t>
      </w:r>
      <w:r>
        <w:rPr>
          <w:rFonts w:ascii="Times New Roman" w:hAnsi="Times New Roman" w:eastAsia="Times New Roman"/>
          <w:b w:val="0"/>
          <w:color w:val="000000"/>
          <w:spacing w:val="72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3"/>
          <w:sz w:val="17"/>
        </w:rPr>
        <w:t>QAS</w:t>
      </w:r>
      <w:r>
        <w:rPr>
          <w:rFonts w:ascii="Arial" w:hAnsi="Arial" w:eastAsia="Arial"/>
          <w:b w:val="0"/>
          <w:i w:val="0"/>
          <w:color w:val="000000"/>
          <w:spacing w:val="-18"/>
          <w:sz w:val="17"/>
        </w:rPr>
        <w:t>(</w:t>
      </w:r>
      <w:r>
        <w:rPr>
          <w:rFonts w:ascii="Arial" w:hAnsi="Arial" w:eastAsia="Arial"/>
          <w:b w:val="0"/>
          <w:i w:val="0"/>
          <w:color w:val="000000"/>
          <w:sz w:val="17"/>
        </w:rPr>
        <w:t>x</w:t>
      </w:r>
      <w:r>
        <w:rPr>
          <w:rFonts w:ascii="Arial" w:hAnsi="Arial" w:eastAsia="Arial"/>
          <w:b w:val="0"/>
          <w:i w:val="0"/>
          <w:color w:val="000000"/>
          <w:sz w:val="17"/>
        </w:rPr>
        <w:t>.</w:t>
      </w:r>
      <w:r>
        <w:rPr>
          <w:rFonts w:ascii="Arial" w:hAnsi="Arial" w:eastAsia="Arial"/>
          <w:b w:val="0"/>
          <w:i w:val="0"/>
          <w:color w:val="000000"/>
          <w:sz w:val="17"/>
        </w:rPr>
        <w:t>i</w:t>
      </w:r>
      <w:r>
        <w:rPr>
          <w:rFonts w:ascii="Arial" w:hAnsi="Arial" w:eastAsia="Arial"/>
          <w:b w:val="0"/>
          <w:i w:val="0"/>
          <w:color w:val="000000"/>
          <w:sz w:val="17"/>
        </w:rPr>
        <w:t>"</w:t>
      </w:r>
      <w:r>
        <w:rPr>
          <w:rFonts w:ascii="Arial" w:hAnsi="Arial" w:eastAsia="Arial"/>
          <w:b w:val="0"/>
          <w:i w:val="0"/>
          <w:color w:val="000000"/>
          <w:sz w:val="17"/>
        </w:rPr>
        <w:t>rAS</w:t>
      </w:r>
      <w:r>
        <w:rPr>
          <w:rFonts w:ascii="Times New Roman" w:hAnsi="Times New Roman" w:eastAsia="Times New Roman"/>
          <w:b w:val="0"/>
          <w:color w:val="000000"/>
          <w:spacing w:val="-13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......-----"""-""---""""-'</w:t>
      </w:r>
      <w:r>
        <w:rPr>
          <w:rFonts w:ascii="Times New Roman" w:hAnsi="Times New Roman" w:eastAsia="Times New Roman"/>
          <w:b w:val="0"/>
          <w:color w:val="000000"/>
          <w:spacing w:val="332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31"/>
          <w:sz w:val="17"/>
        </w:rPr>
        <w:t>FB9</w:t>
      </w:r>
      <w:r>
        <w:rPr>
          <w:rFonts w:ascii="Times New Roman" w:hAnsi="Times New Roman" w:eastAsia="Times New Roman"/>
          <w:b w:val="0"/>
          <w:color w:val="000000"/>
          <w:spacing w:val="35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8</w:t>
      </w:r>
      <w:r>
        <w:rPr>
          <w:rFonts w:ascii="Arial" w:hAnsi="Arial" w:eastAsia="Arial"/>
          <w:b w:val="0"/>
          <w:i w:val="0"/>
          <w:color w:val="000000"/>
          <w:sz w:val="17"/>
        </w:rPr>
        <w:t>,</w:t>
      </w:r>
      <w:r>
        <w:rPr>
          <w:rFonts w:ascii="Arial" w:hAnsi="Arial" w:eastAsia="Arial"/>
          <w:b w:val="0"/>
          <w:i w:val="0"/>
          <w:color w:val="000000"/>
          <w:sz w:val="17"/>
        </w:rPr>
        <w:t>20</w:t>
      </w:r>
    </w:p>
    <w:p>
      <w:pPr>
        <w:widowControl/>
        <w:wordWrap w:val="0"/>
        <w:autoSpaceDE w:val="0"/>
        <w:autoSpaceDN w:val="0"/>
        <w:spacing w:line="150" w:lineRule="exact" w:before="245" w:after="133"/>
        <w:ind w:left="12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5"/>
        </w:rPr>
        <w:t>VALOR</w:t>
      </w:r>
      <w:r>
        <w:rPr>
          <w:rFonts w:ascii="Times New Roman" w:hAnsi="Times New Roman" w:eastAsia="Times New Roman"/>
          <w:b w:val="0"/>
          <w:color w:val="000000"/>
          <w:spacing w:val="-6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Do</w:t>
      </w:r>
      <w:r>
        <w:rPr>
          <w:rFonts w:ascii="Times New Roman" w:hAnsi="Times New Roman" w:eastAsia="Times New Roman"/>
          <w:b w:val="0"/>
          <w:color w:val="000000"/>
          <w:spacing w:val="331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'</w:t>
      </w:r>
      <w:r>
        <w:rPr>
          <w:rFonts w:ascii="Times New Roman" w:hAnsi="Times New Roman" w:eastAsia="Times New Roman"/>
          <w:b w:val="0"/>
          <w:color w:val="000000"/>
          <w:spacing w:val="94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ITo</w:t>
      </w:r>
      <w:r>
        <w:rPr>
          <w:rFonts w:ascii="Times New Roman" w:hAnsi="Times New Roman" w:eastAsia="Times New Roman"/>
          <w:b w:val="0"/>
          <w:color w:val="000000"/>
          <w:spacing w:val="26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a</w:t>
      </w:r>
      <w:r>
        <w:rPr>
          <w:rFonts w:ascii="Arial" w:hAnsi="Arial" w:eastAsia="Arial"/>
          <w:b w:val="0"/>
          <w:i w:val="0"/>
          <w:color w:val="000000"/>
          <w:sz w:val="15"/>
        </w:rPr>
        <w:t>.</w:t>
      </w:r>
      <w:r>
        <w:rPr>
          <w:rFonts w:ascii="Arial" w:hAnsi="Arial" w:eastAsia="Arial"/>
          <w:b w:val="0"/>
          <w:i w:val="0"/>
          <w:color w:val="000000"/>
          <w:spacing w:val="-45"/>
          <w:sz w:val="15"/>
        </w:rPr>
        <w:t>BBgaenpH</w:t>
      </w:r>
      <w:r>
        <w:rPr>
          <w:rFonts w:ascii="Arial" w:hAnsi="Arial" w:eastAsia="Arial"/>
          <w:b w:val="0"/>
          <w:i w:val="0"/>
          <w:color w:val="000000"/>
          <w:spacing w:val="-54"/>
          <w:sz w:val="15"/>
        </w:rPr>
        <w:t>BRnpeHB</w:t>
      </w:r>
      <w:r>
        <w:rPr>
          <w:rFonts w:ascii="Times New Roman" w:hAnsi="Times New Roman" w:eastAsia="Times New Roman"/>
          <w:b w:val="0"/>
          <w:color w:val="000000"/>
          <w:spacing w:val="39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67"/>
          <w:sz w:val="15"/>
        </w:rPr>
        <w:t>PHT</w:t>
      </w:r>
      <w:r>
        <w:rPr>
          <w:rFonts w:ascii="Arial" w:hAnsi="Arial" w:eastAsia="Arial"/>
          <w:b w:val="0"/>
          <w:i w:val="0"/>
          <w:color w:val="000000"/>
          <w:spacing w:val="-57"/>
          <w:sz w:val="15"/>
        </w:rPr>
        <w:t>ePaaB</w:t>
      </w:r>
      <w:r>
        <w:rPr>
          <w:rFonts w:ascii="Times New Roman" w:hAnsi="Times New Roman" w:eastAsia="Times New Roman"/>
          <w:b w:val="0"/>
          <w:color w:val="000000"/>
          <w:spacing w:val="23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69"/>
          <w:sz w:val="15"/>
        </w:rPr>
        <w:t>pHP</w:t>
      </w:r>
      <w:r>
        <w:rPr>
          <w:rFonts w:ascii="Times New Roman" w:hAnsi="Times New Roman" w:eastAsia="Times New Roman"/>
          <w:b w:val="0"/>
          <w:color w:val="000000"/>
          <w:spacing w:val="4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80"/>
          <w:sz w:val="15"/>
        </w:rPr>
        <w:t>n</w:t>
      </w:r>
      <w:r>
        <w:rPr>
          <w:rFonts w:ascii="Times New Roman" w:hAnsi="Times New Roman" w:eastAsia="Times New Roman"/>
          <w:b w:val="0"/>
          <w:color w:val="000000"/>
          <w:spacing w:val="54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RannB</w:t>
      </w:r>
      <w:r>
        <w:rPr>
          <w:rFonts w:ascii="Arial" w:hAnsi="Arial" w:eastAsia="Arial"/>
          <w:b w:val="0"/>
          <w:i w:val="0"/>
          <w:color w:val="000000"/>
          <w:spacing w:val="-41"/>
          <w:sz w:val="15"/>
        </w:rPr>
        <w:t>#-</w:t>
      </w:r>
      <w:r>
        <w:rPr>
          <w:rFonts w:ascii="Arial" w:hAnsi="Arial" w:eastAsia="Arial"/>
          <w:b w:val="0"/>
          <w:i w:val="0"/>
          <w:color w:val="000000"/>
          <w:spacing w:val="-44"/>
          <w:sz w:val="15"/>
        </w:rPr>
        <w:t>ePnBe</w:t>
      </w:r>
      <w:r>
        <w:rPr>
          <w:rFonts w:ascii="Arial" w:hAnsi="Arial" w:eastAsia="Arial"/>
          <w:b w:val="0"/>
          <w:i w:val="0"/>
          <w:color w:val="000000"/>
          <w:spacing w:val="-12"/>
          <w:sz w:val="15"/>
        </w:rPr>
        <w:t>-</w:t>
      </w:r>
      <w:r>
        <w:rPr>
          <w:rFonts w:ascii="Arial" w:hAnsi="Arial" w:eastAsia="Arial"/>
          <w:b w:val="0"/>
          <w:i w:val="0"/>
          <w:color w:val="000000"/>
          <w:spacing w:val="-28"/>
          <w:sz w:val="15"/>
        </w:rPr>
        <w:t>lol</w:t>
      </w:r>
      <w:r>
        <w:rPr>
          <w:rFonts w:ascii="Arial" w:hAnsi="Arial" w:eastAsia="Arial"/>
          <w:b w:val="0"/>
          <w:i w:val="0"/>
          <w:color w:val="000000"/>
          <w:spacing w:val="-55"/>
          <w:sz w:val="15"/>
        </w:rPr>
        <w:t>$</w:t>
      </w:r>
      <w:r>
        <w:rPr>
          <w:rFonts w:ascii="Times New Roman" w:hAnsi="Times New Roman" w:eastAsia="Times New Roman"/>
          <w:b w:val="0"/>
          <w:color w:val="000000"/>
          <w:spacing w:val="67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100loo</w:t>
      </w:r>
    </w:p>
    <w:p>
      <w:pPr>
        <w:widowControl/>
        <w:wordWrap w:val="0"/>
        <w:autoSpaceDE w:val="0"/>
        <w:autoSpaceDN w:val="0"/>
        <w:spacing w:line="180" w:lineRule="exact" w:before="266" w:after="104"/>
        <w:ind w:left="12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pacing w:val="-17"/>
          <w:sz w:val="18"/>
        </w:rPr>
        <w:t>saldop</w:t>
      </w:r>
      <w:r>
        <w:rPr>
          <w:rFonts w:ascii="Times New Roman" w:hAnsi="Times New Roman" w:eastAsia="Times New Roman"/>
          <w:b w:val="0"/>
          <w:color w:val="000000"/>
          <w:spacing w:val="4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5"/>
          <w:sz w:val="18"/>
        </w:rPr>
        <w:t>arar</w:t>
      </w:r>
      <w:r>
        <w:rPr>
          <w:rFonts w:ascii="Times New Roman" w:hAnsi="Times New Roman" w:eastAsia="Times New Roman"/>
          <w:b w:val="0"/>
          <w:color w:val="000000"/>
          <w:spacing w:val="1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1"/>
          <w:sz w:val="18"/>
        </w:rPr>
        <w:t>estituira</w:t>
      </w:r>
      <w:r>
        <w:rPr>
          <w:rFonts w:ascii="Times New Roman" w:hAnsi="Times New Roman" w:eastAsia="Times New Roman"/>
          <w:b w:val="0"/>
          <w:color w:val="000000"/>
          <w:spacing w:val="4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5"/>
          <w:sz w:val="18"/>
        </w:rPr>
        <w:t>oc</w:t>
      </w:r>
      <w:r>
        <w:rPr>
          <w:rFonts w:ascii="Times New Roman" w:hAnsi="Times New Roman" w:eastAsia="Times New Roman"/>
          <w:b w:val="0"/>
          <w:color w:val="000000"/>
          <w:spacing w:val="4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liente</w:t>
      </w:r>
      <w:r>
        <w:rPr>
          <w:rFonts w:ascii="Arial" w:hAnsi="Arial" w:eastAsia="Arial"/>
          <w:b w:val="0"/>
          <w:i w:val="0"/>
          <w:color w:val="000000"/>
          <w:sz w:val="18"/>
        </w:rPr>
        <w:t>-</w:t>
      </w:r>
      <w:r>
        <w:rPr>
          <w:rFonts w:ascii="Arial" w:hAnsi="Arial" w:eastAsia="Arial"/>
          <w:b w:val="0"/>
          <w:i w:val="0"/>
          <w:color w:val="000000"/>
          <w:sz w:val="18"/>
        </w:rPr>
        <w:t>«</w:t>
      </w:r>
      <w:r>
        <w:rPr>
          <w:rFonts w:ascii="Arial" w:hAnsi="Arial" w:eastAsia="Arial"/>
          <w:b w:val="0"/>
          <w:i w:val="0"/>
          <w:color w:val="000000"/>
          <w:sz w:val="18"/>
        </w:rPr>
        <w:t>....""""""-"-""""""""--"-"""....:</w:t>
      </w:r>
      <w:r>
        <w:rPr>
          <w:rFonts w:ascii="Times New Roman" w:hAnsi="Times New Roman" w:eastAsia="Times New Roman"/>
          <w:b w:val="0"/>
          <w:color w:val="000000"/>
          <w:spacing w:val="51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=</w:t>
      </w:r>
      <w:r>
        <w:rPr>
          <w:rFonts w:ascii="Times New Roman" w:hAnsi="Times New Roman" w:eastAsia="Times New Roman"/>
          <w:b w:val="0"/>
          <w:color w:val="000000"/>
          <w:spacing w:val="-10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5"/>
          <w:sz w:val="18"/>
        </w:rPr>
        <w:t>FB</w:t>
      </w:r>
      <w:r>
        <w:rPr>
          <w:rFonts w:ascii="Arial" w:hAnsi="Arial" w:eastAsia="Arial"/>
          <w:b w:val="0"/>
          <w:i w:val="0"/>
          <w:color w:val="000000"/>
          <w:spacing w:val="-30"/>
          <w:sz w:val="18"/>
        </w:rPr>
        <w:t>-</w:t>
      </w:r>
      <w:r>
        <w:rPr>
          <w:rFonts w:ascii="Times New Roman" w:hAnsi="Times New Roman" w:eastAsia="Times New Roman"/>
          <w:b w:val="0"/>
          <w:color w:val="000000"/>
          <w:spacing w:val="-1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0"/>
          <w:sz w:val="18"/>
        </w:rPr>
        <w:t>1</w:t>
      </w:r>
      <w:r>
        <w:rPr>
          <w:rFonts w:ascii="Arial" w:hAnsi="Arial" w:eastAsia="Arial"/>
          <w:b w:val="0"/>
          <w:i w:val="0"/>
          <w:color w:val="000000"/>
          <w:spacing w:val="-30"/>
          <w:sz w:val="18"/>
        </w:rPr>
        <w:t>,</w:t>
      </w:r>
      <w:r>
        <w:rPr>
          <w:rFonts w:ascii="Times New Roman" w:hAnsi="Times New Roman" w:eastAsia="Times New Roman"/>
          <w:b w:val="0"/>
          <w:color w:val="000000"/>
          <w:spacing w:val="-1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80</w:t>
      </w:r>
    </w:p>
    <w:p>
      <w:pPr>
        <w:widowControl/>
        <w:wordWrap w:val="0"/>
        <w:autoSpaceDE w:val="0"/>
        <w:autoSpaceDN w:val="0"/>
        <w:spacing w:line="170" w:lineRule="exact" w:before="208" w:after="186"/>
        <w:ind w:left="1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Fimç4X</w:t>
      </w:r>
      <w:r>
        <w:rPr>
          <w:rFonts w:ascii="Arial" w:hAnsi="Arial" w:eastAsia="Arial"/>
          <w:b w:val="0"/>
          <w:i w:val="0"/>
          <w:color w:val="000000"/>
          <w:sz w:val="17"/>
        </w:rPr>
        <w:t>)</w:t>
      </w:r>
      <w:r>
        <w:rPr>
          <w:rFonts w:ascii="Times New Roman" w:hAnsi="Times New Roman" w:eastAsia="Times New Roman"/>
          <w:b w:val="0"/>
          <w:color w:val="000000"/>
          <w:spacing w:val="125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l</w:t>
      </w:r>
      <w:r>
        <w:rPr>
          <w:rFonts w:ascii="Arial" w:hAnsi="Arial" w:eastAsia="Arial"/>
          <w:b w:val="0"/>
          <w:i w:val="0"/>
          <w:color w:val="000000"/>
          <w:sz w:val="17"/>
        </w:rPr>
        <w:t>&amp;.</w:t>
      </w:r>
      <w:r>
        <w:rPr>
          <w:rFonts w:ascii="Arial" w:hAnsi="Arial" w:eastAsia="Arial"/>
          <w:b w:val="0"/>
          <w:i w:val="0"/>
          <w:color w:val="000000"/>
          <w:sz w:val="17"/>
        </w:rPr>
        <w:t>lytE3</w:t>
      </w:r>
      <w:r>
        <w:rPr>
          <w:rFonts w:ascii="Arial" w:hAnsi="Arial" w:eastAsia="Arial"/>
          <w:b w:val="0"/>
          <w:i w:val="0"/>
          <w:color w:val="000000"/>
          <w:sz w:val="17"/>
        </w:rPr>
        <w:t>:</w:t>
      </w:r>
      <w:r>
        <w:rPr>
          <w:rFonts w:ascii="Arial" w:hAnsi="Arial" w:eastAsia="Arial"/>
          <w:b w:val="0"/>
          <w:i w:val="0"/>
          <w:color w:val="000000"/>
          <w:sz w:val="17"/>
        </w:rPr>
        <w:t>K</w:t>
      </w:r>
      <w:r>
        <w:rPr>
          <w:rFonts w:ascii="Arial" w:hAnsi="Arial" w:eastAsia="Arial"/>
          <w:b w:val="0"/>
          <w:i w:val="0"/>
          <w:color w:val="000000"/>
          <w:sz w:val="17"/>
        </w:rPr>
        <w:t>)......#</w:t>
      </w:r>
      <w:r>
        <w:rPr>
          <w:rFonts w:ascii="Arial" w:hAnsi="Arial" w:eastAsia="Arial"/>
          <w:b w:val="0"/>
          <w:i w:val="0"/>
          <w:color w:val="000000"/>
          <w:sz w:val="17"/>
        </w:rPr>
        <w:t>4</w:t>
      </w:r>
      <w:r>
        <w:rPr>
          <w:rFonts w:ascii="Arial" w:hAnsi="Arial" w:eastAsia="Arial"/>
          <w:b w:val="0"/>
          <w:i w:val="0"/>
          <w:color w:val="000000"/>
          <w:sz w:val="17"/>
        </w:rPr>
        <w:t>-"---</w:t>
      </w:r>
      <w:r>
        <w:rPr>
          <w:rFonts w:ascii="Arial" w:hAnsi="Arial" w:eastAsia="Arial"/>
          <w:b w:val="0"/>
          <w:i w:val="0"/>
          <w:color w:val="000000"/>
          <w:sz w:val="17"/>
        </w:rPr>
        <w:t>r</w:t>
      </w:r>
      <w:r>
        <w:rPr>
          <w:rFonts w:ascii="Arial" w:hAnsi="Arial" w:eastAsia="Arial"/>
          <w:b w:val="0"/>
          <w:i w:val="0"/>
          <w:color w:val="000000"/>
          <w:spacing w:val="-84"/>
          <w:sz w:val="17"/>
        </w:rPr>
        <w:t>p</w:t>
      </w:r>
      <w:r>
        <w:rPr>
          <w:rFonts w:ascii="Arial" w:hAnsi="Arial" w:eastAsia="Arial"/>
          <w:b w:val="0"/>
          <w:i w:val="0"/>
          <w:color w:val="000000"/>
          <w:sz w:val="17"/>
        </w:rPr>
        <w:t>r</w:t>
      </w:r>
      <w:r>
        <w:rPr>
          <w:rFonts w:ascii="Arial" w:hAnsi="Arial" w:eastAsia="Arial"/>
          <w:b w:val="0"/>
          <w:i w:val="0"/>
          <w:color w:val="000000"/>
          <w:spacing w:val="-86"/>
          <w:sz w:val="17"/>
        </w:rPr>
        <w:t>B</w:t>
      </w:r>
      <w:r>
        <w:rPr>
          <w:rFonts w:ascii="Arial" w:hAnsi="Arial" w:eastAsia="Arial"/>
          <w:b w:val="0"/>
          <w:i w:val="0"/>
          <w:color w:val="000000"/>
          <w:sz w:val="17"/>
        </w:rPr>
        <w:t>"</w:t>
      </w:r>
      <w:r>
        <w:rPr>
          <w:rFonts w:ascii="Arial" w:hAnsi="Arial" w:eastAsia="Arial"/>
          <w:b w:val="0"/>
          <w:i w:val="0"/>
          <w:color w:val="000000"/>
          <w:spacing w:val="-69"/>
          <w:sz w:val="17"/>
        </w:rPr>
        <w:t>p</w:t>
      </w:r>
      <w:r>
        <w:rPr>
          <w:rFonts w:ascii="Arial" w:hAnsi="Arial" w:eastAsia="Arial"/>
          <w:b w:val="0"/>
          <w:i w:val="0"/>
          <w:color w:val="000000"/>
          <w:spacing w:val="-103"/>
          <w:sz w:val="17"/>
        </w:rPr>
        <w:t>B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pacing w:val="-50"/>
          <w:sz w:val="17"/>
        </w:rPr>
        <w:t>p</w:t>
      </w:r>
      <w:r>
        <w:rPr>
          <w:rFonts w:ascii="Arial" w:hAnsi="Arial" w:eastAsia="Arial"/>
          <w:b w:val="0"/>
          <w:i w:val="0"/>
          <w:color w:val="000000"/>
          <w:spacing w:val="-97"/>
          <w:sz w:val="17"/>
        </w:rPr>
        <w:t>P</w:t>
      </w:r>
      <w:r>
        <w:rPr>
          <w:rFonts w:ascii="Arial" w:hAnsi="Arial" w:eastAsia="Arial"/>
          <w:b w:val="0"/>
          <w:i w:val="0"/>
          <w:color w:val="000000"/>
          <w:spacing w:val="-61"/>
          <w:sz w:val="17"/>
        </w:rPr>
        <w:t>4</w:t>
      </w:r>
      <w:r>
        <w:rPr>
          <w:rFonts w:ascii="Arial" w:hAnsi="Arial" w:eastAsia="Arial"/>
          <w:b w:val="0"/>
          <w:i w:val="0"/>
          <w:color w:val="000000"/>
          <w:spacing w:val="-33"/>
          <w:sz w:val="17"/>
        </w:rPr>
        <w:t>q</w:t>
      </w:r>
      <w:r>
        <w:rPr>
          <w:rFonts w:ascii="Arial" w:hAnsi="Arial" w:eastAsia="Arial"/>
          <w:b w:val="0"/>
          <w:i w:val="0"/>
          <w:color w:val="000000"/>
          <w:spacing w:val="-92"/>
          <w:sz w:val="17"/>
        </w:rPr>
        <w:t>6</w:t>
      </w:r>
      <w:r>
        <w:rPr>
          <w:rFonts w:ascii="Times New Roman" w:hAnsi="Times New Roman" w:eastAsia="Times New Roman"/>
          <w:b w:val="0"/>
          <w:color w:val="000000"/>
          <w:spacing w:val="-11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7"/>
          <w:sz w:val="17"/>
        </w:rPr>
        <w:t>p9</w:t>
      </w:r>
      <w:r>
        <w:rPr>
          <w:rFonts w:ascii="Times New Roman" w:hAnsi="Times New Roman" w:eastAsia="Times New Roman"/>
          <w:b w:val="0"/>
          <w:color w:val="000000"/>
          <w:spacing w:val="19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54</w:t>
      </w:r>
      <w:r>
        <w:rPr>
          <w:rFonts w:ascii="Arial" w:hAnsi="Arial" w:eastAsia="Arial"/>
          <w:b w:val="0"/>
          <w:i w:val="0"/>
          <w:color w:val="000000"/>
          <w:sz w:val="17"/>
        </w:rPr>
        <w:t>.</w:t>
      </w:r>
    </w:p>
    <w:p>
      <w:pPr>
        <w:widowControl/>
        <w:wordWrap w:val="0"/>
        <w:autoSpaceDE w:val="0"/>
        <w:autoSpaceDN w:val="0"/>
        <w:spacing w:line="270" w:lineRule="exact" w:before="372" w:after="13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Declaro</w:t>
      </w:r>
      <w:r>
        <w:rPr>
          <w:rFonts w:ascii="Times New Roman" w:hAnsi="Times New Roman" w:eastAsia="Times New Roman"/>
          <w:b w:val="0"/>
          <w:color w:val="000000"/>
          <w:spacing w:val="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que</w:t>
      </w:r>
      <w:r>
        <w:rPr>
          <w:rFonts w:ascii="Times New Roman" w:hAnsi="Times New Roman" w:eastAsia="Times New Roman"/>
          <w:b w:val="0"/>
          <w:color w:val="000000"/>
          <w:spacing w:val="2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nesta</w:t>
      </w:r>
      <w:r>
        <w:rPr>
          <w:rFonts w:ascii="Times New Roman" w:hAnsi="Times New Roman" w:eastAsia="Times New Roman"/>
          <w:b w:val="0"/>
          <w:color w:val="000000"/>
          <w:spacing w:val="1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data</w:t>
      </w:r>
      <w:r>
        <w:rPr>
          <w:rFonts w:ascii="Arial" w:hAnsi="Arial" w:eastAsia="Arial"/>
          <w:b w:val="0"/>
          <w:i w:val="0"/>
          <w:color w:val="000000"/>
          <w:sz w:val="27"/>
        </w:rPr>
        <w:t>,</w:t>
      </w:r>
      <w:r>
        <w:rPr>
          <w:rFonts w:ascii="Times New Roman" w:hAnsi="Times New Roman" w:eastAsia="Times New Roman"/>
          <w:b w:val="0"/>
          <w:color w:val="000000"/>
          <w:spacing w:val="1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recebi</w:t>
      </w:r>
      <w:r>
        <w:rPr>
          <w:rFonts w:ascii="Times New Roman" w:hAnsi="Times New Roman" w:eastAsia="Times New Roman"/>
          <w:b w:val="0"/>
          <w:color w:val="000000"/>
          <w:spacing w:val="1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a</w:t>
      </w:r>
      <w:r>
        <w:rPr>
          <w:rFonts w:ascii="Times New Roman" w:hAnsi="Times New Roman" w:eastAsia="Times New Roman"/>
          <w:b w:val="0"/>
          <w:color w:val="000000"/>
          <w:spacing w:val="2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la</w:t>
      </w:r>
      <w:r>
        <w:rPr>
          <w:rFonts w:ascii="Arial" w:hAnsi="Arial" w:eastAsia="Arial"/>
          <w:b w:val="0"/>
          <w:i w:val="0"/>
          <w:color w:val="000000"/>
          <w:sz w:val="27"/>
        </w:rPr>
        <w:t>.</w:t>
      </w:r>
      <w:r>
        <w:rPr>
          <w:rFonts w:ascii="Times New Roman" w:hAnsi="Times New Roman" w:eastAsia="Times New Roman"/>
          <w:b w:val="0"/>
          <w:color w:val="000000"/>
          <w:spacing w:val="6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via</w:t>
      </w:r>
      <w:r>
        <w:rPr>
          <w:rFonts w:ascii="Times New Roman" w:hAnsi="Times New Roman" w:eastAsia="Times New Roman"/>
          <w:b w:val="0"/>
          <w:color w:val="000000"/>
          <w:spacing w:val="2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deste</w:t>
      </w:r>
      <w:r>
        <w:rPr>
          <w:rFonts w:ascii="Times New Roman" w:hAnsi="Times New Roman" w:eastAsia="Times New Roman"/>
          <w:b w:val="0"/>
          <w:color w:val="000000"/>
          <w:spacing w:val="1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recibo</w:t>
      </w:r>
      <w:r>
        <w:rPr>
          <w:rFonts w:ascii="Times New Roman" w:hAnsi="Times New Roman" w:eastAsia="Times New Roman"/>
          <w:b w:val="0"/>
          <w:color w:val="000000"/>
          <w:spacing w:val="3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e</w:t>
      </w:r>
      <w:r>
        <w:rPr>
          <w:rFonts w:ascii="Times New Roman" w:hAnsi="Times New Roman" w:eastAsia="Times New Roman"/>
          <w:b w:val="0"/>
          <w:color w:val="000000"/>
          <w:spacing w:val="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documento</w:t>
      </w:r>
      <w:r>
        <w:rPr>
          <w:rFonts w:ascii="Times New Roman" w:hAnsi="Times New Roman" w:eastAsia="Times New Roman"/>
          <w:b w:val="0"/>
          <w:color w:val="000000"/>
          <w:spacing w:val="5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registrado</w:t>
      </w:r>
    </w:p>
    <w:p>
      <w:pPr>
        <w:widowControl/>
        <w:wordWrap w:val="0"/>
        <w:autoSpaceDE w:val="0"/>
        <w:autoSpaceDN w:val="0"/>
        <w:spacing w:line="270" w:lineRule="exact" w:before="270" w:after="1430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DATA</w:t>
      </w:r>
      <w:r>
        <w:rPr>
          <w:rFonts w:ascii="Arial" w:hAnsi="Arial" w:eastAsia="Arial"/>
          <w:b w:val="0"/>
          <w:i w:val="0"/>
          <w:color w:val="000000"/>
          <w:sz w:val="27"/>
        </w:rPr>
        <w:t>:</w:t>
      </w:r>
      <w:r>
        <w:rPr>
          <w:rFonts w:ascii="Times New Roman" w:hAnsi="Times New Roman" w:eastAsia="Times New Roman"/>
          <w:b w:val="0"/>
          <w:color w:val="000000"/>
          <w:spacing w:val="69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/</w:t>
      </w:r>
      <w:r>
        <w:rPr>
          <w:rFonts w:ascii="Times New Roman" w:hAnsi="Times New Roman" w:eastAsia="Times New Roman"/>
          <w:b w:val="0"/>
          <w:color w:val="000000"/>
          <w:spacing w:val="65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/</w:t>
      </w:r>
      <w:r>
        <w:rPr>
          <w:rFonts w:ascii="Times New Roman" w:hAnsi="Times New Roman" w:eastAsia="Times New Roman"/>
          <w:b w:val="0"/>
          <w:color w:val="000000"/>
          <w:spacing w:val="73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Nome</w:t>
      </w:r>
    </w:p>
    <w:p>
      <w:pPr>
        <w:widowControl/>
        <w:wordWrap w:val="0"/>
        <w:autoSpaceDE w:val="0"/>
        <w:autoSpaceDN w:val="0"/>
        <w:spacing w:line="230" w:lineRule="exact" w:before="2861" w:after="110"/>
        <w:ind w:left="2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3"/>
        </w:rPr>
        <w:t>Oes</w:t>
      </w:r>
      <w:r>
        <w:rPr>
          <w:rFonts w:ascii="Arial" w:hAnsi="Arial" w:eastAsia="Arial"/>
          <w:b w:val="0"/>
          <w:i w:val="0"/>
          <w:color w:val="000000"/>
          <w:sz w:val="23"/>
        </w:rPr>
        <w:t>)</w:t>
      </w:r>
      <w:r>
        <w:rPr>
          <w:rFonts w:ascii="Arial" w:hAnsi="Arial" w:eastAsia="Arial"/>
          <w:b w:val="0"/>
          <w:i w:val="0"/>
          <w:color w:val="000000"/>
          <w:sz w:val="23"/>
        </w:rPr>
        <w:t>selo</w:t>
      </w:r>
      <w:r>
        <w:rPr>
          <w:rFonts w:ascii="Arial" w:hAnsi="Arial" w:eastAsia="Arial"/>
          <w:b w:val="0"/>
          <w:i w:val="0"/>
          <w:color w:val="000000"/>
          <w:sz w:val="23"/>
        </w:rPr>
        <w:t>(</w:t>
      </w:r>
      <w:r>
        <w:rPr>
          <w:rFonts w:ascii="Arial" w:hAnsi="Arial" w:eastAsia="Arial"/>
          <w:b w:val="0"/>
          <w:i w:val="0"/>
          <w:color w:val="000000"/>
          <w:sz w:val="23"/>
        </w:rPr>
        <w:t>s</w:t>
      </w:r>
      <w:r>
        <w:rPr>
          <w:rFonts w:ascii="Arial" w:hAnsi="Arial" w:eastAsia="Arial"/>
          <w:b w:val="0"/>
          <w:i w:val="0"/>
          <w:color w:val="000000"/>
          <w:sz w:val="23"/>
        </w:rPr>
        <w:t>)</w:t>
      </w:r>
      <w:r>
        <w:rPr>
          <w:rFonts w:ascii="Times New Roman" w:hAnsi="Times New Roman" w:eastAsia="Times New Roman"/>
          <w:b w:val="0"/>
          <w:color w:val="000000"/>
          <w:spacing w:val="-7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digital</w:t>
      </w:r>
      <w:r>
        <w:rPr>
          <w:rFonts w:ascii="Arial" w:hAnsi="Arial" w:eastAsia="Arial"/>
          <w:b w:val="0"/>
          <w:i w:val="0"/>
          <w:color w:val="000000"/>
          <w:sz w:val="23"/>
        </w:rPr>
        <w:t>(</w:t>
      </w:r>
      <w:r>
        <w:rPr>
          <w:rFonts w:ascii="Arial" w:hAnsi="Arial" w:eastAsia="Arial"/>
          <w:b w:val="0"/>
          <w:i w:val="0"/>
          <w:color w:val="000000"/>
          <w:sz w:val="23"/>
        </w:rPr>
        <w:t>is</w:t>
      </w:r>
      <w:r>
        <w:rPr>
          <w:rFonts w:ascii="Arial" w:hAnsi="Arial" w:eastAsia="Arial"/>
          <w:b w:val="0"/>
          <w:i w:val="0"/>
          <w:color w:val="000000"/>
          <w:sz w:val="23"/>
        </w:rPr>
        <w:t>)</w:t>
      </w:r>
      <w:r>
        <w:rPr>
          <w:rFonts w:ascii="Times New Roman" w:hAnsi="Times New Roman" w:eastAsia="Times New Roman"/>
          <w:b w:val="0"/>
          <w:color w:val="000000"/>
          <w:spacing w:val="63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abaixo</w:t>
      </w:r>
      <w:r>
        <w:rPr>
          <w:rFonts w:ascii="Times New Roman" w:hAnsi="Times New Roman" w:eastAsia="Times New Roman"/>
          <w:b w:val="0"/>
          <w:color w:val="000000"/>
          <w:spacing w:val="5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poderá</w:t>
      </w:r>
      <w:r>
        <w:rPr>
          <w:rFonts w:ascii="Arial" w:hAnsi="Arial" w:eastAsia="Arial"/>
          <w:b w:val="0"/>
          <w:i w:val="0"/>
          <w:color w:val="000000"/>
          <w:sz w:val="23"/>
        </w:rPr>
        <w:t>(</w:t>
      </w:r>
      <w:r>
        <w:rPr>
          <w:rFonts w:ascii="Arial" w:hAnsi="Arial" w:eastAsia="Arial"/>
          <w:b w:val="0"/>
          <w:i w:val="0"/>
          <w:color w:val="000000"/>
          <w:sz w:val="23"/>
        </w:rPr>
        <w:t>ão</w:t>
      </w:r>
      <w:r>
        <w:rPr>
          <w:rFonts w:ascii="Arial" w:hAnsi="Arial" w:eastAsia="Arial"/>
          <w:b w:val="0"/>
          <w:i w:val="0"/>
          <w:color w:val="000000"/>
          <w:sz w:val="23"/>
        </w:rPr>
        <w:t>)</w:t>
      </w:r>
      <w:r>
        <w:rPr>
          <w:rFonts w:ascii="Arial" w:hAnsi="Arial" w:eastAsia="Arial"/>
          <w:b w:val="0"/>
          <w:i w:val="0"/>
          <w:color w:val="000000"/>
          <w:sz w:val="23"/>
        </w:rPr>
        <w:t>ser</w:t>
      </w:r>
      <w:r>
        <w:rPr>
          <w:rFonts w:ascii="Arial" w:hAnsi="Arial" w:eastAsia="Arial"/>
          <w:b w:val="0"/>
          <w:i w:val="0"/>
          <w:color w:val="000000"/>
          <w:sz w:val="23"/>
        </w:rPr>
        <w:t>(</w:t>
      </w:r>
      <w:r>
        <w:rPr>
          <w:rFonts w:ascii="Arial" w:hAnsi="Arial" w:eastAsia="Arial"/>
          <w:b w:val="0"/>
          <w:i w:val="0"/>
          <w:color w:val="000000"/>
          <w:sz w:val="23"/>
        </w:rPr>
        <w:t>em</w:t>
      </w:r>
      <w:r>
        <w:rPr>
          <w:rFonts w:ascii="Arial" w:hAnsi="Arial" w:eastAsia="Arial"/>
          <w:b w:val="0"/>
          <w:i w:val="0"/>
          <w:color w:val="000000"/>
          <w:sz w:val="23"/>
        </w:rPr>
        <w:t>)</w:t>
      </w:r>
      <w:r>
        <w:rPr>
          <w:rFonts w:ascii="Arial" w:hAnsi="Arial" w:eastAsia="Arial"/>
          <w:b w:val="0"/>
          <w:i w:val="0"/>
          <w:color w:val="000000"/>
          <w:sz w:val="23"/>
        </w:rPr>
        <w:t>consultado</w:t>
      </w:r>
      <w:r>
        <w:rPr>
          <w:rFonts w:ascii="Arial" w:hAnsi="Arial" w:eastAsia="Arial"/>
          <w:b w:val="0"/>
          <w:i w:val="0"/>
          <w:color w:val="000000"/>
          <w:sz w:val="23"/>
        </w:rPr>
        <w:t>(</w:t>
      </w:r>
      <w:r>
        <w:rPr>
          <w:rFonts w:ascii="Arial" w:hAnsi="Arial" w:eastAsia="Arial"/>
          <w:b w:val="0"/>
          <w:i w:val="0"/>
          <w:color w:val="000000"/>
          <w:sz w:val="23"/>
        </w:rPr>
        <w:t>s</w:t>
      </w:r>
      <w:r>
        <w:rPr>
          <w:rFonts w:ascii="Arial" w:hAnsi="Arial" w:eastAsia="Arial"/>
          <w:b w:val="0"/>
          <w:i w:val="0"/>
          <w:color w:val="000000"/>
          <w:sz w:val="23"/>
        </w:rPr>
        <w:t>)</w:t>
      </w:r>
      <w:r>
        <w:rPr>
          <w:rFonts w:ascii="Times New Roman" w:hAnsi="Times New Roman" w:eastAsia="Times New Roman"/>
          <w:b w:val="0"/>
          <w:color w:val="000000"/>
          <w:spacing w:val="-18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no</w:t>
      </w:r>
      <w:r>
        <w:rPr>
          <w:rFonts w:ascii="Times New Roman" w:hAnsi="Times New Roman" w:eastAsia="Times New Roman"/>
          <w:b w:val="0"/>
          <w:color w:val="000000"/>
          <w:spacing w:val="7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site</w:t>
      </w:r>
      <w:r>
        <w:rPr>
          <w:rFonts w:ascii="Arial" w:hAnsi="Arial" w:eastAsia="Arial"/>
          <w:b w:val="0"/>
          <w:i w:val="0"/>
          <w:color w:val="000000"/>
          <w:sz w:val="23"/>
        </w:rPr>
        <w:t>:</w:t>
      </w:r>
    </w:p>
    <w:p>
      <w:pPr>
        <w:widowControl/>
        <w:wordWrap w:val="0"/>
        <w:autoSpaceDE w:val="0"/>
        <w:autoSpaceDN w:val="0"/>
        <w:spacing w:line="190" w:lineRule="exact" w:before="221" w:after="0"/>
        <w:ind w:left="39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pacing w:val="-53"/>
          <w:sz w:val="19"/>
        </w:rPr>
        <w:t>11</w:t>
      </w:r>
      <w:r>
        <w:rPr>
          <w:rFonts w:ascii="Times New Roman" w:hAnsi="Times New Roman" w:eastAsia="Times New Roman"/>
          <w:b w:val="0"/>
          <w:color w:val="000000"/>
          <w:spacing w:val="27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80"/>
          <w:sz w:val="19"/>
        </w:rPr>
        <w:t>2</w:t>
      </w:r>
      <w:r>
        <w:rPr>
          <w:rFonts w:ascii="Times New Roman" w:hAnsi="Times New Roman" w:eastAsia="Times New Roman"/>
          <w:b w:val="0"/>
          <w:color w:val="000000"/>
          <w:spacing w:val="33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5404PJDH00003788</w:t>
      </w:r>
      <w:r>
        <w:rPr>
          <w:rFonts w:ascii="Times New Roman" w:hAnsi="Times New Roman" w:eastAsia="Times New Roman"/>
          <w:b w:val="0"/>
          <w:color w:val="000000"/>
          <w:spacing w:val="23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i</w:t>
      </w:r>
      <w:r>
        <w:rPr>
          <w:rFonts w:ascii="Times New Roman" w:hAnsi="Times New Roman" w:eastAsia="Times New Roman"/>
          <w:b w:val="0"/>
          <w:color w:val="000000"/>
          <w:spacing w:val="-10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DR25X</w:t>
      </w:r>
    </w:p>
    <w:p>
      <w:pPr>
        <w:spacing w:after="0"/>
        <w:sectPr>
          <w:type w:val="continuous"/>
          <w:pgSz w:w="11900" w:h="16840"/>
          <w:pgMar w:top="218" w:right="411" w:bottom="659" w:left="940" w:header="720" w:footer="720" w:gutter="0"/>
          <w:cols w:space="720" w:num="1" w:equalWidth="0">
            <w:col w:w="10549" w:space="0"/>
            <w:col w:w="5712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236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44.0pt;margin-top:192.48pt;width:4.25pt;height: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9"/>
                    </w:rPr>
                    <w:t>Ü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56.0pt;margin-top:420.7pt;width:4.21pt;height: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1"/>
                    </w:rPr>
                    <w:t>+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14" w:lineRule="exact" w:before="486" w:after="0"/>
        <w:ind w:left="0" w:right="0"/>
      </w:pPr>
    </w:p>
    <w:tbl>
      <w:tblPr>
        <w:tblW w:type="auto" w:w="0"/>
        <w:tblInd w:type="dxa" w:w="320"/>
        <w:tblLayout w:type="fixed"/>
        <w:tblLook w:firstColumn="1" w:firstRow="1" w:lastColumn="0" w:lastRow="0" w:noHBand="0" w:noVBand="1" w:val="04A0"/>
      </w:tblPr>
      <w:tblGrid>
        <w:gridCol w:w="3293"/>
        <w:gridCol w:w="3293"/>
        <w:gridCol w:w="3293"/>
      </w:tblGrid>
      <w:tr>
        <w:trPr>
          <w:trHeight w:hRule="exact" w:val="1180"/>
        </w:trPr>
        <w:tc>
          <w:tcPr>
            <w:tcW w:type="dxa" w:w="1676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050" w:lineRule="exact" w:before="70" w:after="0"/>
              <w:ind w:left="6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05"/>
              </w:rPr>
              <w:t>ê</w:t>
            </w:r>
          </w:p>
          <w:p>
            <w:pPr>
              <w:widowControl/>
              <w:wordWrap w:val="0"/>
              <w:autoSpaceDE w:val="0"/>
              <w:autoSpaceDN w:val="0"/>
              <w:spacing w:line="120" w:lineRule="exact" w:before="257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2"/>
              </w:rPr>
              <w:t>NÚMERO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1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2"/>
              </w:rPr>
              <w:t>DEINSCRIÇÃO</w:t>
            </w:r>
          </w:p>
          <w:p>
            <w:pPr>
              <w:widowControl/>
              <w:wordWrap w:val="0"/>
              <w:autoSpaceDE w:val="0"/>
              <w:autoSpaceDN w:val="0"/>
              <w:spacing w:line="160" w:lineRule="exact" w:before="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28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655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071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0003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03</w:t>
            </w:r>
          </w:p>
          <w:p>
            <w:pPr>
              <w:widowControl/>
              <w:wordWrap w:val="0"/>
              <w:autoSpaceDE w:val="0"/>
              <w:autoSpaceDN w:val="0"/>
              <w:spacing w:line="16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FILIAL</w:t>
            </w:r>
          </w:p>
        </w:tc>
        <w:tc>
          <w:tcPr>
            <w:tcW w:type="dxa" w:w="6584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70" w:lineRule="exact" w:before="0" w:after="0"/>
              <w:ind w:left="50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REPUBLICAFEDERATlvA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BRASIL</w:t>
            </w:r>
          </w:p>
          <w:p>
            <w:pPr>
              <w:widowControl/>
              <w:wordWrap w:val="0"/>
              <w:autoSpaceDE w:val="0"/>
              <w:autoSpaceDN w:val="0"/>
              <w:spacing w:line="240" w:lineRule="exact" w:before="473" w:after="0"/>
              <w:ind w:left="24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CADASTRO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7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NACIONAL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3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PESSOA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JURÍDICA</w:t>
            </w:r>
          </w:p>
        </w:tc>
      </w:tr>
      <w:tr>
        <w:trPr>
          <w:trHeight w:hRule="exact" w:val="646"/>
        </w:trPr>
        <w:tc>
          <w:tcPr>
            <w:tcW w:type="dxa" w:w="3293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536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00" w:lineRule="exact" w:before="254" w:after="0"/>
              <w:ind w:left="60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COMPROVANTE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2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"/>
                <w:sz w:val="2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INSCRIÇÃO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2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2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2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SITUAÇÃO</w:t>
            </w:r>
          </w:p>
          <w:p>
            <w:pPr>
              <w:widowControl/>
              <w:wordWrap w:val="0"/>
              <w:autoSpaceDE w:val="0"/>
              <w:autoSpaceDN w:val="0"/>
              <w:spacing w:line="180" w:lineRule="exact" w:before="0" w:after="0"/>
              <w:ind w:left="234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CADASTRAL</w:t>
            </w:r>
          </w:p>
        </w:tc>
        <w:tc>
          <w:tcPr>
            <w:tcW w:type="dxa" w:w="121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20" w:lineRule="exact" w:before="197" w:after="0"/>
              <w:ind w:left="5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2"/>
              </w:rPr>
              <w:t>DATADEABERTURA</w:t>
            </w:r>
          </w:p>
          <w:p>
            <w:pPr>
              <w:widowControl/>
              <w:wordWrap w:val="0"/>
              <w:autoSpaceDE w:val="0"/>
              <w:autoSpaceDN w:val="0"/>
              <w:spacing w:line="160" w:lineRule="exact" w:before="49" w:after="0"/>
              <w:ind w:left="7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15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05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2024</w:t>
            </w:r>
          </w:p>
        </w:tc>
      </w:tr>
    </w:tbl>
    <w:p>
      <w:pPr>
        <w:widowControl/>
        <w:wordWrap w:val="0"/>
        <w:autoSpaceDE w:val="0"/>
        <w:autoSpaceDN w:val="0"/>
        <w:spacing w:line="130" w:lineRule="exact" w:before="303" w:after="13"/>
        <w:ind w:left="3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pacing w:val="-17"/>
          <w:sz w:val="13"/>
        </w:rPr>
        <w:t>NOMEE</w:t>
      </w:r>
      <w:r>
        <w:rPr>
          <w:rFonts w:ascii="Times New Roman" w:hAnsi="Times New Roman" w:eastAsia="Times New Roman"/>
          <w:b w:val="0"/>
          <w:color w:val="000000"/>
          <w:spacing w:val="44"/>
          <w:sz w:val="1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3"/>
        </w:rPr>
        <w:t>MPRESARIAL</w:t>
      </w:r>
    </w:p>
    <w:p>
      <w:pPr>
        <w:widowControl/>
        <w:wordWrap w:val="0"/>
        <w:autoSpaceDE w:val="0"/>
        <w:autoSpaceDN w:val="0"/>
        <w:spacing w:line="160" w:lineRule="exact" w:before="26" w:after="155"/>
        <w:ind w:left="3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6"/>
        </w:rPr>
        <w:t>ONG</w:t>
      </w:r>
      <w:r>
        <w:rPr>
          <w:rFonts w:ascii="Times New Roman" w:hAnsi="Times New Roman" w:eastAsia="Times New Roman"/>
          <w:b w:val="0"/>
          <w:color w:val="000000"/>
          <w:spacing w:val="16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Times New Roman" w:hAnsi="Times New Roman" w:eastAsia="Times New Roman"/>
          <w:b w:val="0"/>
          <w:color w:val="000000"/>
          <w:spacing w:val="7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-4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DE</w:t>
      </w:r>
      <w:r>
        <w:rPr>
          <w:rFonts w:ascii="Times New Roman" w:hAnsi="Times New Roman" w:eastAsia="Times New Roman"/>
          <w:b w:val="0"/>
          <w:color w:val="000000"/>
          <w:spacing w:val="-2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29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PORTELINHA</w:t>
      </w:r>
    </w:p>
    <w:p>
      <w:pPr>
        <w:widowControl/>
        <w:wordWrap w:val="0"/>
        <w:autoSpaceDE w:val="0"/>
        <w:autoSpaceDN w:val="0"/>
        <w:spacing w:line="120" w:lineRule="exact" w:before="311" w:after="246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TITULO</w:t>
      </w:r>
      <w:r>
        <w:rPr>
          <w:rFonts w:ascii="Times New Roman" w:hAnsi="Times New Roman" w:eastAsia="Times New Roman"/>
          <w:b w:val="0"/>
          <w:color w:val="000000"/>
          <w:spacing w:val="2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DO</w:t>
      </w:r>
      <w:r>
        <w:rPr>
          <w:rFonts w:ascii="Times New Roman" w:hAnsi="Times New Roman" w:eastAsia="Times New Roman"/>
          <w:b w:val="0"/>
          <w:color w:val="000000"/>
          <w:spacing w:val="-1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ESTABELECIMENTO</w:t>
      </w:r>
      <w:r>
        <w:rPr>
          <w:rFonts w:ascii="Times New Roman" w:hAnsi="Times New Roman" w:eastAsia="Times New Roman"/>
          <w:b w:val="0"/>
          <w:color w:val="000000"/>
          <w:spacing w:val="-4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(</w:t>
      </w:r>
      <w:r>
        <w:rPr>
          <w:rFonts w:ascii="Arial" w:hAnsi="Arial" w:eastAsia="Arial"/>
          <w:b w:val="0"/>
          <w:i w:val="0"/>
          <w:color w:val="000000"/>
          <w:sz w:val="12"/>
        </w:rPr>
        <w:t>NOME</w:t>
      </w:r>
      <w:r>
        <w:rPr>
          <w:rFonts w:ascii="Times New Roman" w:hAnsi="Times New Roman" w:eastAsia="Times New Roman"/>
          <w:b w:val="0"/>
          <w:color w:val="000000"/>
          <w:spacing w:val="1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DE</w:t>
      </w:r>
      <w:r>
        <w:rPr>
          <w:rFonts w:ascii="Times New Roman" w:hAnsi="Times New Roman" w:eastAsia="Times New Roman"/>
          <w:b w:val="0"/>
          <w:color w:val="000000"/>
          <w:spacing w:val="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FANTASIA</w:t>
      </w:r>
      <w:r>
        <w:rPr>
          <w:rFonts w:ascii="Arial" w:hAnsi="Arial" w:eastAsia="Arial"/>
          <w:b w:val="0"/>
          <w:i w:val="0"/>
          <w:color w:val="000000"/>
          <w:sz w:val="12"/>
        </w:rPr>
        <w:t>)</w:t>
      </w:r>
    </w:p>
    <w:p>
      <w:pPr>
        <w:widowControl/>
        <w:wordWrap w:val="0"/>
        <w:autoSpaceDE w:val="0"/>
        <w:autoSpaceDN w:val="0"/>
        <w:spacing w:line="130" w:lineRule="exact" w:before="492" w:after="13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3"/>
        </w:rPr>
        <w:t>CODiGO</w:t>
      </w:r>
      <w:r>
        <w:rPr>
          <w:rFonts w:ascii="Times New Roman" w:hAnsi="Times New Roman" w:eastAsia="Times New Roman"/>
          <w:b w:val="0"/>
          <w:color w:val="000000"/>
          <w:spacing w:val="-12"/>
          <w:sz w:val="1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3"/>
        </w:rPr>
        <w:t>E</w:t>
      </w:r>
      <w:r>
        <w:rPr>
          <w:rFonts w:ascii="Arial" w:hAnsi="Arial" w:eastAsia="Arial"/>
          <w:b w:val="0"/>
          <w:i w:val="0"/>
          <w:color w:val="000000"/>
          <w:sz w:val="13"/>
        </w:rPr>
        <w:t>DEscRiçÃO</w:t>
      </w:r>
      <w:r>
        <w:rPr>
          <w:rFonts w:ascii="Times New Roman" w:hAnsi="Times New Roman" w:eastAsia="Times New Roman"/>
          <w:b w:val="0"/>
          <w:color w:val="000000"/>
          <w:spacing w:val="41"/>
          <w:sz w:val="1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3"/>
        </w:rPr>
        <w:t>DAAriviDADE</w:t>
      </w:r>
      <w:r>
        <w:rPr>
          <w:rFonts w:ascii="Times New Roman" w:hAnsi="Times New Roman" w:eastAsia="Times New Roman"/>
          <w:b w:val="0"/>
          <w:color w:val="000000"/>
          <w:spacing w:val="13"/>
          <w:sz w:val="1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3"/>
        </w:rPr>
        <w:t>ECONOMicA</w:t>
      </w:r>
      <w:r>
        <w:rPr>
          <w:rFonts w:ascii="Arial" w:hAnsi="Arial" w:eastAsia="Arial"/>
          <w:b w:val="0"/>
          <w:i w:val="0"/>
          <w:color w:val="000000"/>
          <w:sz w:val="13"/>
        </w:rPr>
        <w:t>PRINCIPAL</w:t>
      </w:r>
    </w:p>
    <w:p>
      <w:pPr>
        <w:widowControl/>
        <w:wordWrap w:val="0"/>
        <w:autoSpaceDE w:val="0"/>
        <w:autoSpaceDN w:val="0"/>
        <w:spacing w:line="160" w:lineRule="exact" w:before="26" w:after="216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6"/>
        </w:rPr>
        <w:t>85</w:t>
      </w:r>
      <w:r>
        <w:rPr>
          <w:rFonts w:ascii="Arial" w:hAnsi="Arial" w:eastAsia="Arial"/>
          <w:b w:val="0"/>
          <w:i w:val="0"/>
          <w:color w:val="000000"/>
          <w:sz w:val="16"/>
        </w:rPr>
        <w:t>.</w:t>
      </w:r>
      <w:r>
        <w:rPr>
          <w:rFonts w:ascii="Arial" w:hAnsi="Arial" w:eastAsia="Arial"/>
          <w:b w:val="0"/>
          <w:i w:val="0"/>
          <w:color w:val="000000"/>
          <w:sz w:val="16"/>
        </w:rPr>
        <w:t>11</w:t>
      </w:r>
      <w:r>
        <w:rPr>
          <w:rFonts w:ascii="Arial" w:hAnsi="Arial" w:eastAsia="Arial"/>
          <w:b w:val="0"/>
          <w:i w:val="0"/>
          <w:color w:val="000000"/>
          <w:spacing w:val="-53"/>
          <w:sz w:val="16"/>
        </w:rPr>
        <w:t>-</w:t>
      </w:r>
      <w:r>
        <w:rPr>
          <w:rFonts w:ascii="Times New Roman" w:hAnsi="Times New Roman" w:eastAsia="Times New Roman"/>
          <w:b w:val="0"/>
          <w:color w:val="000000"/>
          <w:spacing w:val="13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2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Arial" w:hAnsi="Arial" w:eastAsia="Arial"/>
          <w:b w:val="0"/>
          <w:i w:val="0"/>
          <w:color w:val="000000"/>
          <w:sz w:val="16"/>
        </w:rPr>
        <w:t>00</w:t>
      </w:r>
      <w:r>
        <w:rPr>
          <w:rFonts w:ascii="Times New Roman" w:hAnsi="Times New Roman" w:eastAsia="Times New Roman"/>
          <w:b w:val="0"/>
          <w:color w:val="000000"/>
          <w:spacing w:val="7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Times New Roman" w:hAnsi="Times New Roman" w:eastAsia="Times New Roman"/>
          <w:b w:val="0"/>
          <w:color w:val="000000"/>
          <w:spacing w:val="7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Educação</w:t>
      </w:r>
      <w:r>
        <w:rPr>
          <w:rFonts w:ascii="Times New Roman" w:hAnsi="Times New Roman" w:eastAsia="Times New Roman"/>
          <w:b w:val="0"/>
          <w:color w:val="000000"/>
          <w:spacing w:val="48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infantil</w:t>
      </w:r>
      <w:r>
        <w:rPr>
          <w:rFonts w:ascii="Times New Roman" w:hAnsi="Times New Roman" w:eastAsia="Times New Roman"/>
          <w:b w:val="0"/>
          <w:color w:val="000000"/>
          <w:spacing w:val="78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Times New Roman" w:hAnsi="Times New Roman" w:eastAsia="Times New Roman"/>
          <w:b w:val="0"/>
          <w:color w:val="000000"/>
          <w:spacing w:val="-13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creche</w:t>
      </w:r>
    </w:p>
    <w:p>
      <w:pPr>
        <w:widowControl/>
        <w:wordWrap w:val="0"/>
        <w:autoSpaceDE w:val="0"/>
        <w:autoSpaceDN w:val="0"/>
        <w:spacing w:line="170" w:lineRule="exact" w:before="432" w:after="15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85</w:t>
      </w:r>
      <w:r>
        <w:rPr>
          <w:rFonts w:ascii="Arial" w:hAnsi="Arial" w:eastAsia="Arial"/>
          <w:b w:val="0"/>
          <w:i w:val="0"/>
          <w:color w:val="000000"/>
          <w:sz w:val="17"/>
        </w:rPr>
        <w:t>.</w:t>
      </w:r>
      <w:r>
        <w:rPr>
          <w:rFonts w:ascii="Arial" w:hAnsi="Arial" w:eastAsia="Arial"/>
          <w:b w:val="0"/>
          <w:i w:val="0"/>
          <w:color w:val="000000"/>
          <w:sz w:val="17"/>
        </w:rPr>
        <w:t>12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1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00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Times New Roman" w:hAnsi="Times New Roman" w:eastAsia="Times New Roman"/>
          <w:b w:val="0"/>
          <w:color w:val="000000"/>
          <w:spacing w:val="-19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Educação</w:t>
      </w:r>
      <w:r>
        <w:rPr>
          <w:rFonts w:ascii="Times New Roman" w:hAnsi="Times New Roman" w:eastAsia="Times New Roman"/>
          <w:b w:val="0"/>
          <w:color w:val="000000"/>
          <w:spacing w:val="22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infantil</w:t>
      </w:r>
      <w:r>
        <w:rPr>
          <w:rFonts w:ascii="Times New Roman" w:hAnsi="Times New Roman" w:eastAsia="Times New Roman"/>
          <w:b w:val="0"/>
          <w:color w:val="000000"/>
          <w:spacing w:val="26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Times New Roman" w:hAnsi="Times New Roman" w:eastAsia="Times New Roman"/>
          <w:b w:val="0"/>
          <w:color w:val="000000"/>
          <w:spacing w:val="1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pré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escola</w:t>
      </w:r>
    </w:p>
    <w:p>
      <w:pPr>
        <w:widowControl/>
        <w:wordWrap w:val="0"/>
        <w:autoSpaceDE w:val="0"/>
        <w:autoSpaceDN w:val="0"/>
        <w:spacing w:line="170" w:lineRule="exact" w:before="30" w:after="0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85</w:t>
      </w:r>
      <w:r>
        <w:rPr>
          <w:rFonts w:ascii="Arial" w:hAnsi="Arial" w:eastAsia="Arial"/>
          <w:b w:val="0"/>
          <w:i w:val="0"/>
          <w:color w:val="000000"/>
          <w:sz w:val="17"/>
        </w:rPr>
        <w:t>.</w:t>
      </w:r>
      <w:r>
        <w:rPr>
          <w:rFonts w:ascii="Arial" w:hAnsi="Arial" w:eastAsia="Arial"/>
          <w:b w:val="0"/>
          <w:i w:val="0"/>
          <w:color w:val="000000"/>
          <w:sz w:val="17"/>
        </w:rPr>
        <w:t>50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3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02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Atividades</w:t>
      </w:r>
      <w:r>
        <w:rPr>
          <w:rFonts w:ascii="Times New Roman" w:hAnsi="Times New Roman" w:eastAsia="Times New Roman"/>
          <w:b w:val="0"/>
          <w:color w:val="000000"/>
          <w:spacing w:val="57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de</w:t>
      </w:r>
      <w:r>
        <w:rPr>
          <w:rFonts w:ascii="Times New Roman" w:hAnsi="Times New Roman" w:eastAsia="Times New Roman"/>
          <w:b w:val="0"/>
          <w:color w:val="000000"/>
          <w:spacing w:val="-12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apoio</w:t>
      </w:r>
      <w:r>
        <w:rPr>
          <w:rFonts w:ascii="Times New Roman" w:hAnsi="Times New Roman" w:eastAsia="Times New Roman"/>
          <w:b w:val="0"/>
          <w:color w:val="000000"/>
          <w:spacing w:val="22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à</w:t>
      </w:r>
      <w:r>
        <w:rPr>
          <w:rFonts w:ascii="Times New Roman" w:hAnsi="Times New Roman" w:eastAsia="Times New Roman"/>
          <w:b w:val="0"/>
          <w:color w:val="000000"/>
          <w:spacing w:val="3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educação</w:t>
      </w:r>
      <w:r>
        <w:rPr>
          <w:rFonts w:ascii="Arial" w:hAnsi="Arial" w:eastAsia="Arial"/>
          <w:b w:val="0"/>
          <w:i w:val="0"/>
          <w:color w:val="000000"/>
          <w:sz w:val="17"/>
        </w:rPr>
        <w:t>,</w:t>
      </w:r>
      <w:r>
        <w:rPr>
          <w:rFonts w:ascii="Times New Roman" w:hAnsi="Times New Roman" w:eastAsia="Times New Roman"/>
          <w:b w:val="0"/>
          <w:color w:val="000000"/>
          <w:spacing w:val="-7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exceto</w:t>
      </w:r>
      <w:r>
        <w:rPr>
          <w:rFonts w:ascii="Times New Roman" w:hAnsi="Times New Roman" w:eastAsia="Times New Roman"/>
          <w:b w:val="0"/>
          <w:color w:val="000000"/>
          <w:spacing w:val="17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caixas</w:t>
      </w:r>
      <w:r>
        <w:rPr>
          <w:rFonts w:ascii="Times New Roman" w:hAnsi="Times New Roman" w:eastAsia="Times New Roman"/>
          <w:b w:val="0"/>
          <w:color w:val="000000"/>
          <w:spacing w:val="16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escolares</w:t>
      </w:r>
    </w:p>
    <w:p>
      <w:pPr>
        <w:widowControl/>
        <w:wordWrap w:val="0"/>
        <w:autoSpaceDE w:val="0"/>
        <w:autoSpaceDN w:val="0"/>
        <w:spacing w:line="158" w:lineRule="exact" w:before="0" w:after="145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6"/>
        </w:rPr>
        <w:t>94</w:t>
      </w:r>
      <w:r>
        <w:rPr>
          <w:rFonts w:ascii="Arial" w:hAnsi="Arial" w:eastAsia="Arial"/>
          <w:b w:val="0"/>
          <w:i w:val="0"/>
          <w:color w:val="000000"/>
          <w:sz w:val="16"/>
        </w:rPr>
        <w:t>.</w:t>
      </w:r>
      <w:r>
        <w:rPr>
          <w:rFonts w:ascii="Arial" w:hAnsi="Arial" w:eastAsia="Arial"/>
          <w:b w:val="0"/>
          <w:i w:val="0"/>
          <w:color w:val="000000"/>
          <w:sz w:val="16"/>
        </w:rPr>
        <w:t>30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Arial" w:hAnsi="Arial" w:eastAsia="Arial"/>
          <w:b w:val="0"/>
          <w:i w:val="0"/>
          <w:color w:val="000000"/>
          <w:sz w:val="16"/>
        </w:rPr>
        <w:t>8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Arial" w:hAnsi="Arial" w:eastAsia="Arial"/>
          <w:b w:val="0"/>
          <w:i w:val="0"/>
          <w:color w:val="000000"/>
          <w:sz w:val="16"/>
        </w:rPr>
        <w:t>00</w:t>
      </w:r>
      <w:r>
        <w:rPr>
          <w:rFonts w:ascii="Times New Roman" w:hAnsi="Times New Roman" w:eastAsia="Times New Roman"/>
          <w:b w:val="0"/>
          <w:color w:val="000000"/>
          <w:spacing w:val="6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-</w:t>
      </w:r>
      <w:r>
        <w:rPr>
          <w:rFonts w:ascii="Arial" w:hAnsi="Arial" w:eastAsia="Arial"/>
          <w:b w:val="0"/>
          <w:i w:val="0"/>
          <w:color w:val="000000"/>
          <w:sz w:val="16"/>
        </w:rPr>
        <w:t>Atividades</w:t>
      </w:r>
      <w:r>
        <w:rPr>
          <w:rFonts w:ascii="Times New Roman" w:hAnsi="Times New Roman" w:eastAsia="Times New Roman"/>
          <w:b w:val="0"/>
          <w:color w:val="000000"/>
          <w:spacing w:val="129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de</w:t>
      </w:r>
      <w:r>
        <w:rPr>
          <w:rFonts w:ascii="Times New Roman" w:hAnsi="Times New Roman" w:eastAsia="Times New Roman"/>
          <w:b w:val="0"/>
          <w:color w:val="000000"/>
          <w:spacing w:val="2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associações</w:t>
      </w:r>
      <w:r>
        <w:rPr>
          <w:rFonts w:ascii="Times New Roman" w:hAnsi="Times New Roman" w:eastAsia="Times New Roman"/>
          <w:b w:val="0"/>
          <w:color w:val="000000"/>
          <w:spacing w:val="80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de</w:t>
      </w:r>
      <w:r>
        <w:rPr>
          <w:rFonts w:ascii="Times New Roman" w:hAnsi="Times New Roman" w:eastAsia="Times New Roman"/>
          <w:b w:val="0"/>
          <w:color w:val="000000"/>
          <w:spacing w:val="22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defesa</w:t>
      </w:r>
      <w:r>
        <w:rPr>
          <w:rFonts w:ascii="Times New Roman" w:hAnsi="Times New Roman" w:eastAsia="Times New Roman"/>
          <w:b w:val="0"/>
          <w:color w:val="000000"/>
          <w:spacing w:val="40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de</w:t>
      </w:r>
      <w:r>
        <w:rPr>
          <w:rFonts w:ascii="Times New Roman" w:hAnsi="Times New Roman" w:eastAsia="Times New Roman"/>
          <w:b w:val="0"/>
          <w:color w:val="000000"/>
          <w:spacing w:val="2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direitos</w:t>
      </w:r>
      <w:r>
        <w:rPr>
          <w:rFonts w:ascii="Times New Roman" w:hAnsi="Times New Roman" w:eastAsia="Times New Roman"/>
          <w:b w:val="0"/>
          <w:color w:val="000000"/>
          <w:spacing w:val="64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sociais</w:t>
      </w:r>
    </w:p>
    <w:p>
      <w:pPr>
        <w:widowControl/>
        <w:wordWrap w:val="0"/>
        <w:autoSpaceDE w:val="0"/>
        <w:autoSpaceDN w:val="0"/>
        <w:spacing w:line="120" w:lineRule="exact" w:before="291" w:after="20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CÓDIGO</w:t>
      </w:r>
      <w:r>
        <w:rPr>
          <w:rFonts w:ascii="Times New Roman" w:hAnsi="Times New Roman" w:eastAsia="Times New Roman"/>
          <w:b w:val="0"/>
          <w:color w:val="000000"/>
          <w:spacing w:val="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E</w:t>
      </w:r>
      <w:r>
        <w:rPr>
          <w:rFonts w:ascii="Times New Roman" w:hAnsi="Times New Roman" w:eastAsia="Times New Roman"/>
          <w:b w:val="0"/>
          <w:color w:val="000000"/>
          <w:spacing w:val="1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DESCRIÇÃO</w:t>
      </w:r>
      <w:r>
        <w:rPr>
          <w:rFonts w:ascii="Times New Roman" w:hAnsi="Times New Roman" w:eastAsia="Times New Roman"/>
          <w:b w:val="0"/>
          <w:color w:val="000000"/>
          <w:spacing w:val="17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DA</w:t>
      </w:r>
      <w:r>
        <w:rPr>
          <w:rFonts w:ascii="Arial" w:hAnsi="Arial" w:eastAsia="Arial"/>
          <w:b w:val="0"/>
          <w:i w:val="0"/>
          <w:color w:val="000000"/>
          <w:sz w:val="12"/>
        </w:rPr>
        <w:t>NATUREZA</w:t>
      </w:r>
      <w:r>
        <w:rPr>
          <w:rFonts w:ascii="Arial" w:hAnsi="Arial" w:eastAsia="Arial"/>
          <w:b w:val="0"/>
          <w:i w:val="0"/>
          <w:color w:val="000000"/>
          <w:sz w:val="12"/>
        </w:rPr>
        <w:t>JURÍDICA</w:t>
      </w:r>
    </w:p>
    <w:p>
      <w:pPr>
        <w:widowControl/>
        <w:wordWrap w:val="0"/>
        <w:autoSpaceDE w:val="0"/>
        <w:autoSpaceDN w:val="0"/>
        <w:spacing w:line="170" w:lineRule="exact" w:before="41" w:after="124"/>
        <w:ind w:left="3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399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9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Times New Roman" w:hAnsi="Times New Roman" w:eastAsia="Times New Roman"/>
          <w:b w:val="0"/>
          <w:color w:val="000000"/>
          <w:spacing w:val="1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Associação</w:t>
      </w:r>
      <w:r>
        <w:rPr>
          <w:rFonts w:ascii="Times New Roman" w:hAnsi="Times New Roman" w:eastAsia="Times New Roman"/>
          <w:b w:val="0"/>
          <w:color w:val="000000"/>
          <w:spacing w:val="28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Privada</w:t>
      </w:r>
    </w:p>
    <w:p>
      <w:pPr>
        <w:widowControl/>
        <w:wordWrap w:val="0"/>
        <w:autoSpaceDE w:val="0"/>
        <w:autoSpaceDN w:val="0"/>
        <w:spacing w:line="140" w:lineRule="exact" w:before="249" w:after="0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LOGRADOURO</w:t>
      </w:r>
      <w:r>
        <w:rPr>
          <w:rFonts w:ascii="Arial" w:hAnsi="Arial" w:eastAsia="Arial"/>
          <w:b w:val="0"/>
          <w:i w:val="0"/>
          <w:color w:val="000000"/>
          <w:spacing w:val="510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COMPLEMENTO</w:t>
      </w:r>
    </w:p>
    <w:p>
      <w:pPr>
        <w:widowControl/>
        <w:wordWrap w:val="0"/>
        <w:autoSpaceDE w:val="0"/>
        <w:autoSpaceDN w:val="0"/>
        <w:spacing w:line="170" w:lineRule="exact" w:before="1" w:after="144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TVAZUZA</w:t>
      </w:r>
    </w:p>
    <w:p>
      <w:pPr>
        <w:widowControl/>
        <w:wordWrap w:val="0"/>
        <w:autoSpaceDE w:val="0"/>
        <w:autoSpaceDN w:val="0"/>
        <w:spacing w:line="140" w:lineRule="exact" w:before="289" w:after="0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CEP</w:t>
      </w:r>
      <w:r>
        <w:rPr>
          <w:rFonts w:ascii="Arial" w:hAnsi="Arial" w:eastAsia="Arial"/>
          <w:b w:val="0"/>
          <w:i w:val="0"/>
          <w:color w:val="000000"/>
          <w:spacing w:val="160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BAIRRO</w:t>
      </w:r>
      <w:r>
        <w:rPr>
          <w:rFonts w:ascii="Arial" w:hAnsi="Arial" w:eastAsia="Arial"/>
          <w:b w:val="0"/>
          <w:i w:val="0"/>
          <w:color w:val="000000"/>
          <w:sz w:val="12"/>
        </w:rPr>
        <w:t>/</w:t>
      </w:r>
      <w:r>
        <w:rPr>
          <w:rFonts w:ascii="Arial" w:hAnsi="Arial" w:eastAsia="Arial"/>
          <w:b w:val="0"/>
          <w:i w:val="0"/>
          <w:color w:val="000000"/>
          <w:sz w:val="12"/>
        </w:rPr>
        <w:t>DISTRITO</w:t>
      </w:r>
      <w:r>
        <w:rPr>
          <w:rFonts w:ascii="Arial" w:hAnsi="Arial" w:eastAsia="Arial"/>
          <w:b w:val="0"/>
          <w:i w:val="0"/>
          <w:color w:val="000000"/>
          <w:spacing w:val="191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MUNICÍPIO</w:t>
      </w:r>
    </w:p>
    <w:p>
      <w:pPr>
        <w:widowControl/>
        <w:wordWrap w:val="0"/>
        <w:autoSpaceDE w:val="0"/>
        <w:autoSpaceDN w:val="0"/>
        <w:spacing w:line="188" w:lineRule="exact" w:before="1" w:after="145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07</w:t>
      </w:r>
      <w:r>
        <w:rPr>
          <w:rFonts w:ascii="Arial" w:hAnsi="Arial" w:eastAsia="Arial"/>
          <w:b w:val="0"/>
          <w:i w:val="0"/>
          <w:color w:val="000000"/>
          <w:sz w:val="17"/>
        </w:rPr>
        <w:t>.</w:t>
      </w:r>
      <w:r>
        <w:rPr>
          <w:rFonts w:ascii="Arial" w:hAnsi="Arial" w:eastAsia="Arial"/>
          <w:b w:val="0"/>
          <w:i w:val="0"/>
          <w:color w:val="000000"/>
          <w:spacing w:val="-24"/>
          <w:sz w:val="17"/>
        </w:rPr>
        <w:t>2614</w:t>
      </w:r>
      <w:r>
        <w:rPr>
          <w:rFonts w:ascii="Times New Roman" w:hAnsi="Times New Roman" w:eastAsia="Times New Roman"/>
          <w:b w:val="0"/>
          <w:color w:val="000000"/>
          <w:spacing w:val="32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00</w:t>
      </w:r>
      <w:r>
        <w:rPr>
          <w:rFonts w:ascii="Times New Roman" w:hAnsi="Times New Roman" w:eastAsia="Times New Roman"/>
          <w:b w:val="0"/>
          <w:color w:val="000000"/>
          <w:spacing w:val="1056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SITIO</w:t>
      </w:r>
      <w:r>
        <w:rPr>
          <w:rFonts w:ascii="Times New Roman" w:hAnsi="Times New Roman" w:eastAsia="Times New Roman"/>
          <w:b w:val="0"/>
          <w:color w:val="000000"/>
          <w:spacing w:val="2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SAO</w:t>
      </w:r>
      <w:r>
        <w:rPr>
          <w:rFonts w:ascii="Times New Roman" w:hAnsi="Times New Roman" w:eastAsia="Times New Roman"/>
          <w:b w:val="0"/>
          <w:color w:val="000000"/>
          <w:spacing w:val="22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FRANCISCO</w:t>
      </w:r>
      <w:r>
        <w:rPr>
          <w:rFonts w:ascii="Arial" w:hAnsi="Arial" w:eastAsia="Arial"/>
          <w:b w:val="0"/>
          <w:i w:val="0"/>
          <w:color w:val="000000"/>
          <w:spacing w:val="1153"/>
          <w:sz w:val="1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6"/>
        </w:rPr>
        <w:t>GUARULHOS</w:t>
      </w:r>
    </w:p>
    <w:p>
      <w:pPr>
        <w:widowControl/>
        <w:wordWrap w:val="0"/>
        <w:autoSpaceDE w:val="0"/>
        <w:autoSpaceDN w:val="0"/>
        <w:spacing w:line="120" w:lineRule="exact" w:before="291" w:after="30"/>
        <w:ind w:left="51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TELEFONE</w:t>
      </w:r>
    </w:p>
    <w:p>
      <w:pPr>
        <w:widowControl/>
        <w:wordWrap w:val="0"/>
        <w:autoSpaceDE w:val="0"/>
        <w:autoSpaceDN w:val="0"/>
        <w:spacing w:line="170" w:lineRule="exact" w:before="61" w:after="124"/>
        <w:ind w:left="51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(</w:t>
      </w:r>
      <w:r>
        <w:rPr>
          <w:rFonts w:ascii="Arial" w:hAnsi="Arial" w:eastAsia="Arial"/>
          <w:b w:val="0"/>
          <w:i w:val="0"/>
          <w:color w:val="000000"/>
          <w:sz w:val="17"/>
        </w:rPr>
        <w:t>11</w:t>
      </w:r>
      <w:r>
        <w:rPr>
          <w:rFonts w:ascii="Arial" w:hAnsi="Arial" w:eastAsia="Arial"/>
          <w:b w:val="0"/>
          <w:i w:val="0"/>
          <w:color w:val="000000"/>
          <w:spacing w:val="-2"/>
          <w:sz w:val="17"/>
        </w:rPr>
        <w:t>)</w:t>
      </w:r>
      <w:r>
        <w:rPr>
          <w:rFonts w:ascii="Arial" w:hAnsi="Arial" w:eastAsia="Arial"/>
          <w:b w:val="0"/>
          <w:i w:val="0"/>
          <w:color w:val="000000"/>
          <w:spacing w:val="-92"/>
          <w:sz w:val="17"/>
        </w:rPr>
        <w:t>5</w:t>
      </w:r>
      <w:r>
        <w:rPr>
          <w:rFonts w:ascii="Times New Roman" w:hAnsi="Times New Roman" w:eastAsia="Times New Roman"/>
          <w:b w:val="0"/>
          <w:color w:val="000000"/>
          <w:spacing w:val="50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199</w:t>
      </w:r>
      <w:r>
        <w:rPr>
          <w:rFonts w:ascii="Arial" w:hAnsi="Arial" w:eastAsia="Arial"/>
          <w:b w:val="0"/>
          <w:i w:val="0"/>
          <w:color w:val="000000"/>
          <w:sz w:val="17"/>
        </w:rPr>
        <w:t>-</w:t>
      </w:r>
      <w:r>
        <w:rPr>
          <w:rFonts w:ascii="Arial" w:hAnsi="Arial" w:eastAsia="Arial"/>
          <w:b w:val="0"/>
          <w:i w:val="0"/>
          <w:color w:val="000000"/>
          <w:sz w:val="17"/>
        </w:rPr>
        <w:t>3058</w:t>
      </w:r>
    </w:p>
    <w:p>
      <w:pPr>
        <w:widowControl/>
        <w:wordWrap w:val="0"/>
        <w:autoSpaceDE w:val="0"/>
        <w:autoSpaceDN w:val="0"/>
        <w:spacing w:line="120" w:lineRule="exact" w:before="249" w:after="270"/>
        <w:ind w:left="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ENTE</w:t>
      </w:r>
      <w:r>
        <w:rPr>
          <w:rFonts w:ascii="Times New Roman" w:hAnsi="Times New Roman" w:eastAsia="Times New Roman"/>
          <w:b w:val="0"/>
          <w:color w:val="000000"/>
          <w:spacing w:val="-10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FEDERATIVO</w:t>
      </w:r>
      <w:r>
        <w:rPr>
          <w:rFonts w:ascii="Times New Roman" w:hAnsi="Times New Roman" w:eastAsia="Times New Roman"/>
          <w:b w:val="0"/>
          <w:color w:val="000000"/>
          <w:spacing w:val="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RESPONSÁVEL</w:t>
      </w:r>
      <w:r>
        <w:rPr>
          <w:rFonts w:ascii="Arial" w:hAnsi="Arial" w:eastAsia="Arial"/>
          <w:b w:val="0"/>
          <w:i w:val="0"/>
          <w:color w:val="000000"/>
          <w:sz w:val="12"/>
        </w:rPr>
        <w:t>(</w:t>
      </w:r>
      <w:r>
        <w:rPr>
          <w:rFonts w:ascii="Arial" w:hAnsi="Arial" w:eastAsia="Arial"/>
          <w:b w:val="0"/>
          <w:i w:val="0"/>
          <w:color w:val="000000"/>
          <w:sz w:val="12"/>
        </w:rPr>
        <w:t>EFR</w:t>
      </w:r>
      <w:r>
        <w:rPr>
          <w:rFonts w:ascii="Arial" w:hAnsi="Arial" w:eastAsia="Arial"/>
          <w:b w:val="0"/>
          <w:i w:val="0"/>
          <w:color w:val="000000"/>
          <w:sz w:val="12"/>
        </w:rPr>
        <w:t>)</w:t>
      </w:r>
    </w:p>
    <w:p>
      <w:pPr>
        <w:spacing w:after="0"/>
        <w:sectPr>
          <w:pgSz w:w="11900" w:h="16840"/>
          <w:pgMar w:top="474" w:right="1440" w:bottom="1440" w:left="580" w:header="720" w:footer="720" w:gutter="0"/>
          <w:cols w:space="720" w:num="1" w:equalWidth="0">
            <w:col w:w="9880" w:space="0"/>
            <w:col w:w="5712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70" w:lineRule="exact" w:before="331" w:after="170"/>
        <w:ind w:left="2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ATlvA</w:t>
      </w:r>
    </w:p>
    <w:p>
      <w:pPr>
        <w:widowControl/>
        <w:wordWrap w:val="0"/>
        <w:autoSpaceDE w:val="0"/>
        <w:autoSpaceDN w:val="0"/>
        <w:spacing w:line="130" w:lineRule="exact" w:before="341" w:after="279"/>
        <w:ind w:left="2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3"/>
        </w:rPr>
        <w:t>MOTIVO</w:t>
      </w:r>
      <w:r>
        <w:rPr>
          <w:rFonts w:ascii="Arial" w:hAnsi="Arial" w:eastAsia="Arial"/>
          <w:b w:val="0"/>
          <w:i w:val="0"/>
          <w:color w:val="000000"/>
          <w:sz w:val="13"/>
        </w:rPr>
        <w:t>DESITUAÇÃOCADASTRAL</w:t>
      </w:r>
    </w:p>
    <w:p>
      <w:pPr>
        <w:widowControl/>
        <w:wordWrap w:val="0"/>
        <w:autoSpaceDE w:val="0"/>
        <w:autoSpaceDN w:val="0"/>
        <w:spacing w:line="120" w:lineRule="exact" w:before="558" w:after="479"/>
        <w:ind w:left="2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SITUAÇÃO</w:t>
      </w:r>
      <w:r>
        <w:rPr>
          <w:rFonts w:ascii="Times New Roman" w:hAnsi="Times New Roman" w:eastAsia="Times New Roman"/>
          <w:b w:val="0"/>
          <w:color w:val="000000"/>
          <w:spacing w:val="-3"/>
          <w:sz w:val="1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2"/>
        </w:rPr>
        <w:t>ESPECIAL</w:t>
      </w:r>
    </w:p>
    <w:p>
      <w:pPr>
        <w:spacing w:after="0" w:before="0"/>
        <w:sectPr>
          <w:type w:val="continuous"/>
          <w:pgSz w:w="11900" w:h="16840"/>
          <w:pgMar w:top="474" w:right="1440" w:bottom="1440" w:left="580" w:header="720" w:footer="720" w:gutter="0"/>
          <w:cols w:space="720" w:num="2" w:equalWidth="0">
            <w:col w:w="4793" w:space="0"/>
            <w:col w:w="508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20" w:lineRule="exact" w:before="270" w:after="0"/>
        <w:ind w:left="2347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DATADASITUAÇÃOCADASTRAL</w:t>
      </w:r>
    </w:p>
    <w:p>
      <w:pPr>
        <w:widowControl/>
        <w:wordWrap w:val="0"/>
        <w:autoSpaceDE w:val="0"/>
        <w:autoSpaceDN w:val="0"/>
        <w:spacing w:line="149" w:lineRule="exact" w:before="0" w:after="515"/>
        <w:ind w:left="2347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6"/>
        </w:rPr>
        <w:t>15</w:t>
      </w:r>
      <w:r>
        <w:rPr>
          <w:rFonts w:ascii="Arial" w:hAnsi="Arial" w:eastAsia="Arial"/>
          <w:b w:val="0"/>
          <w:i w:val="0"/>
          <w:color w:val="000000"/>
          <w:sz w:val="16"/>
        </w:rPr>
        <w:t>/</w:t>
      </w:r>
      <w:r>
        <w:rPr>
          <w:rFonts w:ascii="Arial" w:hAnsi="Arial" w:eastAsia="Arial"/>
          <w:b w:val="0"/>
          <w:i w:val="0"/>
          <w:color w:val="000000"/>
          <w:sz w:val="16"/>
        </w:rPr>
        <w:t>05</w:t>
      </w:r>
      <w:r>
        <w:rPr>
          <w:rFonts w:ascii="Arial" w:hAnsi="Arial" w:eastAsia="Arial"/>
          <w:b w:val="0"/>
          <w:i w:val="0"/>
          <w:color w:val="000000"/>
          <w:sz w:val="16"/>
        </w:rPr>
        <w:t>/</w:t>
      </w:r>
      <w:r>
        <w:rPr>
          <w:rFonts w:ascii="Arial" w:hAnsi="Arial" w:eastAsia="Arial"/>
          <w:b w:val="0"/>
          <w:i w:val="0"/>
          <w:color w:val="000000"/>
          <w:sz w:val="16"/>
        </w:rPr>
        <w:t>2024</w:t>
      </w:r>
    </w:p>
    <w:p>
      <w:pPr>
        <w:widowControl/>
        <w:wordWrap w:val="0"/>
        <w:autoSpaceDE w:val="0"/>
        <w:autoSpaceDN w:val="0"/>
        <w:spacing w:line="120" w:lineRule="exact" w:before="1031" w:after="459"/>
        <w:ind w:left="2347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2"/>
        </w:rPr>
        <w:t>DA</w:t>
      </w:r>
      <w:r>
        <w:rPr>
          <w:rFonts w:ascii="Arial" w:hAnsi="Arial" w:eastAsia="Arial"/>
          <w:b w:val="0"/>
          <w:i w:val="0"/>
          <w:color w:val="000000"/>
          <w:sz w:val="12"/>
        </w:rPr>
        <w:t>:</w:t>
      </w:r>
      <w:r>
        <w:rPr>
          <w:rFonts w:ascii="Arial" w:hAnsi="Arial" w:eastAsia="Arial"/>
          <w:b w:val="0"/>
          <w:i w:val="0"/>
          <w:color w:val="000000"/>
          <w:sz w:val="12"/>
        </w:rPr>
        <w:t>TADASITUAÇÃOESPECIAL</w:t>
      </w:r>
    </w:p>
    <w:p>
      <w:pPr>
        <w:spacing w:after="0"/>
        <w:sectPr>
          <w:type w:val="nextColumn"/>
          <w:pgSz w:w="11900" w:h="16840"/>
          <w:pgMar w:top="474" w:right="1440" w:bottom="1440" w:left="580" w:header="720" w:footer="720" w:gutter="0"/>
          <w:cols w:space="720" w:num="2" w:equalWidth="0">
            <w:col w:w="4793" w:space="0"/>
            <w:col w:w="508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00" w:lineRule="exact" w:before="459" w:after="110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Aprovado</w:t>
      </w:r>
      <w:r>
        <w:rPr>
          <w:rFonts w:ascii="Times New Roman" w:hAnsi="Times New Roman" w:eastAsia="Times New Roman"/>
          <w:b w:val="0"/>
          <w:color w:val="000000"/>
          <w:spacing w:val="-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pela</w:t>
      </w:r>
      <w:r>
        <w:rPr>
          <w:rFonts w:ascii="Times New Roman" w:hAnsi="Times New Roman" w:eastAsia="Times New Roman"/>
          <w:b w:val="0"/>
          <w:color w:val="000000"/>
          <w:spacing w:val="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Instrução</w:t>
      </w:r>
      <w:r>
        <w:rPr>
          <w:rFonts w:ascii="Arial" w:hAnsi="Arial" w:eastAsia="Arial"/>
          <w:b w:val="0"/>
          <w:i w:val="0"/>
          <w:color w:val="000000"/>
          <w:sz w:val="20"/>
        </w:rPr>
        <w:t>Normativa</w:t>
      </w:r>
      <w:r>
        <w:rPr>
          <w:rFonts w:ascii="Times New Roman" w:hAnsi="Times New Roman" w:eastAsia="Times New Roman"/>
          <w:b w:val="0"/>
          <w:color w:val="000000"/>
          <w:spacing w:val="-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RFB</w:t>
      </w:r>
      <w:r>
        <w:rPr>
          <w:rFonts w:ascii="Times New Roman" w:hAnsi="Times New Roman" w:eastAsia="Times New Roman"/>
          <w:b w:val="0"/>
          <w:color w:val="000000"/>
          <w:spacing w:val="-10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n</w:t>
      </w:r>
      <w:r>
        <w:rPr>
          <w:rFonts w:ascii="Arial" w:hAnsi="Arial" w:eastAsia="Arial"/>
          <w:b w:val="0"/>
          <w:i w:val="0"/>
          <w:color w:val="000000"/>
          <w:sz w:val="20"/>
        </w:rPr>
        <w:t>'</w:t>
      </w:r>
      <w:r>
        <w:rPr>
          <w:rFonts w:ascii="Times New Roman" w:hAnsi="Times New Roman" w:eastAsia="Times New Roman"/>
          <w:b w:val="0"/>
          <w:color w:val="000000"/>
          <w:spacing w:val="2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2</w:t>
      </w:r>
      <w:r>
        <w:rPr>
          <w:rFonts w:ascii="Arial" w:hAnsi="Arial" w:eastAsia="Arial"/>
          <w:b w:val="0"/>
          <w:i w:val="0"/>
          <w:color w:val="000000"/>
          <w:sz w:val="20"/>
        </w:rPr>
        <w:t>.</w:t>
      </w:r>
      <w:r>
        <w:rPr>
          <w:rFonts w:ascii="Arial" w:hAnsi="Arial" w:eastAsia="Arial"/>
          <w:b w:val="0"/>
          <w:i w:val="0"/>
          <w:color w:val="000000"/>
          <w:sz w:val="20"/>
        </w:rPr>
        <w:t>119</w:t>
      </w:r>
      <w:r>
        <w:rPr>
          <w:rFonts w:ascii="Arial" w:hAnsi="Arial" w:eastAsia="Arial"/>
          <w:b w:val="0"/>
          <w:i w:val="0"/>
          <w:color w:val="000000"/>
          <w:sz w:val="20"/>
        </w:rPr>
        <w:t>,</w:t>
      </w:r>
      <w:r>
        <w:rPr>
          <w:rFonts w:ascii="Times New Roman" w:hAnsi="Times New Roman" w:eastAsia="Times New Roman"/>
          <w:b w:val="0"/>
          <w:color w:val="000000"/>
          <w:spacing w:val="-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-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06</w:t>
      </w:r>
      <w:r>
        <w:rPr>
          <w:rFonts w:ascii="Times New Roman" w:hAnsi="Times New Roman" w:eastAsia="Times New Roman"/>
          <w:b w:val="0"/>
          <w:color w:val="000000"/>
          <w:spacing w:val="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dezembro</w:t>
      </w:r>
      <w:r>
        <w:rPr>
          <w:rFonts w:ascii="Times New Roman" w:hAnsi="Times New Roman" w:eastAsia="Times New Roman"/>
          <w:b w:val="0"/>
          <w:color w:val="000000"/>
          <w:spacing w:val="-1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-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2022</w:t>
      </w:r>
    </w:p>
    <w:p>
      <w:pPr>
        <w:widowControl/>
        <w:wordWrap w:val="0"/>
        <w:autoSpaceDE w:val="0"/>
        <w:autoSpaceDN w:val="0"/>
        <w:spacing w:line="220" w:lineRule="exact" w:before="220" w:after="0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Emitido</w:t>
      </w:r>
      <w:r>
        <w:rPr>
          <w:rFonts w:ascii="Times New Roman" w:hAnsi="Times New Roman" w:eastAsia="Times New Roman"/>
          <w:b w:val="0"/>
          <w:color w:val="000000"/>
          <w:spacing w:val="-17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no</w:t>
      </w:r>
      <w:r>
        <w:rPr>
          <w:rFonts w:ascii="Times New Roman" w:hAnsi="Times New Roman" w:eastAsia="Times New Roman"/>
          <w:b w:val="0"/>
          <w:color w:val="000000"/>
          <w:spacing w:val="-1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dia</w:t>
      </w:r>
      <w:r>
        <w:rPr>
          <w:rFonts w:ascii="Times New Roman" w:hAnsi="Times New Roman" w:eastAsia="Times New Roman"/>
          <w:b w:val="0"/>
          <w:color w:val="000000"/>
          <w:spacing w:val="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11</w:t>
      </w:r>
      <w:r>
        <w:rPr>
          <w:rFonts w:ascii="Arial" w:hAnsi="Arial" w:eastAsia="Arial"/>
          <w:b w:val="0"/>
          <w:i w:val="0"/>
          <w:color w:val="000000"/>
          <w:sz w:val="20"/>
        </w:rPr>
        <w:t>/</w:t>
      </w:r>
      <w:r>
        <w:rPr>
          <w:rFonts w:ascii="Arial" w:hAnsi="Arial" w:eastAsia="Arial"/>
          <w:b w:val="0"/>
          <w:i w:val="0"/>
          <w:color w:val="000000"/>
          <w:sz w:val="20"/>
        </w:rPr>
        <w:t>03</w:t>
      </w:r>
      <w:r>
        <w:rPr>
          <w:rFonts w:ascii="Arial" w:hAnsi="Arial" w:eastAsia="Arial"/>
          <w:b w:val="0"/>
          <w:i w:val="0"/>
          <w:color w:val="000000"/>
          <w:sz w:val="20"/>
        </w:rPr>
        <w:t>/</w:t>
      </w:r>
      <w:r>
        <w:rPr>
          <w:rFonts w:ascii="Arial" w:hAnsi="Arial" w:eastAsia="Arial"/>
          <w:b w:val="0"/>
          <w:i w:val="0"/>
          <w:color w:val="000000"/>
          <w:sz w:val="20"/>
        </w:rPr>
        <w:t>2025</w:t>
      </w:r>
      <w:r>
        <w:rPr>
          <w:rFonts w:ascii="Arial" w:hAnsi="Arial" w:eastAsia="Arial"/>
          <w:b w:val="0"/>
          <w:i w:val="0"/>
          <w:color w:val="000000"/>
          <w:sz w:val="20"/>
        </w:rPr>
        <w:t>às</w:t>
      </w:r>
      <w:r>
        <w:rPr>
          <w:rFonts w:ascii="Times New Roman" w:hAnsi="Times New Roman" w:eastAsia="Times New Roman"/>
          <w:b w:val="0"/>
          <w:color w:val="000000"/>
          <w:spacing w:val="-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09</w:t>
      </w:r>
      <w:r>
        <w:rPr>
          <w:rFonts w:ascii="Arial" w:hAnsi="Arial" w:eastAsia="Arial"/>
          <w:b w:val="0"/>
          <w:i w:val="0"/>
          <w:color w:val="000000"/>
          <w:sz w:val="20"/>
        </w:rPr>
        <w:t>:</w:t>
      </w:r>
      <w:r>
        <w:rPr>
          <w:rFonts w:ascii="Arial" w:hAnsi="Arial" w:eastAsia="Arial"/>
          <w:b w:val="0"/>
          <w:i w:val="0"/>
          <w:color w:val="000000"/>
          <w:sz w:val="20"/>
        </w:rPr>
        <w:t>11</w:t>
      </w:r>
      <w:r>
        <w:rPr>
          <w:rFonts w:ascii="Arial" w:hAnsi="Arial" w:eastAsia="Arial"/>
          <w:b w:val="0"/>
          <w:i w:val="0"/>
          <w:color w:val="000000"/>
          <w:sz w:val="20"/>
        </w:rPr>
        <w:t>:</w:t>
      </w:r>
      <w:r>
        <w:rPr>
          <w:rFonts w:ascii="Arial" w:hAnsi="Arial" w:eastAsia="Arial"/>
          <w:b w:val="0"/>
          <w:i w:val="0"/>
          <w:color w:val="000000"/>
          <w:sz w:val="20"/>
        </w:rPr>
        <w:t>50</w:t>
      </w:r>
      <w:r>
        <w:rPr>
          <w:rFonts w:ascii="Arial" w:hAnsi="Arial" w:eastAsia="Arial"/>
          <w:b w:val="0"/>
          <w:i w:val="0"/>
          <w:color w:val="000000"/>
          <w:sz w:val="20"/>
        </w:rPr>
        <w:t>(</w:t>
      </w:r>
      <w:r>
        <w:rPr>
          <w:rFonts w:ascii="Arial" w:hAnsi="Arial" w:eastAsia="Arial"/>
          <w:b w:val="0"/>
          <w:i w:val="0"/>
          <w:color w:val="000000"/>
          <w:sz w:val="20"/>
        </w:rPr>
        <w:t>data</w:t>
      </w:r>
      <w:r>
        <w:rPr>
          <w:rFonts w:ascii="Times New Roman" w:hAnsi="Times New Roman" w:eastAsia="Times New Roman"/>
          <w:b w:val="0"/>
          <w:color w:val="000000"/>
          <w:spacing w:val="5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e</w:t>
      </w:r>
      <w:r>
        <w:rPr>
          <w:rFonts w:ascii="Times New Roman" w:hAnsi="Times New Roman" w:eastAsia="Times New Roman"/>
          <w:b w:val="0"/>
          <w:color w:val="000000"/>
          <w:spacing w:val="-1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hora</w:t>
      </w:r>
      <w:r>
        <w:rPr>
          <w:rFonts w:ascii="Times New Roman" w:hAnsi="Times New Roman" w:eastAsia="Times New Roman"/>
          <w:b w:val="0"/>
          <w:color w:val="000000"/>
          <w:spacing w:val="-10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de</w:t>
      </w:r>
      <w:r>
        <w:rPr>
          <w:rFonts w:ascii="Times New Roman" w:hAnsi="Times New Roman" w:eastAsia="Times New Roman"/>
          <w:b w:val="0"/>
          <w:color w:val="000000"/>
          <w:spacing w:val="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Brasília</w:t>
      </w:r>
      <w:r>
        <w:rPr>
          <w:rFonts w:ascii="Arial" w:hAnsi="Arial" w:eastAsia="Arial"/>
          <w:b w:val="0"/>
          <w:i w:val="0"/>
          <w:color w:val="000000"/>
          <w:sz w:val="20"/>
        </w:rPr>
        <w:t>)</w:t>
      </w:r>
      <w:r>
        <w:rPr>
          <w:rFonts w:ascii="Times New Roman" w:hAnsi="Times New Roman" w:eastAsia="Times New Roman"/>
          <w:b w:val="0"/>
          <w:color w:val="000000"/>
          <w:spacing w:val="3077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Página</w:t>
      </w:r>
      <w:r>
        <w:rPr>
          <w:rFonts w:ascii="Arial" w:hAnsi="Arial" w:eastAsia="Arial"/>
          <w:b w:val="0"/>
          <w:i w:val="0"/>
          <w:color w:val="000000"/>
          <w:sz w:val="20"/>
        </w:rPr>
        <w:t>:</w:t>
      </w:r>
      <w:r>
        <w:rPr>
          <w:rFonts w:ascii="Times New Roman" w:hAnsi="Times New Roman" w:eastAsia="Times New Roman"/>
          <w:b w:val="0"/>
          <w:color w:val="000000"/>
          <w:spacing w:val="-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l</w:t>
      </w:r>
      <w:r>
        <w:rPr>
          <w:rFonts w:ascii="Arial" w:hAnsi="Arial" w:eastAsia="Arial"/>
          <w:b w:val="0"/>
          <w:i w:val="0"/>
          <w:color w:val="000000"/>
          <w:sz w:val="20"/>
        </w:rPr>
        <w:t>/</w:t>
      </w:r>
      <w:r>
        <w:rPr>
          <w:rFonts w:ascii="Arial" w:hAnsi="Arial" w:eastAsia="Arial"/>
          <w:b w:val="0"/>
          <w:i w:val="0"/>
          <w:color w:val="000000"/>
          <w:sz w:val="20"/>
        </w:rPr>
        <w:t>l</w:t>
      </w:r>
    </w:p>
    <w:sectPr w:rsidR="00FC693F" w:rsidRPr="0006063C" w:rsidSect="00034616">
      <w:type w:val="continuous"/>
      <w:pgSz w:w="11900" w:h="16840"/>
      <w:pgMar w:top="474" w:right="1440" w:bottom="1440" w:left="580" w:header="720" w:footer="720" w:gutter="0"/>
      <w:cols w:space="720" w:num="1" w:equalWidth="0">
        <w:col w:w="9880" w:space="0"/>
        <w:col w:w="5087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2025-05-09T18:13:55Z</dcterms:created>
  <dcterms:modified xsi:type="dcterms:W3CDTF">2025-05-09T18:13:55Z</dcterms:modified>
  <cp:category/>
</cp:coreProperties>
</file>